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3Co/262/2014 z 30. 10. 2014</w:t>
      </w:r>
    </w:p>
    <w:p>
      <w:r>
        <w:t>Uznesenie Krajského súdu Bratislava z 30. októbra 2014, sp. zn. 3Co/262/2014, ECLI:SK:KSBA:2014:1114200182.1</w:t>
      </w:r>
    </w:p>
    <w:p>
      <w:r>
        <w:t>Súd: Krajský súd Bratislava</w:t>
      </w:r>
    </w:p>
    <w:p>
      <w:r>
        <w:t>Spisová značka: 3Co/262/2014</w:t>
      </w:r>
    </w:p>
    <w:p>
      <w:r>
        <w:t>ECLI: ECLI:SK:KSBA:2014:1114200182.1</w:t>
      </w:r>
    </w:p>
    <w:p>
      <w:r>
        <w:t>Dátum vydania: 30. 10. 2014</w:t>
      </w:r>
    </w:p>
    <w:p>
      <w:r>
        <w:t>Forma: Uznesenie</w:t>
      </w:r>
    </w:p>
    <w:p>
      <w:r>
        <w:t>Oblasť práva: Občianske právo</w:t>
      </w:r>
    </w:p>
    <w:p>
      <w:pPr>
        <w:pStyle w:val="Heading2"/>
      </w:pPr>
      <w:r>
        <w:t>Text rozhodnutia</w:t>
      </w:r>
    </w:p>
    <w:p>
      <w:r>
        <w:t>Súd: Krajský súd Bratislava Spisová značka: 3Co/262/2014 Identifikačné číslo súdneho spisu: 1114200182 Dátum vydania rozhodnutia: 31. 10. 2014 Meno a priezvisko sudcu, VSÚ: JUDr. Roman Bolebruch ECLI: ECLI:SK:KSBA:2014:1114200182.1 Uznesenie Krajský súd v Bratislave v právnej veci navrhovateľa: ZH Kredit, s.r.o., Dvořákovo nábrežie 8/A, Bratislava, zastúpeného advokátom JUDr. I. O., M. XX, V., proti odporkyni: U. F., bytom K. 8, V., o zaplatenie 91,38 eura s prísl. a o späťvzatí návrhu po vydaní uznesenia Okresného súdu Bratislava I č.k. 7C/5/2014-32, zo dňa 31.5.2014, takto r o z h o d o l : Odvolací súd p r i p ú š ť a späťvzatie návrhu, uznesenie súdu prvého stupňa č.k. 7C/5/2014-32, zo dňa 31.5.2014 z r u š u j e a konanie z a s t a v u j e . Odporkyni náhradu trov konania n e p r i z n á v a . o d ô v o d n e n i e : Súd prvého stupňa uznesením č.k. 7C/5/2014-32, zo dňa 31.5.2014, zastavil konanie s tým, že žiaden z účastníkov nemá právo na náhradu trov konania. V odôvodnení uviedol, že navrhovateľ sa svojim návrhom domáhal zaplatenia 91,38 eura a poplatku z omeškania 0,2 % denne z uvedenej sumy od 9.3.1999 do zaplatenia titulom dlžného poistného na zdravotné poistenie. Právny vzťah, z ktorého bol vyvodený uplatnený nárok, vznikol medzi zdravotnou poisťovňou a platiteľom poistného podľa zákona č. 273/1994 Z.z. Nakoľko nárok na dlžné poistné a na poplatok z neodvedeného alebo oneskorene odvedeného poistného na zdravotné poistenie, ktorý vznikol podľa predpisov účinných do 31.12.2004, sa uplatňuje na Úrade pre dohľad nad zdravotnou starostlivosťou, pričom rozhodovanie o takýchto pohľadávkach patrí do právomoci tohto úradu, súd prvého stupňa s poukazom na § 7 ods. 1, ods. 2, ods. 3, § 103, § 104 ods. 1, § 2, § 18 ods. 9, § 23 ods. 2, ods. 4 zákona č. 273/2004 Z.z., § 2 ods. 1, ods. 2, § 77a ods. 1, ods. 2, ods. 3 zákona č. 580/2004 Z.z. a § 18 ods. 1 písm. a) bod 3, § 85 h ods. 1, ods. 3 zákona č. 581/2004 Z.z. a na uznesenie Najvyššieho súdu Slovenskej republiky sp. zn. 6Rks 1/2010, zo dňa 21.4.2010 pre nedostatok právomoci konanie zastavil s tým, že po právoplatnosti uznesenia vec postúpi Úradu pre dohľad nad zdravotnou starostlivosťou. Podaním zo dňa 20.5.2014 navrhovateľ vzal svoj návrh späť.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Nakoľko v predmetnej veci navrhovateľ vzal návrh na začatie konania späť po rozhodnutí súdu prvého stupňa, odvolací súd v zmysle citovaného ustanovenia zákona pripustil späťvzatie návrhu, zrušil uznesenie súdu prvého stupňa č.k. 7C/5/2014-32, zo dňa 31.5.2014 a konanie zastavil. Vzhľadom na špecifickú situáciu, keď uznesenie č.k. 7C/5/2014-32, zo dňa 31.5.2014, nebolo doručené odporkyni, odvolací súd ju nežiadal o vyjadrenie súhlasu či nesúhlasu s pripustením späťvzatia návrhu. O náhrade trov konania rozhodol odvolací súd v zmysle § 146 ods. 2 veta prvá O.s.p. Navrhovateľ, ktorý procesne zavinil zastavenie konania späťvzatím návrhu, by bol povinný zaplatiť odporkyni náhradu trov konania. Nakoľko si však odporkyňa náhradu trov konania neuplatnila (trovy konania jej ani nevznikli), odvolací súd jej ich náhradu nepriznal. Toto rozhodnutie prijal senát Krajského súdu v Bratislave pomerom hlasov 3:0. Poučenie: Proti tomuto uzneseniu odvolanie nie je prípustné.</w:t>
      </w:r>
    </w:p>
    <w:p/>
    <w:p>
      <w:r>
        <w:t>Zdroj: KAUZIS.SK – https://www.kauzis.sk/judikatura/r/ECLI:SK:KSBA:2014:1114200182.1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