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1Cob/138/2014 z 10. 6. 2014</w:t>
      </w:r>
    </w:p>
    <w:p>
      <w:r>
        <w:t>Uznesenie Krajského súdu Bratislava z 10. júna 2014, sp. zn. 1Cob/138/2014, ECLI:SK:KSBA:2014:1114203285.1</w:t>
      </w:r>
    </w:p>
    <w:p>
      <w:r>
        <w:t>Súd: Krajský súd Bratislava</w:t>
      </w:r>
    </w:p>
    <w:p>
      <w:r>
        <w:t>Spisová značka: 1Cob/138/2014</w:t>
      </w:r>
    </w:p>
    <w:p>
      <w:r>
        <w:t>ECLI: ECLI:SK:KSBA:2014:1114203285.1</w:t>
      </w:r>
    </w:p>
    <w:p>
      <w:r>
        <w:t>Dátum vydania: 10.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1Cob/138/2014 Identifikačné číslo súdneho spisu: 1114203285 Dátum vydania rozhodnutia: 11. 06. 2014 Meno a priezvisko sudcu, VSÚ: JUDr. Soňa Pekarčíková ECLI: ECLI:SK:KSBA:2014:1114203285.1 Uznesenie Krajský súd v Bratislave v právnej veci navrhovateľa: ALEXANDRIA spol. s.r.o., Dělnická 71, Praha 7, Česká republika, IČO: 25 661 507, zast. Mgr. Pavol Riško, usadený euroadvokát, Zelená 2, Bratislava proti odporcovi: AZUR REIZEN Slovakia, a.s., Grösslingova 8, Bratislava, IČO: 43 797 903, o nariadenie predbežného opatrenia, o odvolaní navrhovateľa proti uzneseniu Okresného súdu Bratislava I zo dňa 18.02.2014 č.k. 30Cb/15/2014-87, o späťvzatí návrhu na nariadenie predbežného opatrenia takto r o z h o d o l : Odvolací súd p r i p ú š ť a späťvzatie návrhu na nariadenie predbežného opatrenia, uznesenie Okresného súdu Bratislava I č. k. 30Cb/15/2014-86 zo dňa 18.02.2014 z r u š u j e a konanie vo veci nariadenia predbežného opatrenia z a s t a v u j e . o d ô v o d n e n i e : Napadnutým uznesením súd prvého stupňa návrh na nariadenie predbežného opatrenia zamietol. O trovách konania rozhodol tak, že o týchto rozhodne v konečnom rozhodnutí. Proti uvedenému uzneseniu podal v zákonom stanovenej lehote odvolanie navrhovateľ. Písomným podaním doručeným súdu dňa 25.03.2014 vzal navrhovateľ svoj návrh na nariadenie predbežného opatrenia ako i návrh vo veci samej v celom rozsahu späť a žiadal konanie zastaviť. Podľa ust. § 208 O.s.p.,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V danom prípade došlo k späťvzatiu návrhu po rozhodnutí súdu prvého stupňa, ktorým bol návrh na nariadenie predbežného opatrenia zamietnutý a takéto rozhodnutie sa podľa ust. § 75 ods. 8 veta tretia O.s.p., nedoručuje odporcovi. Vychádzajúc z uvedeného ustanovenia v prípade postupu podľa ust. § 208 O.s.p., sa nevyžaduje súhlas so späťvzatím návrhu na nariadenie predbežného opatrenia od odporcu (hoci ust. § 208 O.s.p., v ostatných prípadoch vyžaduje súhlas so späťvzatím návrhu od ostatných účastníkov konania, odporcov v prípade, že k späťvzatiu návrhu dôjde po rozhodnutí súdu prvého stupňa), nakoľko týmto postupom by sa obchádzalo ust. § 75 ods. 8 O.s.p., a teda aj samotný fakt, že v prípade, že návrh na nariadenie predbežného opatrenia je zamietnutý, odporcovi sa rozhodnutie súdu nedoručuje, tento ani nemá právo podať odvolanie voči rozhodnutiu súdu prvého stupňa o nariadení predbežného opatrenia. Keďže odporca nemá v takomto prípade právo podať odvolanie, analogicky sa pri aplikácii ust. § 208 O.s.p., nevyžaduje súhlas so späťvzatím návrhu zo strany odporcu. Preto odvolací súd zastavil konanie o predebežnom opatrení pre späťvzatie návrhu na nariadenie predbežného opatrenia bez vyžiadania súhlasu odporcu. O späťvzatí návrhu vo veci samej ako i o trovách konania rozhodne súd prvého stupňa. Toto rozhodnutie prijal senát krajského súdu pomerom hlasov 3 : 0. Poučenie: Proti tomuto uzneseniu odvolanie n i e j e prípustné.</w:t>
      </w:r>
    </w:p>
    <w:p/>
    <w:p>
      <w:r>
        <w:t>Zdroj: KAUZIS.SK – https://www.kauzis.sk/judikatura/r/ECLI:SK:KSBA:2014:1114203285.1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