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8Cob/105/2014 z 26. 11. 2014</w:t>
      </w:r>
    </w:p>
    <w:p>
      <w:r>
        <w:t>Uznesenie Krajského súdu Bratislava z 26. novembra 2014, sp. zn. 8Cob/105/2014, ECLI:SK:KSBA:2014:1114204678.1</w:t>
      </w:r>
    </w:p>
    <w:p>
      <w:r>
        <w:t>Súd: Krajský súd Bratislava</w:t>
      </w:r>
    </w:p>
    <w:p>
      <w:r>
        <w:t>Spisová značka: 8Cob/105/2014</w:t>
      </w:r>
    </w:p>
    <w:p>
      <w:r>
        <w:t>ECLI: ECLI:SK:KSBA:2014:1114204678.1</w:t>
      </w:r>
    </w:p>
    <w:p>
      <w:r>
        <w:t>Dátum vydania: 26. 11.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8Cob/105/2014 Identifikačné číslo súdneho spisu: 1114204678 Dátum vydania rozhodnutia: 27. 11. 2014 Meno a priezvisko sudcu, VSÚ: JUDr. Elena Kúšová ECLI: ECLI:SK:KSBA:2014:1114204678.1 Uznesenie Krajský súd v Bratislave v právnej veci námietok proti zamietnutiu vykonania zmeny zápisu do obchodného registra pri obchodnej spoločnosti VLAD, s.r.o., Lachova 24, 851 03 Bratislava, IČO: 44 264 771, na odvolanie navrhovateľa proti uzneseniu Okresného súdu Bratislava I č.k. 32Nsre/27/2014-2 zo dňa 25.02.2014, takto r o z h o d o l : Krajský súd v Bratislave uznesenie Okresného súdu Bratislava I č.k. 32Nsre/27/2014-2 zo dňa 25.02.2014 p o t v r d z u j e . o d ô v o d n e n i e : Napadnutým uznesením súd prvého stupňa zamietol námietky zo dňa 14.02.2014 proti odmietnutiu vykonania zmeny zápisu do obchodného registra pri obchodnej spoločnosti VLAD, s.r.o.. V odôvodnení rozhodnutia súd prvého stupňa poukázal na ust. § 115 ods. 5, 7, 9, 10 zák. č. 513/1991 Zb., § 54 ods. 1, 2 zák. č. 563/2009 Z.z. a § 200b O.s.p.. Skonštatoval, že navrhovateľ spolu s námietkou proti odmietnutiu vykonania zmeny zápisu do obchodného registra nedoložil súhlas správcu dane udelený k prevodu obchodného podielu. Proti tomuto rozhodnutiu podal v zákonom stanovenej lehote odvolanie navrhovateľ, v ktorom uviedol, že dopĺňa súhlas správcu dane udelený k prevodu obchodného podielu. Odvolací súd preskúmal vec podľa § 212 ods. 1 O.s.p., prejednal odvolanie navrhovateľa podľa § 214 ods. 2 O.s.p. bez nariadenia pojednávania a dospel k záveru, že odvolanie nie je dôvodné. Z obsahu súdneho spisu odvolací súd zistil, že návrh na zápis zmien v obchodnom registri podaný dňa 30.12.2013 bol súdom prvého stupňa dňa 30.01.2014 odmietnutý, pretože navrhovateľ spolu s návrhom nepredložil v zmysle § 12 ods. 3 vyhlášky MS SR č. 25/2004 Z.z. súhlas správcu dane so zápisom zmeny v osobe spoločníka do obchodného registra. V námietkach proti odmietnutiu vykonania zmeny zápisu do obchodného registra zo dňa 13.02.2014 navrhovateľ uviedol, že uvedený nedostatok odstránil a predkladá súdu v prílohe súhlas správcu dane pre spoločníka a navrhovateľa. Z obsahu spisu však nevyplýva, že by uvedená príloha bola k námietkam pripojená. Vzhľadom na uvedené mal súd prvého stupňa za to, že navrhovateľ si túto povinnosť nesplnil. K odvolaniu pripojil navrhovateľ súhlas Daňového úradu Bratislava zo dňa 06.02.2014 so zápisom v obchodnom registri týkajúcim sa osoby nadobúdateľa F. M.. Podľa § 200b ods. 1 O.s.p. navrhovateľ môže podať písomne námietky proti odmietnutiu vykonania zápisu podľa osobitného zákona do 15 dní odo dňa vydania alebo doručenia oznámenia o odmietnutí vykonania zápisu na registrovom súde, ktorý vykonanie zápisu odmietol. Späťvzatie námietok sa nepripúšťa. V námietkach môže najmä doplniť chýbajúce údaje, opraviť nesprávne údaje a odstrániť nedostatky, pre ktoré bolo vykonanie zápisu odmietnuté. Podľa ods. 2 o námietkach rozhoduje registrový súd v lehote desiatich pracovných dní od ich doručenia okrem prípadov uvedených v odseku 5. Odmietnutie vykonania zápisu preskúma len z hľadiska splnenia podmienok podľa osobitného zákona. Podľa ods. 3 prvá veta, ak sudca námietkam vyhovie, vykoná zápis. Podľa ods. 6 po preskúmaní námietok môže sudca námietky zamietnuť. O zamietnutí námietok sudca rozhoduje uznesením. Proti tomuto uzneseniu je prípustné odvolanie. Ak sa konanie pred registrovým súdom začne na návrh, súd postupuje podľa princípov, ktoré sa uplatňujú v nesporovom konaní. Vyšší súdny úradník pred zápisom údajov do obchodného registra, zápisom zmeny zapísaných údajov a výmazom zapísaných údajov z predložených listín preverí, či: a) návrh na zápis podala oprávnená osoba, b) je návrh na zápis úplný, c) sú spolu s návrhom na zápis predložené všetky prílohy ustanovené osobitným predpisom, d) sú prílohy predložené vo forme ustanovenej spravidla Obchodným zákonníkom, alebo zákonmi, ktoré upravujú formu a obsah zakladajúcich listín právnických osôb, ktoré sa zapisujú do obchodného registra, e) údaje uvedené v návrhu na zápis sa zhodujú s údajmi vyplývajúcimi z predložených príloh, f) bol zaplatený súdny poplatok spôsobom, ktorý upravuje § 4 vyhláška č. 25/2004 Z.z.. Z vyššie uvedených ustanovení vyplýva, že navrhovateľ môže odstrániť nedostatky návrhu a jeho príloh len v rámci lehoty na podanie námietok. Navrhovateľ odstránil chýbajúce prílohy, ktoré požadoval súd prvého stupňa jednak v odmietnutí vykonania zápisu zmien v obchodnom registri, ako aj v napadnutom uznesení o zamietnutí námietok, až v odvolacom konaní. Zákon odstránenie nedostatkov návrhu v odvolacom konaní nepripúšťa. Zákon o obchodnom registri je postavený na zrozumiteľnosti a úplnosti predložených údajov, ktoré sa majú prostredníctvom návrhu zapísať do registra. Registrované konanie je konanie prísne formálne, kedy spolu s návrhom musia byť predložené všetky listiny potrebné pre vykonanie zápisu v zmysle zákona o obchodnom registri a ktorý v zásade predĺženie lehoty na doloženie listín nepripúšťa. Odvolací súd preto napadnuté uznesenie súdu prvého stupňa podľa § 219 ods. 1 O.s.p. potvrdil ako vecne správne. Toto uznesenie bolo členmi senátu prijaté pomerom hlasov 3:0 (§ 3 ods. 9 tretia veta zákona č. 757/2004 Z.z. v znení neskorších predpisov). Poučenie: Proti tomuto uzneseniu odvolanie nie je prípustné.</w:t>
      </w:r>
    </w:p>
    <w:p/>
    <w:p>
      <w:r>
        <w:t>Zdroj: KAUZIS.SK – https://www.kauzis.sk/judikatura/r/ECLI:SK:KSBA:2014:1114204678.1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