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11CoP/320/2014 z 29. 7. 2014</w:t>
      </w:r>
    </w:p>
    <w:p>
      <w:r>
        <w:t>Uznesenie Krajského súdu Bratislava z 29. júla 2014, sp. zn. 11CoP/320/2014, ECLI:SK:KSBA:2014:1114211383.2</w:t>
      </w:r>
    </w:p>
    <w:p>
      <w:r>
        <w:t>Súd: Krajský súd Bratislava</w:t>
      </w:r>
    </w:p>
    <w:p>
      <w:r>
        <w:t>Spisová značka: 11CoP/320/2014</w:t>
      </w:r>
    </w:p>
    <w:p>
      <w:r>
        <w:t>ECLI: ECLI:SK:KSBA:2014:1114211383.2</w:t>
      </w:r>
    </w:p>
    <w:p>
      <w:r>
        <w:t>Dátum vydania: 29. 7.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11CoP/320/2014 Identifikačné číslo súdneho spisu: 1114211383 Dátum vydania rozhodnutia: 30. 07. 2014 Meno a priezvisko sudcu, VSÚ: JUDr. Katarína Štrignerová ECLI: ECLI:SK:KSBA:2014:1114211383.2 Uznesenie Krajský súd v Bratislave, v právnej vec starostlivosti o maloleté dieťa: X. Y., I.. XX.XX.XXXX, zastúpený kolíznym opatrovníkom Úradom práce, sociálnych vecí a rodiny, odbor sociálnoprávnej ochrany detí a sociálnej kurately, Vazovova 7/A, Bratislava, dieťa rodičov: matka - B.. S. Y., Z. Z., Y. XX, a otec - R.. R. W., Z. M., Slovenská XXXX/XX, o zníženie výživného, na odvolanie otca proti uzneseniu Okresného súdu Bratislava I zo dňa 12.06.2014, č.k. 1P/57/2014-120, jednohlasne ( pomerom hlasov 3:0) r o z h o d o l : Uznesenie súdu prvého stupňa sa z r u š u j e a vec sa v r a c i a na ďalšie konanie. o d ô v o d n e n i e : V napadnutom uznesení súd prvého stupňa uložil otcovi povinnosť, aby v lehote do 3 dní od doručenia predmetného uznesenia zaplatil súdny poplatok za vznesenie námietky zaujatosti účastníkom konania vo výške XX euro vyrubený podľa položky 17a Sadzobníka súdnych poplatkov, tvoriaceho prílohu zákona č. 71/1992 Zb. o súdnych poplatkoch. Proti uzneseniu podal v zákonnej lehote odvolanie otec namietajúc, že v minulosti v konaniach týkajúcich sa starostlivosti súdu o jeho maloletého syna mu i v prípade, ak podal námietku zaujatosti proti zákonnému sudcovi, nikdy súdny poplatok za jej podanie vyrubený nebol. Odvolateľ uviedol, že s poukazom na svoju nedobrú súčasnú finančnú situáciu, pre ktorú podal návrh na zníženie vyživovacej povinnosti, žiada o oslobodenie od zaplatenia súdneho poplatku za podanú námietku zaujatosti. Odvolací súd preskúmal vec podľa § 212 ods. 2 O.s.p. bez nariadenia pojednávania podľa § 214 ods. 2 O.s.p. a dospel k záveru, že odvolaniu otca je možné v tomto štádiu konania priznať úspech. Podľa § 4 ods. 1 písm. a/ zák. č. 71/1992 Zb. v platnom znení o súdnych poplatkoch od poplatku je oslobodené súdne konanie vo veciach opatrovníckych, starostlivosti o maloleté deti, osvojenia a povolenia uzavrieť manželstvo. Podľa § 4 ods. 4 zákona o súdnych poplatkoch, oslobodenie podľa odsekov 1 a 2 sa vzťahuje aj na konanie o odvolaní, dovolaní, obnove konania a výkone rozhodnutia alebo exekúcii. Prihliadajúc na dôvody uvedené v odvolaní sa odvolací súd ako prvoradou otázkou zaoberal tým, či v prípade podania námietky zaujatosti účastníkom konania v konaní starostlivosti súdu o maloleté deti sa vecné oslobodenie od súdneho poplatku upravené v § 4 ods. 1 písm. a/ zákona č. 71/1992 Zb. vzťahuje i na podanie námietky zaujatosti účastníkom konania. Podľa odvolacieho súdu zákonné oslobodenie či už vecné (§ 4 ods. 1 zákona o súdnych poplatkoch) alebo osobné (§ 4 ods. 2 zákona o súdnych poplatkoch) sa vzťahuje iba na súdny poplatok z návrhu na začatie konania. Len oslobodenie na základe rozhodnutia, a to podľa § 138 ods. 1 O.s.p. zvýhodňuje účastníkov vo väčšom rozsahu ( otec maloletého dieťaťa v danom konaní nebol súdnym rozhodnutím oslobodený od súdnych poplatkov). Z tohto dôvodu skutočnosť, že konanie starostlivosti súdu o maloleté deti je od súdnych poplatkov vecne oslobodené, nemá vplyv na jeho zákonnú povinnosť zaplatiť súdny poplatok za vznesenú námietku zaujatosti ( viď rozhodnutie Ústavného súdu Slovenskej republiky sp.zn. II. ÚS 124/2011 ). Uvedené znamená, že rozhodnutie súdu prvého stupňa by pri posudzovaní podmienok existujúcich v čase jeho vydania bolo vecne a právne správne. Vychádzajúc však zo stavu existujúceho v čase rozhodovania odvolacieho súdu nie je možné bez rozhodnutia o žiadosti otca o oslobodenie od súdneho poplatku vznesenej v podanom odvolaní proti napadnutému rozhodnutiu ustáliť, či je rozhodnutie súdu prvého stupňa o vyrubení súdneho poplatku za vznesenú námietku zaujatosti vecne a právne správne. Odvolací súd poukazuje na to, že pred rozhodnutím o vyrubení súdneho poplatku za podanú námietku zaujatosti otcom maloletého dieťaťa je v posudzovanom prípade nutné rozhodnúť o tom, či sú na strane otca podmienky odôvodňujúce priznanie oslobodenia od súdneho poplatku, ktorými odôvodňuje svoju žiadosť o oslobodenie od súdneho poplatku ( § 138 O.s.p.). Na základe uvedeného odvolací súd napadnuté rozhodnutie súdu prvého stupňa podľa ust. § 221 ods.1 písm. f/, h/, i/ O.s.p. zrušil a vec vrátil na ďalšie konanie. Úlohou súdu prvého stupňa bude zadovážiť podklady pre rozhodnutie o žiadosti otca o oslobodenie od súdneho poplatku, o tejto žiadosti podľa § 138 O.s.p. rozhodnúť a podľa spôsobu rozhodnutia zvoliť vo vzťahu k poplatkovej povinnosti otca za podanú námietku zaujatosti ďalší procesný postup. Poučenie: Proti tomuto uzneseniu nie je možné podať odvolanie.</w:t>
      </w:r>
    </w:p>
    <w:p/>
    <w:p>
      <w:r>
        <w:t>Zdroj: KAUZIS.SK – https://www.kauzis.sk/judikatura/r/ECLI:SK:KSBA:2014:1114211383.2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