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18CoE/151/2014 z 29. 4. 2014</w:t>
      </w:r>
    </w:p>
    <w:p>
      <w:r>
        <w:t>Uznesenie Krajského súdu Bratislava z 29. apríla 2014, sp. zn. 18CoE/151/2014, ECLI:SK:KSBA:2014:1203894722.1</w:t>
      </w:r>
    </w:p>
    <w:p>
      <w:r>
        <w:t>Súd: Krajský súd Bratislava</w:t>
      </w:r>
    </w:p>
    <w:p>
      <w:r>
        <w:t>Spisová značka: 18CoE/151/2014</w:t>
      </w:r>
    </w:p>
    <w:p>
      <w:r>
        <w:t>ECLI: ECLI:SK:KSBA:2014:1203894722.1</w:t>
      </w:r>
    </w:p>
    <w:p>
      <w:r>
        <w:t>Dátum vydania: 29. 4. 2014</w:t>
      </w:r>
    </w:p>
    <w:p>
      <w:r>
        <w:t>Forma: Uznesenie</w:t>
      </w:r>
    </w:p>
    <w:p>
      <w:pPr>
        <w:pStyle w:val="Heading2"/>
      </w:pPr>
      <w:r>
        <w:t>Text rozhodnutia</w:t>
      </w:r>
    </w:p>
    <w:p>
      <w:r>
        <w:t>Súd: Krajský súd Bratislava Spisová značka: 18CoE/151/2014 Identifikačné číslo súdneho spisu: 1203894722 Dátum vydania rozhodnutia: 30. 04. 2014 Meno a priezvisko sudcu, VSÚ: JUDr. Boris Tóth ECLI: ECLI:SK:KSBA:2014:1203894722.1 Uznesenie Krajský súd v Bratislave v exekučnej veci oprávneného: Sociálna poisťovňa so sídlom v Bratislave, pobočka Bratislava, Záhradnícka 31, Bratislava, IČO: 30 807 484, proti povinnému: REKULTIVA spol. s r.o., Mierová 22, Bratislava, IČO: 35 714 786, vedenej súdnym exekútorom JUDr. Liborom Samcom, so sídlom úradu Košická 6, Bratislava, pre vymoženie uloženej povinnosti zaplatiť istinu 86,74 eur a trovy exekúcie, o odvolaní súdneho exekútora proti uzneseniu Okresného súdu Bratislava II, č.k. 39Er/2663/2003-14 zo dňa 14.02.2014, takto r o z h o d o l : Krajský súd v Bratislave odvolanie súdneho exekútora proti uzneseniu Okresného súdu Bratislava II, č.k. 39Er/2663/2003-14 zo dňa 14.02.2014, v časti výroku o trovách exekúcie o d m i e t a . o d ô v o d n e n i e : Okresný súd Bratislava II uznesením, č.k. 39Er/2663/2003-14 zo dňa 14.02.2014, zastavil exekúciu podľa ust. § 57 ods. 1 písm. h) zákona NR SR č. 233/1995 Z.z. o súdnych exekútoroch a exekučnej činnosti (Exekučný poriadok) v znení neskorších predpisov (ďalej len „EP“) z dôvodu nedostatku majetku povinného. Súd prvého stupňa uložil oprávnenému podľa ust. § 203 EP povinnosť uhradiť súdnemu exekútorovi trovy exekúcie vo výške 19,92 eur pozostávajúce z odmeny za 1 hodinu účelne vynaloženú na exekúciu a odmeny za 4 úkony exekučnej činnosti odmeňované paušálnou sumou. Proti predmetnému uzneseniu v časti výroku o trovách exekúcie podal súdny exekútor odvolanie. Odvolací súd zo súdneho spisu zistil, že odvolaním napadnuté uznesenie bolo súdnemu exekútorovi doručené dňa 24.02.2014. Súdny exekútor odovzdal odvolanie na poštovú prepravu dňa 21.03.2014. Súdny exekútor podal odvolanie po zákonom stanovenej lehote. Posledným dňom zákonnej lehoty na podanie odvolania bol deň 11.03.2014. Podľa ust. § 218 ods. 1 písm. a) zákona NZ ČSSR č. 99/1963 Zb. Občiansky súdny poriadok v znení neskorších predpisov (ďalej len „O.s.p.“) odvolací súd odmietne odvolanie, ktoré bolo podané oneskorene. Na základe zisteného skutkového stavu odvolací súd odvolanie súdneho exekútora proti napadnutému uzneseniu súdu prvého stupňa, podľa ust. § 218 ods. 1 písm. a) O.s.p. ako podané oneskorene odmietol. Poučenie: Proti tomuto uzneseniu odvolanie nie je prípustné.</w:t>
      </w:r>
    </w:p>
    <w:p/>
    <w:p>
      <w:r>
        <w:t>Zdroj: KAUZIS.SK – https://www.kauzis.sk/judikatura/r/ECLI:SK:KSBA:2014:1203894722.1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