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21CoE/179/2014 z 25. 8. 2014</w:t>
      </w:r>
    </w:p>
    <w:p>
      <w:r>
        <w:t>Uznesenie Krajského súdu Bratislava z 25. augusta 2014, sp. zn. 21CoE/179/2014, ECLI:SK:KSBA:2014:1203899331.1</w:t>
      </w:r>
    </w:p>
    <w:p>
      <w:r>
        <w:t>Súd: Krajský súd Bratislava</w:t>
      </w:r>
    </w:p>
    <w:p>
      <w:r>
        <w:t>Spisová značka: 21CoE/179/2014</w:t>
      </w:r>
    </w:p>
    <w:p>
      <w:r>
        <w:t>ECLI: ECLI:SK:KSBA:2014:1203899331.1</w:t>
      </w:r>
    </w:p>
    <w:p>
      <w:r>
        <w:t>Dátum vydania: 25.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21CoE/179/2014 Identifikačné číslo súdneho spisu: 1203899331 Dátum vydania rozhodnutia: 26. 08. 2014 Meno a priezvisko sudcu, VSÚ: JUDr. Eugen Palášthy ECLI: ECLI:SK:KSBA:2014:1203899331.1 Uznesenie Krajský súd v Bratislave v exekučnej veci oprávneného: Sociálna poisťovňa, pobočka Bratislava, Záhradnícka 31, Bratislava, proti povinnému: BauMIDA spol. s r.o., Zemné 200, IČO: 30 776 805, pre vymoženie uloženej povinnosti, na odvolanie súdneho exekútora proti uzneseniu Okresného súdu Bratislava II v Bratislave č. k. 37Er/2669/2003-23 zo dňa 25.03.2014, takto r o z h o d o l : Krajský súd v Bratislave odvolanie súdneho exekútora proti uzneseniu Okresného súdu Bratislava II v Bratislave č. k. 37Er/2669/2003-23 zo dňa 25.03.2014, o d m i e t a . o d ô v o d n e n i e : Okresný súd Bratislava II v Bratislave napadnutým uznesením vydaným pod č. k. 37Er/2669/2003-23 priznal súdnemu exekútorovi Mgr. Liborovi Samcovi, Exekútorský úrad Košická 6, Bratislava, trovy exekúcie vo výške 21,48 Eur. Súd exekúciu vedenú na Okresnom súde Bratislava II pod sp. zn. 37Er/2669/2003 zastavil uznesením vydaným pod č. k. 37Er/2669/2003-18 zo dňa 06.03.2014. Priznal súdnemu exekútorovi trovy exekúcie s poukazom na ust. § 203 ods. 2 zákona Národnej rady Slovenskej republiky č. 233/1995 Z.z. o súdnych exekútoroch a exekučnej činnosti (Exekučný poriadok - ďalej len „Ex. por.“) v znení neskorších predpisov a §§ 14 až 22 Vyhlášky Ministerstva spravodlivosti SR č. 288/1995 Z.z. o odmenách a náhradách súdnych exekútorov. Proti predmetnému uzneseniu v časti trov exekúcie podal súdny exekútor dňa 07.04.2014 odvolanie. Krajský súd v Bratislave ako súd odvolací podľa ust. § 10 ods. 1 zákona Národného zhromaždenia ČSSR č. 99/1963 Zb. Občiansky súdny poriadok (ďalej len „OSP“) v znení neskorších predpisov, preskúmal napadnuté uznesenie podľa ust. § 212 ods. 1 OSP bez nariadenia pojednávania podľa ust. § 214 ods. 2 OSP a dospel k záveru, že podané odvolanie je potrebné odmietnuť. Podľa ust. § 202 ods. 2 OSP, odvolanie nie je prípustné ani proti uzneseniu v exekučnom konaní podľa osobitného zákona, ak tento osobitný zákon neustanovuje inak, a ani proti uzneseniu v konaní o vymáhanie súdnych pohľadávok podľa osobitného zákona. Podľa ust. § 218 ods. 1 písm. c) OSP, odvolací súd odmietne odvolanie, ktoré smeruje proti rozhodnutiu, proti ktorému nie je odvolanie prípustné. Podľa ust. § 58 ods. 6 Ex. por., proti výroku o náhrade trov konania v rozhodnutí podľa § 57 nemožno podať mimoriadne dovolanie. Podľa ust. § 243b ods. 1 Ex. por., exekučné konania začaté pred 1. novembrom 2013 sa dokončia podľa predpisov účinných do 31. októbra 2013, ak odseky 2 a 3 neustanovujú inak. Podľa ust. § 243b ods. 3 Ex. por., o odvolaní proti výroku o náhrade trov konania v rozhodnutí podľa § 57, ktoré bolo podané pred 1. novembrom 2013, sa rozhodne podľa predpisov účinných do 31. októbra 2013; to neplatí, ak ide o odvolanie podané proti rozhodnutiu vyššieho súdneho úradníka, o ktorom doposiaľ nerozhodol sudca. Odvolací súd zistil, že súdny exekútor podal odvolanie proti uzneseniu súdu prvého stupňa, ktorým súd rozhodol o trovách exekúcie. Novelou Exekučného poriadku č. 299/2013 Z.z. došlo s účinnosťou od 01.11.2013 k zmene ustanovenia § 58 ods. 6 Ex. por., a to tak, že prvá veta: „Proti výroku o náhrade trov konania v rozhodnutí podľa § 57 je odvolanie prípustné“, bola nahradená vetou: „Proti výroku o náhrade trov konania v rozhodnutí podľa § 57 nemožno podať mimoriadne dovolanie“. Z uvedeného vyplýva, že proti rozhodnutiu súdu o trovách exekúcie nie je prípustné odvolanie (vzhľadom na ust. § 202 ods. 2 OSP), ani mimoriadne dovolanie. Výnimku z uvedeného upravuje ust. § 243b ods. 3 Ex. por., a tou je prípad, ak účastník konania podá odvolanie proti výroku o trovách exekúcie pred 1. novembrom 2013. V danom prípade však súdny exekútor podal odvolanie dňa 07.04.2014, teda v čase, kedy už odvolanie proti výroku o trovách exekúcie nebolo prípustné podať. Z uvedeného dôvodu odvolací súd odvolanie súdneho exekútora proti uzneseniu súdu prvého stupňa podľa ust. § 218 ods. 1 písm. c) OSP odmietol. Toto rozhodnutie bolo prijaté členmi senátu pomerom hlasov 3:0. Poučenie: Proti tomuto uzneseniu odvolanie nie je prípustné.</w:t>
      </w:r>
    </w:p>
    <w:p/>
    <w:p>
      <w:r>
        <w:t>Zdroj: KAUZIS.SK – https://www.kauzis.sk/judikatura/r/ECLI:SK:KSBA:2014:1203899331.1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