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21CoE/223/2014 z 24. 11. 2014</w:t>
      </w:r>
    </w:p>
    <w:p>
      <w:r>
        <w:t>Uznesenie Krajského súdu Bratislava z 24. novembra 2014, sp. zn. 21CoE/223/2014, ECLI:SK:KSBA:2014:1203899366.1</w:t>
      </w:r>
    </w:p>
    <w:p>
      <w:r>
        <w:t>Súd: Krajský súd Bratislava</w:t>
      </w:r>
    </w:p>
    <w:p>
      <w:r>
        <w:t>Spisová značka: 21CoE/223/2014</w:t>
      </w:r>
    </w:p>
    <w:p>
      <w:r>
        <w:t>ECLI: ECLI:SK:KSBA:2014:1203899366.1</w:t>
      </w:r>
    </w:p>
    <w:p>
      <w:r>
        <w:t>Dátum vydania: 24. 11.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21CoE/223/2014 Identifikačné číslo súdneho spisu: 1203899366 Dátum vydania rozhodnutia: 25. 11. 2014 Meno a priezvisko sudcu, VSÚ: JUDr. Eugen Palášthy ECLI: ECLI:SK:KSBA:2014:1203899366.1 Uznesenie Krajský súd v Bratislave v exekučnej veci oprávneného: Sociálna poisťovňa, pobočka Bratislava, Záhradnícka 31, 829 02 Bratislava, proti povinnému: PYMEX SLOVAKIA, spol. s r.o., 925 83 Žihárec 257, IČO: 35 798 696, o vymoženie uloženej povinnosti a trov exekúcie, vedenej súdnym exekútorom JUDr. Liborom Samcom, so sídlom Exekútorského úradu Košická 6, 821 09 Bratislava, na odvolanie súdneho exekútora proti uzneseniu Okresného súdu Bratislava II č.k. 37Er/2588/2003-22 zo dňa 07.04.2014, takto r o z h o d o l : Krajský súd v Bratislave odvolanie súdneho exekútora proti uzneseniu Okresného súdu Bratislava II č.k. 37Er/2588/2003-22 zo dňa 07.04.2014 odmieta. o d ô v o d n e n i e : Okresný súd Bratislava II uznesením č.k. 37Er/2588/2003-22 zo dňa 07.04.2014 priznal súdnemu exekútorovi trovy exekúcie vo výške 21,15 Eur a na ich náhradu zaviazal oprávneného. Svoje rozhodnutie odôvodnil s poukazom na ust. §§ 196, 200, 203 ods. 2 zákona č. 233/1995 Z.z. o súdnych exekútoroch a exekučnej činnosti (Ex. por.) v znení neskorších predpisov a §§ 14, 15 a 22 vyhlášky MS SR č. 288/1995 Z.z. o odmenách a náhradách súdnych exekútorov. Proti predmetnému uzneseniu podal súdny exekútor dňa 22.04.2014 odvolanie. Krajský súd v Bratislave ako súd odvolací prejednal vec podľa § 212 ods. 1 O.s.p. bez nariadenia pojednávania v zmysle § 214 ods. 2 O.s.p. a dospel k záveru, že podané odvolanie je potrebné odmietnuť. Podľa ust. § 202 ods. 2 O.s.p., odvolanie nie je prípustné ani proti uzneseniu v exekučnom konaní podľa osobitného zákona, ak tento osobitný zákon neustanovuje inak, a ani proti uzneseniu v konaní o vymáhanie súdnych pohľadávok podľa osobitného zákona. Podľa ust. § 218 ods. 1 písm. c/ O.s.p., odvolací súd odmietne odvolanie, ktoré smeruje proti rozhodnutiu, proti ktorému nie je odvolanie prípustné. Podľa ust. § 58 ods. 6 Ex. por., proti výroku o náhrade trov konania v rozhodnutí podľa § 57 nemožno podať mimoriadne dovolanie. Podľa ust. § 243b ods. 1 Ex. por., exekučné konania začaté pred 1. novembrom 2013 sa dokončia podľa predpisov účinných do 31. októbra 2013, ak odseky 2 a 3 neustanovujú inak. Podľa ust. § 243b ods. 3 Ex. por., o odvolaní proti výroku o náhrade trov konania v rozhodnutí podľa § 57, ktoré bolo podané pred 1. novembrom 2013, sa rozhodne podľa predpisov účinných do 31. októbra 2013; to neplatí, ak ide o odvolanie podané proti rozhodnutiu vyššieho súdneho úradníka, o ktorom doposiaľ nerozhodol sudca. Odvolací súd zistil, že súdny exekútor podal odvolanie proti uzneseniu súdu prvého stupňa, ktorým súd rozhodol o trovách exekúcie. Novelou Ex. por. č. 299/2013 Z.z. došlo s účinnosťou od 01.11.2013 k zmene ust. § 58 ods. 6 Ex. por., a to tak, že veta: "Proti výroku o náhrade trov konania v rozhodnutí podľa § 57 je odvolanie prípustné." bola nahradená vetou: "Proti výroku o náhrade trov konania v rozhodnutí podľa § 57 nemožno podať mimoriadne dovolanie." Z uvedeného vyplýva, že proti rozhodnutiu súdu o trovách exekúcie nie je prípustné odvolanie (vzhľadom na ust. § 202 ods. 2 O.s.p.), ani mimoriadne dovolanie. Výnimku z uvedeného upravuje ust. § 243b ods. 3 Ex. por., a tou je prípad, ak účastník konania podá odvolanie proti výroku o trovách exekúcie pred 1. novembrom 2013. V danom prípade však súdny exekútor podal odvolanie dňa 22.04.2014, teda v čase, kedy už odvolanie proti výroku o trovách exekúcie nebolo prípustné podať. Z uvedeného dôvodu odvolací súd odvolanie súdneho exekútora proti uzneseniu súdu prvého stupňa podľa ust. § 218 ods. 1 písm. c/ O.s.p. odmietol. Poučenie: Proti tomuto uzneseniu odvolanie nie je prípustné.</w:t>
      </w:r>
    </w:p>
    <w:p/>
    <w:p>
      <w:r>
        <w:t>Zdroj: KAUZIS.SK – https://www.kauzis.sk/judikatura/r/ECLI:SK:KSBA:2014:1203899366.1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