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3Co/84/2012 z 30. 7. 2014</w:t>
      </w:r>
    </w:p>
    <w:p>
      <w:r>
        <w:t>Uznesenie Krajského súdu Bratislava z 30. júla 2014, sp. zn. 3Co/84/2012, ECLI:SK:KSBA:2014:1206206865.3</w:t>
      </w:r>
    </w:p>
    <w:p>
      <w:r>
        <w:t>Súd: Krajský súd Bratislava</w:t>
      </w:r>
    </w:p>
    <w:p>
      <w:r>
        <w:t>Spisová značka: 3Co/84/2012</w:t>
      </w:r>
    </w:p>
    <w:p>
      <w:r>
        <w:t>ECLI: ECLI:SK:KSBA:2014:1206206865.3</w:t>
      </w:r>
    </w:p>
    <w:p>
      <w:r>
        <w:t>Dátum vydania: 30. 7. 2014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3Co/84/2012 Identifikačné číslo súdneho spisu: 1206206865 Dátum vydania rozhodnutia: 31. 07. 2014 Meno a priezvisko sudcu, VSÚ: JUDr. Roman Bolebruch ECLI: ECLI:SK:KSBA:2014:1206206865.3 Uznesenie Krajský súd v Bratislave v právnej veci navrhovateľa: ECO-INVEST, a.s., W. L. - I. X - 6, Bratislava, zastúpeného advokátom JUDr. Petrom Hrušovským, M. XX/C, Bratislava, proti odporcom: 1/ JUDr. Marián Alušic, bytom F. 7, Bratislava, 2/ Ján Málik, bytom E. F. XX, Ružomberok, 3/ Ondrej Hyravý, bytom Raveň 6, Ružomberok - Biely Potok, 4/ ECO-PAPIER Ružomberok, občianske združenie, Q. 8, o zdržanie sa neoprávnených zásahov do dobrej povesti právnickej osoby a iné, na odvolanie navrhovateľa proti rozsudku Okresného súdu Bratislava II č.k. 20C/78/2006-433, zo dňa 10.10.2011, takto r o z h o d o l : Odvolací súd odvolacie konanie z a s t a v u j e . Odporcom 1/ až 4/ náhradu trov odvolacieho konania n e p r i z n á v a . o d ô v o d n e n i e : Súd prvého stupňa napadnutým rozsudkom zamietol návrh a navrhovateľovi uložil povinnosť zaplatiť náhradu trov konania odporcovi 1/ 3.617,36 eura, odporcovi 2/ 2.342,71 eura, odporcovi 3/ 2.342,71 eura a odporcovi 4/ 2.342,71 eura. Proti rozsudku podal navrhovateľ odvolanie, ktoré podaním zo dňa 7.7.2014 vzal späť. Nakoľko bolo odvolanie proti rozsudku súdu prvého stupňa, o ktorom nebolo rozhodnuté, vzaté späť, odvolací súd odvolacie konanie podľa § 207 ods. 3 O.s.p. zastavil. O náhrade trov odvolacieho konania odvolací súd rozhodol v zmysle § 146 ods. 2 veta prvá O.s.p. v spojení s § 224 ods. 1 O.s.p. Navrhovateľ späťvzatím odvolania procesne zavinila zastavenie odvolacieho konania, bol by preto povinný nahradiť trovy odvolacieho konania odporcom 1/ až 4/. Nakoľko odporcovia 1/ - 4/ si trovy odvolacieho konania neuplatnili, odvolací súd im ich náhradu nepriznal. Toto rozhodnutie prijal senát Krajského súdu v Bratislave pomerom hlasov 3:0. Poučenie: Proti tomuto uzneseniu odvolanie nie je prípustné.</w:t>
      </w:r>
    </w:p>
    <w:p/>
    <w:p>
      <w:r>
        <w:t>Zdroj: KAUZIS.SK – https://www.kauzis.sk/judikatura/r/ECLI:SK:KSBA:2014:1206206865.3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