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17CoE/337/2008 z 2. 2. 2014</w:t>
      </w:r>
    </w:p>
    <w:p>
      <w:r>
        <w:t>Opravné uznesenie Krajského súdu Bratislava z 2. februára 2014, sp. zn. 17CoE/337/2008, ECLI:SK:KSBA:2014:1206221399.2</w:t>
      </w:r>
    </w:p>
    <w:p>
      <w:r>
        <w:t>Súd: Krajský súd Bratislava</w:t>
      </w:r>
    </w:p>
    <w:p>
      <w:r>
        <w:t>Spisová značka: 17CoE/337/2008</w:t>
      </w:r>
    </w:p>
    <w:p>
      <w:r>
        <w:t>ECLI: ECLI:SK:KSBA:2014:1206221399.2</w:t>
      </w:r>
    </w:p>
    <w:p>
      <w:r>
        <w:t>Dátum vydania: 2. 2.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17CoE/337/2008 Identifikačné číslo súdneho spisu: 1206221399 Dátum vydania rozhodnutia: 03. 02. 2014 Meno a priezvisko sudcu, VSÚ: JUDr. Elena Ondrišová ECLI: ECLI:SK:KSBA:2014:1206221399.2 Opravné uznesenie Krajský súd v Bratislave v exekučnej veci oprávneného: AVÍZO s.r.o., Seberíniho 1, 821 03 Bratislava, IČO: 35 800 160, práv. zast. advokátom JUDr. Gabrielom Havrillom, advokátska kancelária Legal Counsels, s.r.o., Tallerova 10, Bratislava, proti povinnému: BON REALITY, spol. s r.o., Mlynská 58, 900 44 Tomášov, IČO: 35 867 388, vedenej u súdneho exekútora Mgr. Ivana Luttera so sídlom úradu Pribinova 32, 821 09 Bratislava pod č. EX 70/2006, pre vymoženie 468,08 EUR s príslušenstvom a o odvolaní oprávneného proti uzneseniu Okresného súdu v Pezinku č. k. 15Er/16121/08 - 26 z 11.8.2006 v znení opravného uznesenia č. k. 15Er/16121/08 - 42 z 27.8.2008, jednohlasne takto r o z h o d o l : 1. Súd opravuje záhlavie uznesenia Krajského súdu v Bratislave č. k. 17CoE/337/2008 - 63 zo dňa 26.06.2009 tak, že namiesto: ... v znení opravného uznesenia č. k. 15Er/16121/08-42 z 27.8.2006... má správne byť:...v znení opravného uznesenia č. k. 15Er/16121/08-42 z 27.8.2008.. 2. Súd opravuje výrokovú časť uznesenia Krajského súdu v Bratislave č. k. 17CoE/337/2008 - 63 zo dňa 26.06.2009 tak, že namiesto: ... v znení opravného uznesenia č.k. 15Er/16121/08-42 z 27.8.2006... má správne byť:...v znení opravného uznesenia č.k. 15Er/16121/08-42 z 27.8.2008... o d ô v o d n e n i e : Podaním zo dňa 28.1.2014 požiadal Okresný súd v Pezinku o opravu uznesenia odvolacieho súdu č. k. 17CoE/337/2008-63 zo dňa 26.06.2009 vo výroku v časti označenia dátumu vydaného opravného uznesenia Okresného súdu v Pezinku č. k. 15Er/16121/08 - 42. Podľa § 164 O.s.p. predseda senátu opraví v rozsudku kedykoľvek i bez návrhu chyby v písaní a počítaní ako i iné zrejmé nesprávnosti. Ak sa oprava týka výroku rozhodnutia, vydá predseda senátu opravné uznesenie, ktoré doručí účastníkom, pritom môže odložiť vykonateľnosť rozsudku, pokiaľ opravné uznesenie nenadobudne právoplatnosť. S poukazom na uvedené skutočnosti súd opravil chybu v písaní záhlavia a výroku predmetného uznesenia tak, ako je uvedené vo výroku tohto uznesenia. Poučenie: Proti tomuto uzneseniu odvolanie nie je prípustné.</w:t>
      </w:r>
    </w:p>
    <w:p/>
    <w:p>
      <w:r>
        <w:t>Zdroj: KAUZIS.SK – https://www.kauzis.sk/judikatura/r/ECLI:SK:KSBA:2014:1206221399.2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