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2Cob/11/2014 z 20. 2. 2014</w:t>
      </w:r>
    </w:p>
    <w:p>
      <w:r>
        <w:t>Uznesenie Krajského súdu Bratislava z 20. februára 2014, sp. zn. 2Cob/11/2014, ECLI:SK:KSBA:2014:1208211089.2</w:t>
      </w:r>
    </w:p>
    <w:p>
      <w:r>
        <w:t>Súd: Krajský súd Bratislava</w:t>
      </w:r>
    </w:p>
    <w:p>
      <w:r>
        <w:t>Spisová značka: 2Cob/11/2014</w:t>
      </w:r>
    </w:p>
    <w:p>
      <w:r>
        <w:t>ECLI: ECLI:SK:KSBA:2014:1208211089.2</w:t>
      </w:r>
    </w:p>
    <w:p>
      <w:r>
        <w:t>Dátum vydania: 20. 2. 2014</w:t>
      </w:r>
    </w:p>
    <w:p>
      <w:r>
        <w:t>Forma: Uznesenie</w:t>
      </w:r>
    </w:p>
    <w:p>
      <w:r>
        <w:t>Oblasť práva: Obchodné právo</w:t>
      </w:r>
    </w:p>
    <w:p>
      <w:pPr>
        <w:pStyle w:val="Heading2"/>
      </w:pPr>
      <w:r>
        <w:t>Text rozhodnutia</w:t>
      </w:r>
    </w:p>
    <w:p>
      <w:r>
        <w:t>Súd: Krajský súd Bratislava Spisová značka: 2Cob/11/2014 Identifikačné číslo súdneho spisu: 1208211089 Dátum vydania rozhodnutia: 21. 02. 2014 Meno a priezvisko sudcu, VSÚ: JUDr. Oľga Bahníková ECLI: ECLI:SK:KSBA:2014:1208211089.2 Uznesenie Krajský súd v Bratislave v právnej veci žalobcu: Allianz - Slovenská poisťovňa, a.s., Dostojevského rad 4, 815 74 Bratislava, IČO: 00 151 700, proti žalovanému: Generali Poisťovňa, a.s., Lamačská cesta 3/ A, 841 04 Bratislava, IČO: 35 709 332, zast. SHM PARTNERS s.r.o., Špitálska 25, 811 08 Bratislava, IČO: 47 235 616, o zaplatenie 3.374,13 Eur s prísl., o odvolaní žalovaného proti rozsudku Okresného súdu Bratislava II č.k. 24Cb/233/2008-479 zo dňa 9.10.2013 a o odvolaní žalovaného proti uzneseniu Okresného súdu Bratislava II č.k. 24Cb/233/2008-490 zo dňa 4.11.2013 takto r o z h o d o l : Krajský súd v Bratislave odvolanie žalovaného proti rozsudku Okresného súdu Bratislava II č.k. 24Cb/233/2008-479 zo dňa 9.10.2013 odmieta. Krajský súd v Bratislave odvolanie žalovaného proti uzneseniu Okresného súdu Bratislava II č.k. 24Cb/233/2008-490 zo dňa 4.11.2013 odmieta. Žalobcovi náhradu trov odvolacieho konania nepriznáva. o d ô v o d n e n i e : Okresný súd Bratislava II napadnutým rozsudkom uložil žalovanému povinnosť zaplatiť žalobcovi sumu 2.028,06 Eur s 8,5% ročným úrokom z omeškania od 13.8.2007 do zaplatenia, v časti o zaplatenie istiny 396,13 Eur s príslušenstvom žalobu zamietol, v časti o zaplatenie istiny 949,94 Eur s príslušenstvom konanie zastavil a určil, že o trovách konania rozhodne samostatným uznesením. Okresný súd Bratislava II napadnutým uznesením uložil žalovanému povinnosť zaplatiť žalobcovi sumu 443,69 Eur titulom náhrady trov konania, žalobcovi uložil povinnosť zaplatiť na účet Okresného súdu Bratislava II sumu 4,61 Eur titulom náhrady trov konania platených štátom, žalovanému uložil povinnosť zaplatiť na účet Okresného súdu Bratislava II sumu 33,83 Eur titulom náhrady trov konania platených štátom, priznal žalobcovi právo na vrátenie zvyšnej časti zloženého preddavku na trovy znaleckého dokazovania v sume 118,55 Eur, a tiež priznal žalovanému právo na vrátenie zvyšnej časti zloženého preddavku na trovy znaleckého dokazovania v sume 118,55 Eur. Uvedený rozsudok a uznesenie boli žalovanému doručené dňa 14.11.2013, čo je preukázané priloženou doručenkou. Proti rozsudku v časti prvého výroku podal žalovaný odvolanie, a to písomným podaním doručeným prvostupňovému súdu dňa 9.12.2013 podaným na pošte dňa 6.12.2013. Žalovaný podal odvolanie aj proti uzneseniu v časti jeho prvého a tretieho výroku, a to písomným podaním doručeným prvostupňovému súdu dňa 10.12.2013 podaným na pošte dňa 6.12.2013. Krajský súd v Bratislave ako súd odvolací prejednal vec podľa § 212 ods. 1 O.s.p., bez nariadenia pojednávania v zmysle § 214 ods. 2 O.s.p., a dospel k záveru, že odvolania je potrebné odmietnuť, pretože boli podané oneskorene. Podľa § 204 ods. 1 O.s.p., odvolanie sa podáva do 15 dní od doručenia rozhodnutia na súde, proti rozhodnutiu ktorého smeruje. Ak bolo vydané opravné uznesenie, lehota plynie znovu od doručenia opravného uznesenia len v rozsahu vykonanej opravy. Podľa § 218 ods. 1 písm. a) O.s.p., odvolací súd odmietne odvolanie, ktoré bolo podané oneskorene. Žalovaný prevzal napadnutý rozsudok a uznesenie dňa 14.11.2013. Lehota na podanie odvolaní uplynula v zmysle cit. ust. zákona dňa 29.11.2013. Žalovaný bol v rozsudku a v uznesení riadne poučený o lehote na podanie odvolania. Odvolania boli podané na pošte dňa 6.12.2013, teda oneskorene. Vzhľadom na uvedené skutočnosti odvolací súd v súlade s § 218 ods. 1 písm. a) O.s.p., odvolania žalovaného odmietol ako oneskorene podané. O trovách odvolacieho konania rozhodol odvolací súd podľa § 224 ods. 1 a § 142 ods. 1 O.s.p., tak, že v odvolacom konaní úspešnému žalobcovi ich náhradu nepriznal, pretože mu žiadne nevznikli. Uvedené rozhodnutie bolo prijaté v senáte pomerom hlasov 3 za 0 proti. Poučenie: Proti tomuto uzneseniu odvolanie nie je prípustné.</w:t>
      </w:r>
    </w:p>
    <w:p/>
    <w:p>
      <w:r>
        <w:t>Zdroj: KAUZIS.SK – https://www.kauzis.sk/judikatura/r/ECLI:SK:KSBA:2014:1208211089.2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