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3Cob/178/2013 z 25. 6. 2014</w:t>
      </w:r>
    </w:p>
    <w:p>
      <w:r>
        <w:t>Opravné uznesenie Krajského súdu Bratislava z 25. júna 2014, sp. zn. 3Cob/178/2013, ECLI:SK:KSBA:2014:1210202012.2</w:t>
      </w:r>
    </w:p>
    <w:p>
      <w:r>
        <w:t>Súd: Krajský súd Bratislava</w:t>
      </w:r>
    </w:p>
    <w:p>
      <w:r>
        <w:t>Spisová značka: 3Cob/178/2013</w:t>
      </w:r>
    </w:p>
    <w:p>
      <w:r>
        <w:t>ECLI: ECLI:SK:KSBA:2014:1210202012.2</w:t>
      </w:r>
    </w:p>
    <w:p>
      <w:r>
        <w:t>Dátum vydania: 25. 6. 2014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3Cob/178/2013 Identifikačné číslo súdneho spisu: 1210202012 Dátum vydania rozhodnutia: 26. 06. 2014 Meno a priezvisko sudcu, VSÚ: JUDr. Elena Ondrišová ECLI: ECLI:SK:KSBA:2014:1210202012.2 Opravné uznesenie Krajský súd v Bratislave v právnej veci žalobcu CELOSTAV s. r. o., Zadunajská cesta 3, Bratislava, IČO: 35 901 349, práv. zast. advokátkou JUDr. Janou Uhrinovou, Bezručova 1, Bratislava, proti žalovanému ISS Facility Services spol. s r. o., Mokráň Záhon 2, Bratislava, IČO: 31 345 212, práv. zast. Matejka Friedmannová s.r.o., Svätoplukova 28, Bratislava, IČO: 47248998, o zaplatenie 1.738,22 EUR s príslušenstvom a o odvolaní žalobcu proti rozsudku Okresného súdu Bratislava II v Bratislave, č. k. 54Cb/21/2010-179 zo dňa 13.12.2012, jednohlasne, takto r o z h o d o l : Krajský súd v Bratislave opravuje rozsudok Krajského súdu v Bratislave č. k. 3Cob 178/2013-201 zo dňa 07.05.2014 v časti výroku o náhrade trov odvolacieho konania tak, že správne má znieť: ... Žalobca je povinný zaplatiť na náhradu trov odvolacieho konania žalovaného 106,97 EUR, k rukám právneho zástupcu žalovaného, do troch dní od právoplatnosti rozsudku. ... o d ô v o d n e n i e : Krajský súd v Bratislave ako súd odvolací svojím rozsudkom zo dňa 07.05.2014 č. k. 3Cob 178/2013-201 rozhodol tak, že napadnutý rozsudok súdu prvého stupňa potvrdil a zaviazal žalovaného na zaplatenie náhrady trov odvolacieho konania žalobcu vo výške 53,20 EUR. Podaním zo dňa 24.6.2014 žalovaný navrhol opraviť výrok rozsudku č. k. 3Cob 178/2013-201 v časti náhrady trov odvolacieho konania, pretože tento výrok nekorešponduje s odôvodnením rozsudku čo sa týka výšky trov odvolacieho konania ani označenia povinného subjektu. Podľa § 211 ods. 3 O. s. p. ak tento zákon neustanovuje inak, pre konanie na odvolacom súde platia primerane ustanovenia o konaní pred súdom prvého stupňa. Podľa § 164 O. s. p. súd kedykoľvek aj bez návrhu opraví v rozsudku chyby v písaní a počítaní, ako aj iné zrejmé nesprávnosti. O návrhu na opravu rozhodne do 30 dní od jeho podania. O oprave vydá opravné uznesenie, ktoré doručí účastníkom. Pritom môže odložiť vykonateľnosť rozsudku na čas, kým opravné uznesenie nenadobudne právoplatnosť. Odvolací súd opravil v súlade s ust. § 164 O. s. p. zjavnú chybu v písaní tak, aby výrok o náhrade trov odvolacieho konania bol totožný s vecne správnym odôvodnením rozsudku. Vzhľadom na uvedené a s poukazom na vyššie citované ustanovenia odvolací súd rozhodol tak, ako je uvedené vo výroku tohto uznesenia. Poučenie: Proti tomuto rozhodnutiu odvolanie nie je prípustné.</w:t>
      </w:r>
    </w:p>
    <w:p/>
    <w:p>
      <w:r>
        <w:t>Zdroj: KAUZIS.SK – https://www.kauzis.sk/judikatura/r/ECLI:SK:KSBA:2014:1210202012.2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