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6Co/674/2014 z 26. 11. 2014</w:t>
      </w:r>
    </w:p>
    <w:p>
      <w:r>
        <w:t>Uznesenie Krajského súdu Bratislava z 26. novembra 2014, sp. zn. 6Co/674/2014, ECLI:SK:KSBA:2014:1211207646.3</w:t>
      </w:r>
    </w:p>
    <w:p>
      <w:r>
        <w:t>Súd: Krajský súd Bratislava</w:t>
      </w:r>
    </w:p>
    <w:p>
      <w:r>
        <w:t>Spisová značka: 6Co/674/2014</w:t>
      </w:r>
    </w:p>
    <w:p>
      <w:r>
        <w:t>ECLI: ECLI:SK:KSBA:2014:1211207646.3</w:t>
      </w:r>
    </w:p>
    <w:p>
      <w:r>
        <w:t>Dátum vydania: 26. 11. 2014</w:t>
      </w:r>
    </w:p>
    <w:p>
      <w:r>
        <w:t>Forma: Uznesenie</w:t>
      </w:r>
    </w:p>
    <w:p>
      <w:r>
        <w:t>Oblasť práva: Občianske právo</w:t>
      </w:r>
    </w:p>
    <w:p>
      <w:pPr>
        <w:pStyle w:val="Heading2"/>
      </w:pPr>
      <w:r>
        <w:t>Text rozhodnutia</w:t>
      </w:r>
    </w:p>
    <w:p>
      <w:r>
        <w:t>Súd: Krajský súd Bratislava Spisová značka: 6Co/674/2014 Identifikačné číslo súdneho spisu: 1211207646 Dátum vydania rozhodnutia: 27. 11. 2014 Meno a priezvisko sudcu, VSÚ: JUDr. Darina Kuchtová ECLI: ECLI:SK:KSBA:2014:1211207646.3 Uznesenie Krajský súd v Bratislave v právnej veci navrhovateľky: O. D., nar. XX.XX.XXXX, bytom R. XXX/X, N., zastúpená zast. JUDr. Marián Ševčík, CSc. advokát, so sídlom Nezábudková 22, Bratislava, proti odporcom: 1. S. G., nar. XX.XX.XXXX, bytom O. XX, N., 2. L.. S. G., nar. XX.XX.XXXX, bytom U. XXA, O., za účasti vedľajšieho účastníka: Union poisťovňa, a. s., Bajkalská 29/A, Bratislava, o zaplatenie 304,90 Eur s príslušenstvom, na odvolanie navrhovateľky proti rozsudku Okresného súdu Bratislava II v Bratislave zo dňa 26.03.2014, č.k. 20C/118/2011-320, takto r o z h o d o l : Krajský súd v Bratislave odvolacie konanie z a s t a v u j e . Odporcom v 1. a 2. rade a vedľajšiemu účastníkovi sa náhrada trov odvolacieho konania nepriznáva. o d ô v o d n e n i e : Napadnutým rozsudkom súd prvého stupňa zaviazal odporcov v 1. a 2. rade zaplatiť navrhovateľke spoločne a nerozdielne sumu 304,90 Eur spolu s spolu s 9 % úrokom z omeškania ročne zo sumy 304,90 Eur, ako aj náhradu trov právneho zastúpenia a trov konania. Vo zvyšku súd návrh zamietol. Po vykonaní dokazovania, vrátane znaleckého posudku súd prvého stupňa mal za nesporné, že právna predchodkyňa odporcov zavinila dopravnú nehodu, pri ktorej bolo poškodené osobné motorové vozidlo Opel Astra, ktorého držiteľkou bola navrhovateľka. Súd prvého stupňa mal za preukázanú existenciu všetkých predpokladov vzniku zodpovednosti za škodu u právnej predchodkyne odporcov. Navrhovateľka si poškodené motorové vozidlo nechala opraviť, keď náklady za dopravu dosiahli sumu 6.097,99 Eur. Na základe znaleckého dokazovania tieto náklady boli reálne a zodpovedali rozsahu poškodenia. Súd prvého stupňa ustálil, že navrhovateľka má voči odporcom právo na náhradu škody vo výške 304,90 Eur, zodpovedajúce výške spoluúčasti. Vo zvyšku súd prvého stupňa návrh zamietol. O trovách konania rozhodol súd prvého stupňa podľa § 142 ods. 3, v spojení s ust. § 149 ods. 1 O.s.p.. Proti rozsudku v zákonom stanovenej lehote podala odvolanie navrhovateľka, proti časti rozsudku, týkajúceho sa trov konania a to v časti uhradenia preddavku na znalečné. Žiadala, aby súd rozsudok súdu prvého stupňa v časti trov konania zmenil tak, že navrhovateľke bude priznaná suma trov konania v časti znalečného vo výške 120,- Eur a k rukám právneho zástupcu navrhovateľky i suma 65,88 Eur. Navrhovateľka prostredníctvom svojho právneho zástupcu písomným podaním zo dňa 19.06.2014 vzala odvolanie vo veci úhrady za znalecký posudok, doručené súdu prvého stupňa dňa 22.05.2014, v celom rozsahu späť. Podľa § 207 ods. 1 O.s.p. vzdať sa odvolania možno len voči súdu, a to až po vyhlásení rozhodnutia. Podľa § 207 ods. 2 O.s.p. dokiaľ o odvolaní nebolo rozhodnuté, možno ho vziať späť. Ak niekto vzal odvolanie späť, nemôže ho podať znova. Podľa § 207 ods. 3 O.s.p. ak sa odvolanie, o ktorom nebolo rozhodnuté, vzalo späť, odvolací súd odvolacie konanie zastaví. V predmetnej veci navrhovateľka prostredníctvom svojho právneho zástupcu písomným podaním zo dňa 19.06.2014 vzala odvolanie späť skôr, než o ňom bolo rozhodnuté. Vzhľadom k tomu, že v predmetnej veci navrhovateľka vzala svoje odvolanie účinne späť, dokiaľ o jej odvolaní nebolo rozhodnuté odvolacím súdom. Vzhľadom na vyššie uvedené preto odvolací súd podľa ust. § 207 ods. 2 a 3 O.s.p. odvolacie konanie zastavil. O náhrade trov odvolacieho konania rozhodol odvolací súd podľa ust. § 224 ods. 1 a ust. § 146 ods. 2 veta prvá, v zmysle ktorej ak niektorý z účastníkov zavinil, že konanie sa muselo zastaviť, je povinný uhradiť jeho trovy. Navrhovateľka zavinila, že odvolacie konanie bolo zastavené, avšak odporcom v 1. a 2. rade ako aj vedľajšiemu účastníkovi žiadne trovy odvolacieho konania nevznikli, preto odvolací súd rozhodol tak ako je uvedené vo výroku tohto uznesenia. Toto uznesenie bolo prijaté odvolacím senátom pomerom hlasov 3 : 0. Poučenie: Proti tomuto uzneseniu odvolanie nie je prípustné.</w:t>
      </w:r>
    </w:p>
    <w:p/>
    <w:p>
      <w:r>
        <w:t>Zdroj: KAUZIS.SK – https://www.kauzis.sk/judikatura/r/ECLI:SK:KSBA:2014:1211207646.3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