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8Co/377/2013 z 7. 4. 2014</w:t>
      </w:r>
    </w:p>
    <w:p>
      <w:r>
        <w:t>Uznesenie Krajského súdu Bratislava z 7. apríla 2014, sp. zn. 8Co/377/2013, ECLI:SK:KSBA:2014:1211213191.2</w:t>
      </w:r>
    </w:p>
    <w:p>
      <w:r>
        <w:t>Súd: Krajský súd Bratislava</w:t>
      </w:r>
    </w:p>
    <w:p>
      <w:r>
        <w:t>Spisová značka: 8Co/377/2013</w:t>
      </w:r>
    </w:p>
    <w:p>
      <w:r>
        <w:t>ECLI: ECLI:SK:KSBA:2014:1211213191.2</w:t>
      </w:r>
    </w:p>
    <w:p>
      <w:r>
        <w:t>Dátum vydania: 7.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8Co/377/2013 Identifikačné číslo súdneho spisu: 1211213191 Dátum vydania rozhodnutia: 08. 04. 2014 Meno a priezvisko sudcu, VSÚ: JUDr. Janka Gažovičová ECLI: ECLI:SK:KSBA:2014:1211213191.2 Uznesenie Krajský súd v Bratislave v právnej veci navrhovateľa: TESTRA s.r.o., so sídlom Pivonková 1, Bratislava, IČO: 00 683 451, zastúpeného JUDr. Ing. Jánom Felšöcim, advokátom, Advokátska kancelária so sídlom M.R. Štefánika 1, Pezinok, proti odporcovi: Diligentia R.C., s.r.o. so sídlom Ipeľská 2, Bratislava, IČO: 46 008 616 (pôvodne SAMOŠKA, a.s., so sídlom Ipeľská 2, Bratislava, IČO: 31 375 651), zastúpenému Advokátskou spoločnosťou SKLEGAL s.r.o., so sídlom Dvořákovo nábrežie 10, Bratislava, o určenie neplatnosti zmluvy o nájme a vypratanie nehnuteľnosti, na odvolanie navrhovateľa proti rozsudku Okresného súdu Bratislava II, zo dňa 21. januára 2013, č.k. 45C/105/2011 - 178, jednohlasne takto r o z h o d o l : Odvolací súd p r i p ú š ť a späťvzatie návrhu na začatie konania, napadnutý rozsudok súdu prvého stupňa z r u š u j e a konanie z a s t a v u j e . Žiaden z účastníkov nemá právo na náhradu trov konania. o d ô v o d n e n i e : Napadnutým rozsudkom zamietol súd prvého stupňa návrh, ktorým sa navrhovateľ domáhal určenia, že Zmluva o nájme nebytových priestorov č. 20090601 zo dňa 01.07.2009 uzavretá medzi navrhovateľom ako prenajímateľom a odporcom ako nájomcom, je neplatná a vypratania nehnuteľnosti, ktorá je predmetom tejto zmluvy, keď z pôvodného návrhu navrhovateľa doručeného súdu dňa 23.05.2011 vylúčil na samostatné konanie návrh v časti určenia neplatnosti Zmluvy o nájme nebytových priestorov č. 20090602 zo dňa 01.07.2009 uzavretej medzi navrhovateľom ako prenajímateľom a odporcom ako nájomcom; uznesením zo dňa 15.08.2011; a v časti uloženia povinnosti odporcovi vypratať nehnuteľnosť - nebytové priestory nachádzajúce sa na F. M.. Č.. X F. Q.; uznesením zo dňa 04.01.2012. O náhrade trov konania rozhodol podľa § 142 ods. 1 O.s.p. a navrhovateľovi uložil povinnosť zaplatiť odporcovi náhradu trov konania v sume 640,44 €, na účet právnej zástupkyne Advokátskej kancelárie JUDr. Nováčková s.r.o. Proti tomuto rozsudku podal v zákonom stanovenej lehote odvolanie navrhovateľ, žiadal napadnutý rozsudok súdu prvého stupňa zmeniť a jeho návrhu v celom rozsahu vyhovieť. Odporca vo svojom vyjadrení navrhol napadnutý rozsudok súdu prvého stupňa ako vene správny potvrdiť. Navrhovateľ písomným podaním doručeným súdu dňa 24.02.2014 oznámil, že návrh o určenie neplatnosti zmluvy o nájme a vypratanie nehnuteľnosti berie späť v celom rozsahu, žiada konanie zastaviť s tým, že žiaden z účastníkov nemá právo na náhradu trov konania. Odporca písomným podaním doručeným súdu dňa 24.02.2014 oznámil, že súhlasí so späťvzatím návrhu navrhovateľa, žiadal konanie zastaviť s tým, že žiaden z účastníkov nemá právo na náhradu trov konania. Odvolací súd prejednal vec bez nariadenia odvolacieho pojednávania podľa § 214 ods. 2 O.s.p. a dospel k záveru, že vzhľadom na to, že napadnutý rozsudok súdu prvého stupňa nenadobudol ešte; v dôsledku včas podaného odvolania navrhovateľom; právoplatnosť, bolo možné návrh na začatie konania vziať späť (§ 208, § 96 ods. 1 O.s.p.), a pretože zo strany navrhovateľa došlo k účinnému späťvzatiu celého návrhu; s ktorým späťvzatím návrhu odporca vyslovil súhlas; odvolací súd späťvzatie návrhu navrhovateľom pripustil, napadnutý rozsudok súdu prvého stupňa zrušil a konanie; vzhľadom na to, že týmto dispozitívnym úkonom navrhovateľa zanikol celý predmet konania; zastavil (§ 208 a § 222 ods. 2 O.s.p.). O náhrade trov konania rozhodol podľa § 224 ods. 1 a § 146 ods. 1 písm. c/ O.s.p. vzhľadom na to, že konanie bolo zastavené a nebol zistený žiaden dôvod pre použitie výnimky podľa ods. 2 § 146 O.s.p. Poučenie: Proti tomuto uzneseniu odvolanie nie je prípustné.</w:t>
      </w:r>
    </w:p>
    <w:p/>
    <w:p>
      <w:r>
        <w:t>Zdroj: KAUZIS.SK – https://www.kauzis.sk/judikatura/r/ECLI:SK:KSBA:2014:1211213191.2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