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3Cob/308/2013 z 30. 1. 2014</w:t>
      </w:r>
    </w:p>
    <w:p>
      <w:r>
        <w:t>Uznesenie Krajského súdu Bratislava z 30. januára 2014, sp. zn. 3Cob/308/2013, ECLI:SK:KSBA:2014:1212200877.1</w:t>
      </w:r>
    </w:p>
    <w:p>
      <w:r>
        <w:t>Súd: Krajský súd Bratislava</w:t>
      </w:r>
    </w:p>
    <w:p>
      <w:r>
        <w:t>Spisová značka: 3Cob/308/2013</w:t>
      </w:r>
    </w:p>
    <w:p>
      <w:r>
        <w:t>ECLI: ECLI:SK:KSBA:2014:1212200877.1</w:t>
      </w:r>
    </w:p>
    <w:p>
      <w:r>
        <w:t>Dátum vydania: 30. 1. 2014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3Cob/308/2013 Identifikačné číslo súdneho spisu: 1212200877 Dátum vydania rozhodnutia: 31. 01. 2014 Meno a priezvisko sudcu, VSÚ: JUDr. Elena Ondrišová ECLI: ECLI:SK:KSBA:2014:1212200877.1 Uznesenie Krajský súd v Bratislave v právnej veci žalobkyne: O. C., Š. XX, N., práv. zast. JNC Legal s.r.o., Panenská 13, Bratislava, proti žalovanej: R. P. - Sirrah, Klincová 37/B, Bratislava, IČO: 37 069 616, práv. zast. advokátkou JUDr. Martinou Poredošovou, Teslova 5, Bratislava, o zaplatenie 850,- EUR s príslušenstvom a o odvolaní žalovanej proti rozsudku Okresného súdu Bratislava II v Bratislave č. k. 42Cb/75/2012 - 203 zo dňa 13.06.2013, jednohlasne takto r o z h o d o l : Krajský súd v Bratislave odvolacie konanie z a s t a v u j e . Žalovaná je povinná zaplatiť žalobkyni náhradu trov odvolacieho konania v sume 71,11 EUR na účet právneho zástupcu žalobkyne, vedený S. Č., V..Z.., Č.. Ú..: XXXXXXXXXX/XXXX, do troch dní od právoplatnosti tohto uznesenia. o d ô v o d n e n i e : Napadnutým rozsudkom Okresného súdu Bratislava II v Bratislave č. k. 42Cb/75/2012 - 203 zo dňa 13.06.2013 rozhodol súd prvého stupňa tak, že žalobe vyhovel a zaviazal žalovanú na zaplatenie 850,- EUR s príslušenstvom a trovami konania. V zákonnej lehote určenej na podanie odvolania podala žalovaná voči rozsudku č. k. 42Cb/75/2012-203 dňa 31.07.2013 odvolanie. Podaním zo dňa 19.08.2013 sa žalobca písomne vyjadril k podanému odvolaniu. Podaním zo dňa 02.09.2013 zobrala žalovaná odvolanie zo dňa 31.07.2013 späť v celom rozsahu. Podľa § 207 ods. 2 O.s.p., dokiaľ o odvolaní nebolo rozhodnuté, možno ho vziať späť. Ak niekto vzal odvolanie späť, nemôže ho podať znova. Podľa § 207 ods. 3 O.s.p., ak sa odvolanie, o ktorom nebolo rozhodnuté, vzalo späť, odvolací súd odvolacie konanie zastaví. S ohľadom na skutočnosť, že žalovaná zobrala odvolanie späť pred tým, ako bolo o odvolaní rozhodnuté, odvolací súd s poukazom na ustanovenie § 207 ods. 2, 3 O.s.p. odvolacie konanie zastavil. O náhrade trov odvolacieho konania bolo rozhodnuté podľa § 224 ods. 1 O.s.p. v spojení s § 146 ods. 2 O.s.p. tak, že odvolací súd priznal žalobkyni náhradu trov právneho zastúpenia v odvolacom konaní, pretože žalovaná zavinila jeho zastavenie; a to v sume 71,11 EUR za 1x úkon právnej pomoci - vyjadrenie k odvolaniu v sume 51,45 EUR + paušál 7,81 EUR + DPH 11,85 EUR. O vrátení súdneho poplatku za podané odvolanie rozhodne súd prvého stupňa v súlade s § 11 ods. 3 a § 12 ods. 1 zák. č. 71/1992 Zb. Poučenie: Proti tomuto uzneseniu odvolanie nie je prípustné.</w:t>
      </w:r>
    </w:p>
    <w:p/>
    <w:p>
      <w:r>
        <w:t>Zdroj: KAUZIS.SK – https://www.kauzis.sk/judikatura/r/ECLI:SK:KSBA:2014:1212200877.1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