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9Co/173/2014 z 27. 4. 2014</w:t>
      </w:r>
    </w:p>
    <w:p>
      <w:r>
        <w:t>Uznesenie Krajského súdu Bratislava z 27. apríla 2014, sp. zn. 9Co/173/2014, ECLI:SK:KSBA:2014:1212232017.1</w:t>
      </w:r>
    </w:p>
    <w:p>
      <w:r>
        <w:t>Súd: Krajský súd Bratislava</w:t>
      </w:r>
    </w:p>
    <w:p>
      <w:r>
        <w:t>Spisová značka: 9Co/173/2014</w:t>
      </w:r>
    </w:p>
    <w:p>
      <w:r>
        <w:t>ECLI: ECLI:SK:KSBA:2014:1212232017.1</w:t>
      </w:r>
    </w:p>
    <w:p>
      <w:r>
        <w:t>Dátum vydania: 27. 4. 2014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Krajský súd Bratislava Spisová značka: 9Co/173/2014 Identifikačné číslo súdneho spisu: 1212232017 Dátum vydania rozhodnutia: 28. 04. 2014 Meno a priezvisko sudcu, VSÚ: JUDr. Roman Huszár ECLI: ECLI:SK:KSBA:2014:1212232017.1 Uznesenie Krajský súd v Bratislave v právnej veci navrhovateľa: Mestská časť - Ružinov, so sídlom Mierová 21 Bratislava proti odporcom: 1/ M. E., H.. XX.XX. XXXX, X./. F. E., H.. XX.XX. XXXX, X. C. Z. XX C., o určenie povinnosti vypratať byt bez povinnosti zabezpečiť bytovú náhradu, na odvolanie odporcu 1./ proti rozsudku Okresného súdu Bratislava II zo dňa 18. septembra 2013 č.k. 58C 250/2012-48, v pomere hlasov 3:0, takto r o z h o d o l : Odvolací súd odvolanie odporcu 1./ odmieta . Žiaden z účastníkov nemá právo na náhradu trov odvolacieho konania. o d ô v o d n e n i e : Súd prvého stupňa rozsudkom určil odporcom 1./ a 2./ povinnosť vypratať byt vo výroku bližšie špecifikovanom spolu s osobami, ktoré s nimi užívajú s tým, že táto povinnosť nie je viazaná na splnenie povinnosti zabezpečiť náhradné ubytovanie uloženej rozsudkom Okresného súdu Bratislava II č.k. 11C/98/2005-160 zo dňa 29.10. 2008. Odporcom uložil povinnosť zaplatiť navrhovateľovi náhradu trov konania vo výške 99,50 eur. Odporca 1./ zaslal súdu písomné podanie označené ako odvolanie proti rozsudku, ktoré nespĺňalo všetky zákonom stanovené náležitosti odvolania v zmysle § 205 ods. 1,2 O.s.p. Súd prvého Uznesením zo dňa 27. 11. 2013 v zmysle § 209 ods. 1 O.s.p. vyzval odporcu 1./ aby v lehote 10 dní od doručenia uznesenia odstránil vady odvolania s tým, aby uviedol, čoho sa podaným odvolaním domáha, spolu s poučením, že ak napriek výzve súdu odvolanie nedoplní, odvolací súd odvolanie odmietne s poukazom na ustanovenie § 218 ods.1 písm . d./ O.s.p. Odvolací súd prejednal odvolanie podľa § 214 ods. 2 O. s. p., preskúmal napadnuté rozhodnutie podľa § 212 O. s. p. a dospel k záveru, že odvolanie je potrebné odmietnuť. Podľa § 205 ods. 1 O.s.p. v odvolaní sa má popri všeobecných náležitostiach (§ 42 ods. 3) uviesť, proti ktorému rozhodnutiu smeruje, v akom rozsahu sa napáda, v čom sa toto rozhodnutie alebo postup súdu považuje za nesprávny a čoho sa odvolateľ domáha. Podľa § 218 ods. 1 písm. d) O.s.p. odvolací súd odmietne odvolanie, ktoré nemá náležitosti podľa § 205 ods. 1.O.s.p. Z obsahu spisu v danej veci vyplýva, že podanie odporcu 1/, označené ako odvolanie doručené prvostupňovému súdu dňa 20. novembra 2013 nemalo náležitosti v zmysle § 205 ods. 1 O.s.p. a prvostupňový súd odporcu 1/ v zmysle § 209 ods. 1 O.s.p. vyzval na doplnenie odvolania. Uvedené uznesenie bolo odporcovi 1/ doručené v zmysle § 47 ods. 2 O.s.p. dňa 31.12. 2013. Odporca vytýkané nedostatky odvolania neodstránil. Podanie doručené súdu prvého stupňa označené ako odvolanie voči rozsudku naďalej trpí vadami ktoré bránia odvolaciemu súdu preskúmať rozhodnutie súdu prvého stupňa z dôvodu ktorého odvolací súd odvolanie odporcu 1/ ako podanie nespĺňajúce náležitosti svojho druhu s poukazom na § 218 ods. 1 písm. d) O.s.p. odmietol. O náhrade trov odvolacieho konania rozhodol odvolací súd analogicky podľa § 224 ods. 1 O.s.p. v spojení s § 146 ods. 1 písm. c) O.s.p.. Poučenie: Proti tomuto uzneseniu nie je možné podať odvolanie.</w:t>
      </w:r>
    </w:p>
    <w:p/>
    <w:p>
      <w:r>
        <w:t>Zdroj: KAUZIS.SK – https://www.kauzis.sk/judikatura/r/ECLI:SK:KSBA:2014:1212232017.1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