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11CoP/342/2014 z 28. 7. 2014</w:t>
      </w:r>
    </w:p>
    <w:p>
      <w:r>
        <w:t>Uznesenie Krajského súdu Bratislava z 28. júla 2014, sp. zn. 11CoP/342/2014, ECLI:SK:KSBA:2014:1213234083.2</w:t>
      </w:r>
    </w:p>
    <w:p>
      <w:r>
        <w:t>Súd: Krajský súd Bratislava</w:t>
      </w:r>
    </w:p>
    <w:p>
      <w:r>
        <w:t>Spisová značka: 11CoP/342/2014</w:t>
      </w:r>
    </w:p>
    <w:p>
      <w:r>
        <w:t>ECLI: ECLI:SK:KSBA:2014:1213234083.2</w:t>
      </w:r>
    </w:p>
    <w:p>
      <w:r>
        <w:t>Dátum vydania: 28. 7.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11CoP/342/2014 Identifikačné číslo súdneho spisu: 1213234083 Dátum vydania rozhodnutia: 29. 07. 2014 Meno a priezvisko sudcu, VSÚ: JUDr. Bianka Gelačíková ECLI: ECLI:SK:KSBA:2014:1213234083.2 Uznesenie Krajský súd v Bratislave v právnej veci starostlivosti o maloleté dieťa: J. B., Z.. XX.XX.XXXX, zastúpený kolíznym opatrovníkom Úradom práce, sociálnych vecí a rodiny Bratislava, Vazovova 7/A, dieťa rodičov: matka - P. B., B. B., Q. XX, a otec - J. B., B. H. XXXX/XX, X., o uložení výchovného opatrenia, na odvolanie otca proti uzneseniu Okresného súdu Bratislava II, č.k. 61P 61/2013-43, zo dňa 05.05.2014, jednohlasne takto r o z h o d o l : Uznesenie súdu prvého stupňa sa v napadnutej časti p o t v r d z u j e. o d ô v o d n e n i e : Súd prvého stupňa zastavil konanie o uložení výchovného opatrenia. Žiadnemu z účastníkov nepriznal právo na náhradu trov konania. Súd prvého stupňa rozhodol v zmysle § 96 O.s.p. a o trovách konania rozhodol podľa § 146 ods. 1 písm. c/ O.s.p.. Proti tomuto rozhodnutiu v časti náhrady trov konania podal odvolanie otec maloletého. Uviedol, že v predmetnej veci sa na podnet matky často koná, pričom jemu vznikajú zbytočné náklady a nepotrebné výlety do Bratislavy, ktoré sú spojené s finančnou a časovou ujmou, preto žiada, aby mu boli vyplatené cestovné náklady do výšky cestovného autobusovou dopravou, čo predstavuje sumu približne XX €, cestovné na trase Púchov železničná stanica - Bratislava, autobusová stanica sa pohybuje v rozmedzí X,XX T. X,XX €. Na súdne pojednávanie 05.05.214 prišiel osobne automobilom. Odvolací súd preskúmal vec v napadnutej časti podľa § 212 ods. 1 O.s.p., vec prejednal podľa § 214 ods. 2 O.s.p., a dospel k záveru, že odvolaniu otca nie je možné vyhovieť. Z obsahu spisu vyplýva, že súd prvého stupňa zastavil konanie potom, čo bol späťvzatý návrh na začatie konania. Rozhodnutie o trovách konania zdôvodnil ust. § 146 ods. 1 písm. c/ O.s.p.. V danom prípade súd prvého stupňa vo veci správne rozhodol, keď použil správne ustanovenie zákona. V ďalšom je potrebné uviesť, že žiaden z účastníkov nemá právo na náhradu trov konania podľa jeho výsledku, ak konanie podľa písm. a/ citovaného ustanovenia mohlo začať aj bez návrhu. Konanie starostlivosti súdu o maloleté deti v zmysle § 81 ods. 1 O.s.p. sú konania, ktoré možno začať aj bez návrhu, preto pri náhrade trov konania sa aplikuje vyššie citované ustanovenie zákona a neposudzujú sa trovy konania podľa úspechu v konaní. Rozhodnutie súdu prvého stupňa je v napadnutej časti správne, odvolací súd ho v napadnutej časti potvrdil podľa § 219 O.s.p.. Poučenie: Proti tomuto uzneseniu nie je odvolanie prípustné.</w:t>
      </w:r>
    </w:p>
    <w:p/>
    <w:p>
      <w:r>
        <w:t>Zdroj: KAUZIS.SK – https://www.kauzis.sk/judikatura/r/ECLI:SK:KSBA:2014:1213234083.2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