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11CoP/472/2014 z 19. 10. 2014</w:t>
      </w:r>
    </w:p>
    <w:p>
      <w:r>
        <w:t>Uznesenie Krajského súdu Bratislava z 19. októbra 2014, sp. zn. 11CoP/472/2014, ECLI:SK:KSBA:2014:1214219201.2</w:t>
      </w:r>
    </w:p>
    <w:p>
      <w:r>
        <w:t>Súd: Krajský súd Bratislava</w:t>
      </w:r>
    </w:p>
    <w:p>
      <w:r>
        <w:t>Spisová značka: 11CoP/472/2014</w:t>
      </w:r>
    </w:p>
    <w:p>
      <w:r>
        <w:t>ECLI: ECLI:SK:KSBA:2014:1214219201.2</w:t>
      </w:r>
    </w:p>
    <w:p>
      <w:r>
        <w:t>Dátum vydania: 19. 10. 2014</w:t>
      </w:r>
    </w:p>
    <w:p>
      <w:r>
        <w:t>Forma: Uznesenie</w:t>
      </w:r>
    </w:p>
    <w:p>
      <w:pPr>
        <w:pStyle w:val="Heading2"/>
      </w:pPr>
      <w:r>
        <w:t>Text rozhodnutia</w:t>
      </w:r>
    </w:p>
    <w:p>
      <w:r>
        <w:t>Súd: Krajský súd Bratislava Spisová značka: 11CoP/472/2014 Identifikačné číslo súdneho spisu: 1214219201 Dátum vydania rozhodnutia: 20. 10. 2014 Meno a priezvisko sudcu, VSÚ: JUDr. Bianka Gelačíková ECLI: ECLI:SK:KSBA:2014:1214219201.2 Uznesenie Krajský súd v Bratislave vo veci starostlivosti o maloleté deti R.: S. E., E.. XX.XX.XXXX W. B. Z., E.. XX.XX.XXXX, zastúpené kolíznym opatrovníkom Úradom práce, sociálnych vecí a rodiny Bratislava, Vazovova 7/a, deti rodičov: matka - X. R. K., I. I., U. XX, a otec - Z. R. I. I., D. X/a, zast. AK Marko s.r.o., Bratislava, Budatínska 47, o nariadenie predbežného opatrenia, na odvolanie otca proti uzneseniu Okresného súdu Bratislava II, č.k. 61P 117/2014-26 zo dňa 12.08.2014, jednohlasne takto r o z h o d o l : Odvolanie otca sa o d m i e t a. o d ô v o d n e n i e : Súd prvého stupňa nariadil predbežné opatrenie, ktorým uložil otcovi predbežne prispievať na výživu maloletých detí: S. E., E.. XX.XX.XXXX sumou XXX € mesačne a B. Z., E.. XX.XX.XXXX sumou XXX € mesačne od septembra 2014, vždy do 15-teho dňa v mesiaci k rukám matky maloletých detí. Proti tomuto rozhodnutiu podal odvolanie otec maloletých detí. Podľa § 204 ods. 1 O.s.p., odvolanie sa podáva do 15 dní od doručenia rozhodnutia na súde proti rozhodnutiu, ktorého smeruje. Napadnuté rozhodnutie bolo doručené otcovi maloletých detí 28.08.2014. pätnásťdňová lehota na podanie odvolania uplynula 12.09.2014, ktorý deň bol piatok. Otec podal dovolanie 17.09.2014 po zákonom stanovenej lehote. Podľa § 218 ods. 1 písm. a/ O.s.p. odvolací súd odmietne odvolanie, ktoré bolo podané oneskorene. Vzhľadom na skutočnosť, že odvolanie otca proti rozhodnutiu súdu prvého stupňa bolo podané oneskorene, odvolací súd odvolanie otca odmietol. Poučenie: Proti tomuto uzneseniu odvolanie nie je prípustné.</w:t>
      </w:r>
    </w:p>
    <w:p/>
    <w:p>
      <w:r>
        <w:t>Zdroj: KAUZIS.SK – https://www.kauzis.sk/judikatura/r/ECLI:SK:KSBA:2014:1214219201.2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