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2Cob/54/2013 z 17. 11. 2014</w:t>
      </w:r>
    </w:p>
    <w:p>
      <w:r>
        <w:t>Uznesenie Krajského súdu Bratislava z 17. novembra 2014, sp. zn. 2Cob/54/2013, ECLI:SK:KSBA:2014:1307202463.2</w:t>
      </w:r>
    </w:p>
    <w:p>
      <w:r>
        <w:t>Súd: Krajský súd Bratislava</w:t>
      </w:r>
    </w:p>
    <w:p>
      <w:r>
        <w:t>Spisová značka: 2Cob/54/2013</w:t>
      </w:r>
    </w:p>
    <w:p>
      <w:r>
        <w:t>ECLI: ECLI:SK:KSBA:2014:1307202463.2</w:t>
      </w:r>
    </w:p>
    <w:p>
      <w:r>
        <w:t>Dátum vydania: 17. 11. 2014</w:t>
      </w:r>
    </w:p>
    <w:p>
      <w:r>
        <w:t>Forma: Uznesenie</w:t>
      </w:r>
    </w:p>
    <w:p>
      <w:r>
        <w:t>Oblasť práva: Obchodné právo</w:t>
      </w:r>
    </w:p>
    <w:p>
      <w:pPr>
        <w:pStyle w:val="Heading2"/>
      </w:pPr>
      <w:r>
        <w:t>Text rozhodnutia</w:t>
      </w:r>
    </w:p>
    <w:p>
      <w:r>
        <w:t>Súd: Krajský súd Bratislava Spisová značka: 2Cob/54/2013 Identifikačné číslo súdneho spisu: 1307202463 Dátum vydania rozhodnutia: 18. 11. 2014 Meno a priezvisko sudcu, VSÚ: JUDr. Oľga Bahníková ECLI: ECLI:SK:KSBA:2014:1307202463.2 Uznesenie Krajský súd v Bratislave v právnej veci navrhovateľa: Poľnohospodárske družstvo "Pokrok" Ostrov, 922 01 Ostrov, IČO: 00 208 094, zast. JUDr. Peter Mešenec, advokát, Piešťanská 426, 922 03 Vrbové, proti odporcovi: MONSANTO SLOVAKIA, s.r.o., Dúbravská cesta 2, 841 04 Bratislava, IČO: 35 763 809, zast. Mgr. Martin Mendel, advokát spolupracujúci s Dentons Europe CS LLP, Námestie SNP 15, 811 06 Bratislava, o zaplatenie 4.537,27 eur, o odvolaní odporcu proti rozsudku Okresného súdu Bratislava III č. k. 25Cb/28/2007-201 zo dňa 30.6.2011, takto r o z h o d o l : Krajský súd v Bratislave p r i p ú š ť a späťvzatie návrhu na začatie konania, rozsudok Okresného súdu Bratislava III č. k. 25Cb/28/2007-201 zo dňa 30.6.2011 z r u š u j e a konanie z a s t a v u j e . V r a c i a odporcovi cestou Daňového úradu Bratislava IV zaplatený súdny poplatok za odvolanie vo výške 265,30 eura, po právoplatnosti tohto uznesenia. Žiaden z účastníkov n e m á právo na náhradu trov konania o d ô v o d n e n i e : Okresný súd Bratislava III rozsudkom č. k. 25Cb/28/2007-201 zo dňa 30.6.2011 uložil odporcovi povinnosť zaplatiť navrhovateľovi sumu 4.537,27 eur, žalobu v časti určenia neplatnosti Sublicenčnej zmluvy č. 24/2001 zamietol a odporcovi uložil povinnosť nahradiť navrhovateľovi trovy konania v pomere 100 % s tým, že o výške náhrady trov konania súd rozhodne samostatným uznesením po právoplatnosti rozsudku. Proti tomuto rozsudku podal v zákonnej lehote odvolanie odporca, ktorý navrhol, aby odvolací súd zmenil napadnutý rozsudok súdu prvého stupňa tak, že návrh navrhovateľa v celom rozsahu zamietne, alebo, ak sú splnené podmienky pre rozhodnutie podľa § 221 O.s.p., aby rozsudok súdu prvého stupňa zrušil a vec mu vrátil na ďalšie konanie. Uznesením prvostupňového súdu č.k. 25Cb/28/2007-218 zo dňa 8.9.2011 bolo odporcovi uložené, aby v lehote 10 dní od doručenia uznesenia zaplatil súdny poplatok za odvolanie vo výške 272,- eur. Odporca uvedený poplatok zaplatil dňa 23.11.2011. Podaním doručeným odvolaciemu súdu dňa 6.11.2014 vzal navrhovateľ návrh na začatie konania v celom rozsahu späť a žiadal konanie zastaviť z dôvodu, že vo veci došlo k mimosúdnej dohode. Odporca podaním doručeným odvolaciemu súdu dňa 8.10.2014 vyjadril svoj súhlas so späťvzatím návrhu na začatie konania v celom rozsahu. Podľa § 222 ods. 2 O.s.p. odvolanie môže odvolací súd vybaviť aj tak, že pripustí vzatie návrhu na začatie konania späť, alebo schváli zmier.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navrhovateľ počas odvolacieho konania (teda v čase, keď rozhodnutie súdu prvého stupňa nenadobudlo právoplatnosť) vzal svoj návrh na začatie konania v celom rozsahu späť, pričom odporca vyslovil so späťvzatím návrhu súhlas, odvolací súd podľa ust. § 208 O.s.p. rozhodol o pripustení späťvzatia, o zrušení napadnutého rozsudku súdu prvého stupňa a zastavení súdneho konania. Odvolací súd zároveň týmto postupom podľa § 222 ods. 2 O.s.p. vybavil aj odvolanie odporcu. O vrátení súdneho poplatku za odvolanie odvolací súd rozhodol podľa ustanovenia § 11 ods. 3 prvá veta v spojení s ods. 4 a 6 zákona č. 71/1992 Zb. o súdnych poplatkoch a poplatku za výpis z registra trestov v platnom znení, v zmysle ktorých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Poplatok sa vracia krátený o 1 %, najmenej však 6,70 eura. Odporca zaplatil súdny poplatok za odvolanie, pričom konanie sa zastavilo a návrh bol vzatý späť pred prvým pojednávaním na odvolacom súde, preto má odporca ako odvolateľ v zmysle cit. ust. nárok na vrátenie súdneho poplatku za odvolanie po jeho krátení o zákonom stanovenú čiastku. Podľa § 224 ods. 1 a 2 O.s.p. ustanovenia o trovách konania pred súdom prvého stupňa platia i pre odvolacie konanie. Ak odvolací súd zmení rozhodnutie, rozhodne aj o trovách konania na súde prvého stupňa. Podľa § 146 ods. 1 písm. c) O.s.p. žiaden z účastníkov nemá právo na náhradu trov konania podľa jeho výsledku, ak konanie bolo zastavené. O trovách konania (prvostupňového, ako aj odvolacieho) rozhodol odvolací súd podľa § 224 ods. 1 a § 146 ods. 1 písm. c) O.s.p. tak, že žiadnemu z účastníkov nepriznal právo na náhradu trov konania, pretože súdne konanie bolo zastavené. Toto rozhodnutie odvolacieho senátu bolo prijaté hlasovaním v pomere hlasov: za 3 : 0 proti. Poučenie: Proti tomuto uzneseniu odvolanie nie je prípustné</w:t>
      </w:r>
    </w:p>
    <w:p/>
    <w:p>
      <w:r>
        <w:t>Zdroj: KAUZIS.SK – https://www.kauzis.sk/judikatura/r/ECLI:SK:KSBA:2014:1307202463.2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