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2Cob/297/2013 z 15. 1. 2014</w:t>
      </w:r>
    </w:p>
    <w:p>
      <w:r>
        <w:t>Uznesenie Krajského súdu Bratislava z 15. januára 2014, sp. zn. 2Cob/297/2013, ECLI:SK:KSBA:2014:1313201150.1</w:t>
      </w:r>
    </w:p>
    <w:p>
      <w:r>
        <w:t>Súd: Krajský súd Bratislava</w:t>
      </w:r>
    </w:p>
    <w:p>
      <w:r>
        <w:t>Spisová značka: 2Cob/297/2013</w:t>
      </w:r>
    </w:p>
    <w:p>
      <w:r>
        <w:t>ECLI: ECLI:SK:KSBA:2014:1313201150.1</w:t>
      </w:r>
    </w:p>
    <w:p>
      <w:r>
        <w:t>Dátum vydania: 15.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2Cob/297/2013 Identifikačné číslo súdneho spisu: 1313201150 Dátum vydania rozhodnutia: 16. 01. 2014 Meno a priezvisko sudcu, VSÚ: JUDr. Oľga Bahníková ECLI: ECLI:SK:KSBA:2014:1313201150.1 Uznesenie Krajský súd v Bratislave v právnej veci žalobcu: ELLEM, s.r.o., S. Chalupku 621/5, 972 01 Bojnice, IČO: 36 733 504, zast. Advokátska kancelária Michal Maťaš, s.r.o., Sabinovská 12, 821 02 Bratislava-Ružinov, IČO: 47 245 751, proti žalovanému: Tisconty, s.r.o., Stará Vajnorská cesta 37, 831 04 Bratislava, IČO: 35 876 158, o zaplatenie 1.000,-- Eur s prísl., o odvolaní žalovaného proti rozsudku Okresného súdu Bratislava III č.k. 20Cb/90/2013-66 zo dňa 16.10.2013 takto r o z h o d o l : Krajský súd v Bratislave odvolanie žalovaného proti rozsudku Okresného súdu Bratislava III č.k. 20Cb/90/2013-66 zo dňa 16.10.2013 odmieta. Žalobcovi náhradu trov odvolacieho konania nepriznáva. o d ô v o d n e n i e : Okresný súd Bratislava III napadnutým rozsudkom uložil žalovanému povinnosť zaplatiť žalobcovi sumu 1.000,-- Eur spolu s úrokmi z omeškania a trovami konania. Uvedený rozsudok bol žalovanému doručený dňa 24.10.2013, čo je preukázané priloženou doručenkou. Proti rozsudku podal žalovaný odvolanie, a to písomným podaním doručeným prvostupňovému súdu dňa 13.11.2013 podaným na pošte dňa 11.11.2013. Krajský súd v Bratislave ako súd odvolací prejednal vec podľa § 212 ods. 1 O.s.p., bez nariadenia pojednávania v zmysle § 214 ods. 2 O.s.p., a dospel k záveru, že odvolanie je potrebné odmietnuť, pretože bolo podané oneskorene. Podľa § 204 ods. 1 O.s.p., odvolanie sa podáva do 15 dní od doručenia rozhodnutia na súde, proti rozhodnutiu ktorého smeruje. Ak bolo vydané opravné uznesenie, lehota plynie znovu od doručenia opravného uznesenia len v rozsahu vykonanej opravy. Podľa § 218 ods. 1 písm. a) O.s.p., odvolací súd odmietne odvolanie, ktoré bolo podané oneskorene. Žalovaný prevzal napadnutý rozsudok dňa 24.10.2013. Lehota na podanie odvolania uplynula v zmysle cit. ust. zákona v piatok dňa 8.11.2013. Žalovaný bol v rozsudku riadne poučený o lehote na podanie odvolania. Odvolanie bolo podané na pošte v pondelok dňa 11.11.2013, teda oneskorene. Vzhľadom na uvedené skutočnosti odvolací súd v súlade s § 218 ods.1 písm. a) O.s.p., odvolanie žalovaného odmietol ako oneskorene podané. O trovách odvolacieho konania rozhodol odvolací súd podľa § 224 ods. 1 a § 142 ods. 1 O.s.p., tak, že žalobcovi náhradu trov odvolacieho konania nepriznal, pretože mu vo odvolacom konaní žiadne trovy nevznikli.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https://www.kauzis.sk/judikatura/r/ECLI:SK:KSBA:2014:1313201150.1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