
<file path=[Content_Types].xml><?xml version="1.0" encoding="utf-8"?>
<Types xmlns="http://schemas.openxmlformats.org/package/2006/content-types">
  <Default Extension="jpeg" ContentType="image/jpeg"/>
  <Default Extension="rels" ContentType="application/vnd.openxmlformats-package.relationships+xml"/>
  <Default Extension="xml" ContentType="application/xml"/>
  <Override PartName="/customXml/itemProps1.xml" ContentType="application/vnd.openxmlformats-officedocument.customXmlProperties+xml"/>
  <Override PartName="/docProps/app.xml" ContentType="application/vnd.openxmlformats-officedocument.extended-properties+xml"/>
  <Override PartName="/docProps/core.xml" ContentType="application/vnd.openxmlformats-package.core-properties+xml"/>
  <Override PartName="/word/document.xml" ContentType="application/vnd.openxmlformats-officedocument.wordprocessingml.document.main+xml"/>
  <Override PartName="/word/fontTable.xml" ContentType="application/vnd.openxmlformats-officedocument.wordprocessingml.fontTable+xml"/>
  <Override PartName="/word/numbering.xml" ContentType="application/vnd.openxmlformats-officedocument.wordprocessingml.numbering+xml"/>
  <Override PartName="/word/settings.xml" ContentType="application/vnd.openxmlformats-officedocument.wordprocessingml.settings+xml"/>
  <Override PartName="/word/styles.xml" ContentType="application/vnd.openxmlformats-officedocument.wordprocessingml.styles+xml"/>
  <Override PartName="/word/stylesWithEffects.xml" ContentType="application/vnd.ms-word.stylesWithEffects+xml"/>
  <Override PartName="/word/theme/theme1.xml" ContentType="application/vnd.openxmlformats-officedocument.theme+xml"/>
  <Override PartName="/word/webSettings.xml" ContentType="application/vnd.openxmlformats-officedocument.wordprocessingml.webSettings+xml"/>
</Types>
</file>

<file path=_rels/.rels><?xml version='1.0' encoding='UTF-8' standalone='yes'?>
<Relationships xmlns="http://schemas.openxmlformats.org/package/2006/relationships"><Relationship Id="rId3" Type="http://schemas.openxmlformats.org/package/2006/relationships/metadata/core-properties" Target="docProps/core.xml"/><Relationship Id="rId4" Type="http://schemas.openxmlformats.org/officeDocument/2006/relationships/extended-properties" Target="docProps/app.xml"/><Relationship Id="rId1" Type="http://schemas.openxmlformats.org/officeDocument/2006/relationships/officeDocument" Target="word/document.xml"/><Relationship Id="rId2" Type="http://schemas.openxmlformats.org/package/2006/relationships/metadata/thumbnail" Target="docProps/thumbnail.jpeg"/></Relationships>
</file>

<file path=word/document.xml><?xml version="1.0" encoding="utf-8"?>
<w:document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body>
    <w:p>
      <w:pPr>
        <w:pStyle w:val="Heading1"/>
      </w:pPr>
      <w:r>
        <w:t>Uznesenie Krajského súdu Bratislava sp. zn. 9Co/378/2014 z 29. 6. 2014</w:t>
      </w:r>
    </w:p>
    <w:p>
      <w:r>
        <w:t>Uznesenie Krajského súdu Bratislava z 29. júna 2014, sp. zn. 9Co/378/2014, ECLI:SK:KSBA:2014:1314208294.1</w:t>
      </w:r>
    </w:p>
    <w:p>
      <w:r>
        <w:t>Súd: Krajský súd Bratislava</w:t>
      </w:r>
    </w:p>
    <w:p>
      <w:r>
        <w:t>Spisová značka: 9Co/378/2014</w:t>
      </w:r>
    </w:p>
    <w:p>
      <w:r>
        <w:t>ECLI: ECLI:SK:KSBA:2014:1314208294.1</w:t>
      </w:r>
    </w:p>
    <w:p>
      <w:r>
        <w:t>Dátum vydania: 29. 6. 2014</w:t>
      </w:r>
    </w:p>
    <w:p>
      <w:r>
        <w:t>Forma: Uznesenie</w:t>
      </w:r>
    </w:p>
    <w:p>
      <w:r>
        <w:t>Oblasť práva: Občianske právo</w:t>
      </w:r>
    </w:p>
    <w:p>
      <w:pPr>
        <w:pStyle w:val="Heading2"/>
      </w:pPr>
      <w:r>
        <w:t>Text rozhodnutia</w:t>
      </w:r>
    </w:p>
    <w:p>
      <w:r>
        <w:t>Súd: Krajský súd Bratislava Spisová značka: 9Co/378/2014 Identifikačné číslo súdneho spisu: 1314208294 Dátum vydania rozhodnutia: 30. 06. 2014 Meno a priezvisko sudcu, VSÚ: JUDr. Magdaléna Floreková ECLI: ECLI:SK:KSBA:2014:1314208294.1 Uznesenie Krajský súd v Bratislave v právnej veci navrhovateliek: 1/ P. F., W. W., Q. X, 2/ B. P., W. W., Ô.X. X, navrhovateľky X/, X/ zastúpené Advokátskou kanceláriou Mikáči s.r.o., Bratislava, Prievozská 4, proti odporcom: 1/ Hlavné mesto Slovenskej republiky Bratislava, Primaciálne nám. 1, Bratislava, 2/ G.. U. M., W. W., K. XX, o nariadenie predbežného opatrenia, na odvolanie navrhovateliek 1/, 2/ proti uzneseniu Okresného súdu Bratislava III zo dňa 17. 4. 2014 č.k. 17C 34/2014 - 12, v pomere hlasov 3 : 0, takto r o z h o d o l : Odvolací súd napadnuté uznesenie súdu prvého stupňa p o t v r d z u j e. o d ô v o d n e n i e : Napadnutým uznesením súd prvého stupňa zamietol návrh navrhovateliek 1/, 2/, ktorým žiadali súd, aby uložil odporcovi 1/ povinnosť zdržať sa akéhokoľvek konania, ktoré by zasahovalo do práva navrhovateliek, a to do právoplatnosti rozhodnutia súdu vo veci vypracovania geometrického plánu na nové zameranie parciel č. XXXXX/X, Č.. XXXXX/X, Č.. XXXXX/XX, Č.. XXXXX/XX, Č.. XXXXX/XX, Č.. XXXXX v kat. území Q., E. W. - P. Č. A. P., E.O. W. G.. Odporcovi 2/ žiadali navrhovateľky uložiť povinnosť zdržať sa akéhokoľvek konania, a to najmä výstavby oplotenia po celej dĺžke pozemku parc. č. XXXXX/XX na spoločnej hranici s pozemkami parc. č. XXXXX/XXa a parc. č. XXXXX/X kat. územie Q., do vypracovania geometrického plánu na nové zameranie parciel č. XXXXX/X, Č.. XXXXX/X, Č.. XXXXX/XX, Č.. XXXXX/XX, Č.. XXXXX/XX, Č.. XXXXX pre kat. územie Q., E. W. - P. Č. A. P., W. G.. Navrhovateľky 1/, 2/ svoj návrh na nariadenie predbežného opatrenia odôvodňovali tým, že odporca 2/ začal so stavbou oplotenia, ktorý by oddeľovalo parcelu č. XXXXX/X od parcely č. XXXXX/XX, avšak tak, že by prechádzalo cez bazén navrhovateliek, ktorý zasahuje do parcely č. XXXXX/XX a taktiež cez časť domu, kde sa nachádzajú vstupné schody do domu. Stavbou oplotenia by sa znehodnotil majetok navrhovateliek, pretože by sa ním znemožnil vstup do rodinného domu navrhovateliek, t.j. zo strany odporcu 2/ existuje nebezpečenstvo bezprostredne hroziacej ujmy. Jediným podkladom ku všetkým stavebným ako aj súdnym rozhodnutiam bol geometrický plán ešte z r. 1966 a geometrický plán, ktorý si v r. 2008 dala vyhotoviť spoločnosť Millenium Financial Servis, a.s., ktorých zobrazenie nesúhlasilo s reálnym stavom. Navrhovateľky 1/, 2/ zdôrazňovali , že stavbou oplotenia by sa znehodnotil ich majetok, keďže oplotením by sa znemožnil vstup do rodinného domu navrhovateliek. Po právnej stránke oprel súd prvého stupňa svoje rozhodnutie o ust. § 75 ods. 1, ods. 2 prvá a druhá veta O.s.p., ďalej § 75 ods. 4, ods. 8, § 76 ods. 1 písm. e/, f/ O.s.p. Svoje zamietavé rozhodnutie odôvodnil tým, že navrhovateľky 1/, 2/ nepredložili spolu s návrhom na nariadenie predbežného opatrenia žiaden dôkaz na podporu svojich tvrdení. Navrhovateľky osvedčili existenciu právneho vzťahu medzi nimi a odporcom 1/, keď v konaní vo veci samej sa chcú domáhať toho, aby odporca 1/ opätovne vypracoval nový geometrický plán týkajúci sa dotknutých parciel; voči odporcovi 2/ sa však vo veci samej nedomáhajú uloženia žiadnej povinnosti. Osvedčenie existencie právneho vzťahu medzi účastníkmi konania je len jednou zo zákonných podmienok nariadenia predbežného opatrenia. Ďalšou je osvedčenie nebezpečenstva bezprostredne hroziacej ujmy, ktorá by odôvodňovala nutnosť dočasnej úpravy pomerov účastníkov. Navrhovateľky sa prvým výrokom domáhali uloženia povinnosti odporcovi 1/ a to zdržať sa akéhokoľvek konania, ktoré by zasahovalo do práva navrhovateliek, a to do právoplatného rozhodnutia vo veci samej - do vypracovania geometrického plánu na nové zameranie parciel č. XXXXX/ X, Č.. XXXXX/X, Č.. XXXXX/XX, Č.. XXXXX/XX, Č.. XXXXX/XX Y. Č.. XXXXX v kat. úz. Q., obec W. - P. Č. A. P., E. W. G.. Navrhovateľky však nepredložili súdu žiadny dôkaz o tom, že odporca 1/ akýmkoľvek spôsobom zasahuje do práva navrhovateliek, či im akokoľvek bránil vo výkone práva či maril proces vypracovania geometrického plánu. Tento výrok návrhu označil súd prvého stupňa za zmätočný, keď navrhovateľky neuviedli, akých konkrétnych aktivít sa má odporca 1/ zdržať. Navrhovaný výrok nie je ani reálne vykonateľný, keď nie je zrejmé, čo je obsahom „akéhokoľvek konania odporcu 1/“, ktoré by zasahovalo do práva navrhovateliek na opätovné vypracovanie geometrického plánu. V danom prípade tiež nie je opodstatnená ani potreba dočasnej úpravy pomerov medzi účastníkmi, t.j. takej, ktorá by nezniesla odklad, keď navrhovateľkám nič nebráni podať návrh vo veci samej voči odporcovi 1/. Ani v prípade druhého výroku, ktorým sa navrhovateľky domáhali nariadenia predbežného opatrenia voči odporcovi 2/, navrhovateľky nepreukázali nebezpečenstvo bezprostredne hroziacej ujmy. V návrhu na nariadenie predbežného opatrenia navrhovateľky uviedli, že odporca 2/ začal so stavbou oplotenia medzi ich pozemkami a svojím pozemkom, ktoré oplotenie by znehodnotilo ich majetok a zamedzilo vstup do ich rodinného domu. V súčasnom štádiu nie je zrejmé, akým spôsobom bude oplotenie postavené, keď navrhovateľky tvrdia, že stavebné povolenie na jeho stavbu bolo vydané dňa 21. 9. 2009; toto bolo zrušené rozhodnutím Krajského stavebného úradu v Bratislave dňa 8. 2. 2010. Listom zo dňa 26. 5. 2010 bolo oznámené, že sa v predmetnej veci opätovne začalo stavebné konanie o vydanie stavebného povolenia na stavbu oplotenia. V stavebnom konaní bolo nariadené ústne konanie na deň 21. 5. 2012 za účelom zisťovania, na ktorom navrhovateľky znovu namietali skutočný stav a stav zakreslený v geometrickom pláne z r. 1966. Pokiaľ však odporca 2/ stavia oplotenie bez stavebného povolenia, v štádiu prebiehajúceho stavebného konania, čo však navrhovateľky nepodložili žiadnymi dôkazmi, potom majú možnosť ohlásiť túto skutočnosť na stavebnom úrade a v rámci stavebného konania sa domáhať zastavenia tejto činnosti, ktorého sú navrhovateľky zrejme účastníčkami, keďže majú susediace pozemky. Prvostupňový súd dodal, že v návrhu vo veci samej sa navrhovateľky voči odporcovi 2/ nedomáhajú uloženia žiadnej povinnosti, resp. voči nemu neuplatňujú žiadne právo. Dodal, že o náhrade trov konania rozhodne samostatným uznesením. Uvedené uznesenie napadli v zákonnej lehote odvolaním navrhovateľky 1/, 2/, v celom rozsahu, domáhajúc sa jeho zrušenia. Navrhovateľky poukazovali na to, že odporca 2/ napriek neukončenému stavebnému konaniu k stavbe oplotenia prekrývajúcich sa parciel č. XXXXX/XX, Č.. XXXXX Y. Č.. XXXXX/X, koncom októbra 2013 vyklčoval lúky, vinič, zeleň vedľa jediného pôvodného prístupového schodiska k rodinnému domu a priestor nad a pod murovaným bazénom, ktorý sa nachádza pod rodinným domom. Navrhovateľky na tento rozpor upozorňovali od dedičského konania po svojom otcovi v r. 1995, keď im bol notárkou U.. F. odovzdaný geometrický plán z januára 1966, ktorý sa nestotožňoval so skutočným stavom. Všetky stavby v spoluvlastníctve navrhovateliek zasahujú a prekrývajú sa s parc. č. XXXXX/XX, ktorá je vo vlastníctve odporcu 2/ a s parcelou č. XXXXX/X, ktorá je po odkúpení od Hlavného mesta SR Bratislavy vo vlastníctve spoločnosti Millenium Financial Services, a.s. Tento stav znázorňuje aj geometrický plán z 15. 9. 2005, ktorý zhotovila spoločnosť FENCL, s.r.o. Tento stav potvrdzuje aj geometrický plán, ktorý nechal vyhotovil odporca 2/ pre účely stavby oplotenia a taktiež dokazuje prekrývanie parciel. Napriek nespočetným výzvam Hlavnému mestu SR Bratislave nebol do dnešného dňa zosúladený reálny stav so stavom právnym, ako je zapísaný na liste vlastníctva. Odporca 2 napriek chýbajúcemu stavebnému povoleniu na výstavbu plota koná. Stavbou oplotenia by však došlo k znehodnoteniu majetku navrhovateliek, nakoľko by sa ním znemožnil vstup do rodinného domu navrhovateliek. Odporca 1/ nereagoval na výzvy navrhovateliek na rozpor reálneho stavu a stavu zobrazeného od r. 1966 na geometrickom pláne. Aj keď sa sporné parcely prekrývajú, odporca 1/ odpredal tie parcely, ktoré boli v jeho vlastníctve. Koncom r. 2000 zdemolovali navrhovateľkám oplotenie v línii s E. J., ktoré bolo postavené na parcele č. XXXXX/X, zdemolovaná bola masívna kovovo - drevená brána. Hoci navrátenie do pôvodného stavu im starosta Mestskej časti Bratislava - Nové Mesto prisľúbil, náprava bola zjednaná len čiastočne, a to vyrovnaním plochy záhrady z nánosov odpadovej zeminy a kameňov. K oploteniu a zrekonštruovaniu brány nedošlo. Tým sa otvoril priestor na nehnuteľnosť a ohrozila bezpečnosť osôb žijúcich v nej. Je zrejmé, že zo strany odporcov 1/, 2/ dochádza neustále k zásahom do vlastníckych práv navrhovateliek. Na odvolanie navrhovateliek 1/, 2/ sa odporcovia 1/, 2/ nevyjadrili. Odvolací súd preskúmal vec v napadnutom ( t.j. v celom ) rozsahu podľa § 212 ods. 1 O.s.p., bez nariadenia odvolacieho pojednávania § 214 ods. 2 O.s.p. Odvolací súd zistil, že odvolanie navrhovateliek 1/, 2/ nie je dôvodné. Podľa § 76 ods. 1 písm.f/ O.s.p. predbežným opatrením môže súd nariadiť účastníkovi najmä, aby niečo vykonal, niečoho sa zdržal alebo niečo znášal. Podľa § 102 ods. 1 prvá veta O.s.p. ak treba po začatí konania dočasne upraviť pomery účastníkov alebo zabezpečiť dôkaz, pretože je obava, že ho neskôr nebude možné vykonať alebo len s veľkými ťažkosťami, súd na návrh neodkladne vydá predbežné opatrenie alebo zabezpečí dôkaz. V zmysle cit. ustanovenia § 102 ods. 1 prvej vety O.s.p. predpokladom pre nariadenie predbežného opatrenia ešte pred rozhodnutím vo veci samej, je potreba dočasnej úpravy pomerov účastníkov alebo obava, že by výkon súdneho rozhodnutia bol ohrozený. Potreba dočasnej úpravy pomerov účastníkov alebo obava z ohrozenia výkonu súdneho rozhodnutia musí byť v konaní o nariadenie predbežného opatrenia aspoň osvedčená, t.j. musí sa javiť aspoň ako pravdepodobná; nárok teda nemusí byť preukázaný. Spoločným znakom oboch typov predbežných opatrení je ich dočasný - predbežný charakter. Navrhovateľky 1/, 2/ v súdenej právnej veci navrhovaným predbežným opatrením sledujú dočasnú úpravu pomerov účastníkov ( t.j. predbežné opatrenie nenavrhujú nariadiť z dôvodu obavy z ohrozenia výkonu súdneho rozhodnutia ). Nariadenie predbežného opatrenia z dôvodu potreby dočasnej úpravy pomerov je prípustné a opodstatnené vtedy, ak sa tvrdí alebo osvedčí právny vzťah medzi účastníkmi, ak tieto vzťahy vyžadujú dočasnú úpravu, ak sa v právnych vzťahoch medzi účastníkmi nevytvorí nenávratný stav a ak sa neprimeraným spôsobom nezasahuje do právnych vzťahov medzi účastníkmi ( t.j. že účastník nie je obmedzený spôsobom neprimeraným povahe veci ). Predbežné opatrenie musí mať navyše vzťah k právnemu vzťahu, ktorý je predmetom konania vo veci samej. Už z návrhu na nariadenie predbežného opatrenia musí byť o.i. zrejmé, čoho sa navrhovateľ predbežného opatrenia mieni domáhať návrhom vo veci samej. Uvedená náležitosť návrhu je potrebná práve pre posúdenie vzťahu navrhovaného predbežného opatrenia s konaním vo veci samej, t.j. či predbežné opatrenie má vzťah k veci samej ( či je daná súvislosť a kontinuita predbežného opatrenia s predmetom konania vo veci samej ). Je pritom potrebné, aby vzťah, ktorý sa dočasne upraví predbežným opatrením, bol vyriešený rozhodnutím vo veci samej. Táto spojitosť musí byť nielen vecná ale i bezprostredná, priama, inak nemožno hovoriť o naliehavosti požadovanej dočasnej úpravy. , Medzi návrhom na nariadenie predbežného opatrenia a návrhom vo veci samej musí byť vzájomná súvislosť. V konaní o nariadenie predbežného opatrenia je výlučne vecou účastníka, ktorý navrhuje nariadenie predbežného opatrenia, učiniť príslušné tvrdenia a tieto podložiť dostatočnými dôkazmi, z ktorých súd vyvodí záver o prípustnosti a opodstatnenosti jeho návrhu na predbežné opatrenie. V štádiu, kedy súd rozhoduje o návrhu na vydanie predbežného opatrenia nie je totiž časový priestor na vykonávanie rozsiahleho dokazovania ( § 75 ods. 4, § 102 ods. 1 O.s.p.). Po oboznámení sa s obsahom spisového materiálu v posudzovanej veci dospel odvolací súd k rovnakému záveru, ako súd prvého stupňa; pokiaľ prvostupňový súd na základe skutočností uvedených navrhovateľkami v ich návrhu na nariadenie predbežného opatrenia návrh na nariadenie predbežného opatrenia zamietol, rozhodol vecne správne. Vo vzťahu k odporcovi 1/ navrhovateľky totiž neprodukovali žiadne dôkazy, z ktorých by bolo možné vyvodiť, či odporca 1/ vôbec zasahuje do vlastníckych práv navrhovateliek 1/, 2/ a akým spôsobom. Navrhovateľky 1/, 2/ tak vo vzťahu k odporcovi 1/ nepreukázali potrebu dočasnej úpravy pomerov medzi nimi a odporcom 1/. Vo vzťahu k odporcovi 2/ súd prvého stupňa správne vzal do úvahy, že navrhovateľky 1/, 2/ mu žiadali predbežným opatrením uložiť povinnosť zdržať sa akéhokoľvek konania, a to najmä výstavby oplotenia, avšak vo veci samej navrhovateľky voči odporcovi 2/ neuplatňujú žiadne právo, ani sa nedomáhajú uloženia mu žiadnej povinnosti. Ako je pritom uvedené v texte vyššie predbežné opatrenie musí mať súvis s predmetom konania vo veci samej. V prípade odporcu 2/ však akýkoľvek súvis s predmetom konania vo veci samej chýba, z ktorého dôvodu potom nariadenie predbežného opatrenia voči odporcovi 2/ nemohlo mať opodstatnenie. Záver prvostupňového súdu o nesplnení zákonných podmienok na nariadenie predbežného opatrenia voči obom odporcom 1/, 2/ bol preto správny. Odvolací súd z uvedených dôvodov napadnuté uznesenie súdu prvého stupňa ako vecne správne podľa § 219 ods. 1 O.s.p. potvrdil. O trovách predbežného opatrenia rozhodne súd prvého stupňa na základe ust. § 145 O.s.p. v rozhodnutí o trovách konania. Poučenie: Proti tomuto uzneseniu odvolanie nie je prípustné.</w:t>
      </w:r>
    </w:p>
    <w:p/>
    <w:p>
      <w:r>
        <w:t>Zdroj: KAUZIS.SK – https://www.kauzis.sk/judikatura/r/ECLI:SK:KSBA:2014:1314208294.1 (dáta aktuálne k 31. 10. 2026). Záväzné je znenie zverejnené súdom.</w:t>
      </w:r>
    </w:p>
    <w:sectPr w:rsidR="00FC693F" w:rsidRPr="0006063C" w:rsidSect="00034616">
      <w:pgSz w:w="12240" w:h="15840"/>
      <w:pgMar w:top="1440" w:right="1800" w:bottom="1440" w:left="1800" w:header="720" w:footer="720" w:gutter="0"/>
      <w:cols w:space="720"/>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Symbol">
    <w:panose1 w:val="00000000000000000000"/>
    <w:charset w:val="02"/>
    <w:family w:val="auto"/>
    <w:pitch w:val="variable"/>
    <w:sig w:usb0="00000000" w:usb1="10000000" w:usb2="00000000" w:usb3="00000000" w:csb0="80000000" w:csb1="00000000"/>
  </w:font>
  <w:font w:name="Times New Roman">
    <w:panose1 w:val="02020603050405020304"/>
    <w:charset w:val="00"/>
    <w:family w:val="auto"/>
    <w:pitch w:val="variable"/>
    <w:sig w:usb0="E0002AFF" w:usb1="C0007841" w:usb2="00000009" w:usb3="00000000" w:csb0="000001FF" w:csb1="00000000"/>
  </w:font>
  <w:font w:name="Cambria">
    <w:panose1 w:val="02040503050406030204"/>
    <w:charset w:val="00"/>
    <w:family w:val="auto"/>
    <w:pitch w:val="variable"/>
    <w:sig w:usb0="E00002FF" w:usb1="400004FF" w:usb2="00000000" w:usb3="00000000" w:csb0="0000019F" w:csb1="00000000"/>
  </w:font>
  <w:font w:name="ＭＳ 明朝">
    <w:panose1 w:val="00000000000000000000"/>
    <w:charset w:val="80"/>
    <w:family w:val="roman"/>
    <w:notTrueType/>
    <w:pitch w:val="fixed"/>
    <w:sig w:usb0="00000001" w:usb1="08070000" w:usb2="00000010" w:usb3="00000000" w:csb0="00020000" w:csb1="00000000"/>
  </w:font>
  <w:font w:name="Calibri">
    <w:panose1 w:val="020F0502020204030204"/>
    <w:charset w:val="00"/>
    <w:family w:val="auto"/>
    <w:pitch w:val="variable"/>
    <w:sig w:usb0="E10002FF" w:usb1="4000ACFF" w:usb2="00000009" w:usb3="00000000" w:csb0="0000019F" w:csb1="00000000"/>
  </w:font>
  <w:font w:name="ＭＳ ゴシック">
    <w:panose1 w:val="00000000000000000000"/>
    <w:charset w:val="80"/>
    <w:family w:val="modern"/>
    <w:notTrueType/>
    <w:pitch w:val="fixed"/>
    <w:sig w:usb0="00000001" w:usb1="08070000" w:usb2="00000010" w:usb3="00000000" w:csb0="00020000" w:csb1="00000000"/>
  </w:font>
  <w:font w:name="Courier">
    <w:panose1 w:val="02000500000000000000"/>
    <w:charset w:val="00"/>
    <w:family w:val="auto"/>
    <w:pitch w:val="variable"/>
    <w:sig w:usb0="00000003" w:usb1="00000000" w:usb2="00000000" w:usb3="00000000" w:csb0="00000001" w:csb1="00000000"/>
  </w:font>
  <w:font w:name="Arial">
    <w:panose1 w:val="020B0604020202020204"/>
    <w:charset w:val="00"/>
    <w:family w:val="auto"/>
    <w:pitch w:val="variable"/>
    <w:sig w:usb0="E0002AFF" w:usb1="C0007843" w:usb2="00000009" w:usb3="00000000" w:csb0="000001FF" w:csb1="00000000"/>
  </w:font>
</w:fonts>
</file>

<file path=word/numbering.xml><?xml version="1.0" encoding="utf-8"?>
<w:numbering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abstractNum w:abstractNumId="0">
    <w:nsid w:val="FFFFFF7C"/>
    <w:multiLevelType w:val="singleLevel"/>
    <w:tmpl w:val="C310EC42"/>
    <w:lvl w:ilvl="0">
      <w:start w:val="1"/>
      <w:numFmt w:val="decimal"/>
      <w:lvlText w:val="%1."/>
      <w:lvlJc w:val="left"/>
      <w:pPr>
        <w:tabs>
          <w:tab w:val="num" w:pos="1800"/>
        </w:tabs>
        <w:ind w:left="1800" w:hanging="360"/>
      </w:pPr>
    </w:lvl>
  </w:abstractNum>
  <w:abstractNum w:abstractNumId="1">
    <w:nsid w:val="FFFFFF7D"/>
    <w:multiLevelType w:val="singleLevel"/>
    <w:tmpl w:val="E4089024"/>
    <w:lvl w:ilvl="0">
      <w:start w:val="1"/>
      <w:numFmt w:val="decimal"/>
      <w:lvlText w:val="%1."/>
      <w:lvlJc w:val="left"/>
      <w:pPr>
        <w:tabs>
          <w:tab w:val="num" w:pos="1440"/>
        </w:tabs>
        <w:ind w:left="1440" w:hanging="360"/>
      </w:pPr>
    </w:lvl>
  </w:abstractNum>
  <w:abstractNum w:abstractNumId="2">
    <w:nsid w:val="FFFFFF7E"/>
    <w:multiLevelType w:val="singleLevel"/>
    <w:tmpl w:val="FB12693A"/>
    <w:lvl w:ilvl="0">
      <w:start w:val="1"/>
      <w:numFmt w:val="decimal"/>
      <w:pStyle w:val="ListNumber3"/>
      <w:lvlText w:val="%1."/>
      <w:lvlJc w:val="left"/>
      <w:pPr>
        <w:tabs>
          <w:tab w:val="num" w:pos="1080"/>
        </w:tabs>
        <w:ind w:left="1080" w:hanging="360"/>
      </w:pPr>
    </w:lvl>
  </w:abstractNum>
  <w:abstractNum w:abstractNumId="3">
    <w:nsid w:val="FFFFFF7F"/>
    <w:multiLevelType w:val="singleLevel"/>
    <w:tmpl w:val="38441652"/>
    <w:lvl w:ilvl="0">
      <w:start w:val="1"/>
      <w:numFmt w:val="decimal"/>
      <w:pStyle w:val="ListNumber2"/>
      <w:lvlText w:val="%1."/>
      <w:lvlJc w:val="left"/>
      <w:pPr>
        <w:tabs>
          <w:tab w:val="num" w:pos="720"/>
        </w:tabs>
        <w:ind w:left="720" w:hanging="360"/>
      </w:pPr>
    </w:lvl>
  </w:abstractNum>
  <w:abstractNum w:abstractNumId="4">
    <w:nsid w:val="FFFFFF81"/>
    <w:multiLevelType w:val="singleLevel"/>
    <w:tmpl w:val="171AC3A4"/>
    <w:lvl w:ilvl="0">
      <w:start w:val="1"/>
      <w:numFmt w:val="bullet"/>
      <w:lvlText w:val=""/>
      <w:lvlJc w:val="left"/>
      <w:pPr>
        <w:tabs>
          <w:tab w:val="num" w:pos="1440"/>
        </w:tabs>
        <w:ind w:left="1440" w:hanging="360"/>
      </w:pPr>
      <w:rPr>
        <w:rFonts w:ascii="Symbol" w:hAnsi="Symbol" w:hint="default"/>
      </w:rPr>
    </w:lvl>
  </w:abstractNum>
  <w:abstractNum w:abstractNumId="5">
    <w:nsid w:val="FFFFFF82"/>
    <w:multiLevelType w:val="singleLevel"/>
    <w:tmpl w:val="F3EAFDEC"/>
    <w:lvl w:ilvl="0">
      <w:start w:val="1"/>
      <w:numFmt w:val="bullet"/>
      <w:pStyle w:val="ListBullet3"/>
      <w:lvlText w:val=""/>
      <w:lvlJc w:val="left"/>
      <w:pPr>
        <w:tabs>
          <w:tab w:val="num" w:pos="1080"/>
        </w:tabs>
        <w:ind w:left="1080" w:hanging="360"/>
      </w:pPr>
      <w:rPr>
        <w:rFonts w:ascii="Symbol" w:hAnsi="Symbol" w:hint="default"/>
      </w:rPr>
    </w:lvl>
  </w:abstractNum>
  <w:abstractNum w:abstractNumId="6">
    <w:nsid w:val="FFFFFF83"/>
    <w:multiLevelType w:val="singleLevel"/>
    <w:tmpl w:val="3D1EFFD4"/>
    <w:lvl w:ilvl="0">
      <w:start w:val="1"/>
      <w:numFmt w:val="bullet"/>
      <w:pStyle w:val="ListBullet2"/>
      <w:lvlText w:val=""/>
      <w:lvlJc w:val="left"/>
      <w:pPr>
        <w:tabs>
          <w:tab w:val="num" w:pos="720"/>
        </w:tabs>
        <w:ind w:left="720" w:hanging="360"/>
      </w:pPr>
      <w:rPr>
        <w:rFonts w:ascii="Symbol" w:hAnsi="Symbol" w:hint="default"/>
      </w:rPr>
    </w:lvl>
  </w:abstractNum>
  <w:abstractNum w:abstractNumId="7">
    <w:nsid w:val="FFFFFF88"/>
    <w:multiLevelType w:val="singleLevel"/>
    <w:tmpl w:val="D0A62B40"/>
    <w:lvl w:ilvl="0">
      <w:start w:val="1"/>
      <w:numFmt w:val="decimal"/>
      <w:pStyle w:val="ListNumber"/>
      <w:lvlText w:val="%1."/>
      <w:lvlJc w:val="left"/>
      <w:pPr>
        <w:tabs>
          <w:tab w:val="num" w:pos="360"/>
        </w:tabs>
        <w:ind w:left="360" w:hanging="360"/>
      </w:pPr>
    </w:lvl>
  </w:abstractNum>
  <w:abstractNum w:abstractNumId="8">
    <w:nsid w:val="FFFFFF89"/>
    <w:multiLevelType w:val="singleLevel"/>
    <w:tmpl w:val="29761A62"/>
    <w:lvl w:ilvl="0">
      <w:start w:val="1"/>
      <w:numFmt w:val="bullet"/>
      <w:pStyle w:val="ListBullet"/>
      <w:lvlText w:val=""/>
      <w:lvlJc w:val="left"/>
      <w:pPr>
        <w:tabs>
          <w:tab w:val="num" w:pos="360"/>
        </w:tabs>
        <w:ind w:left="360" w:hanging="360"/>
      </w:pPr>
      <w:rPr>
        <w:rFonts w:ascii="Symbol" w:hAnsi="Symbol" w:hint="default"/>
      </w:rPr>
    </w:lvl>
  </w:abstractNum>
  <w:num w:numId="1">
    <w:abstractNumId w:val="8"/>
  </w:num>
  <w:num w:numId="2">
    <w:abstractNumId w:val="6"/>
  </w:num>
  <w:num w:numId="3">
    <w:abstractNumId w:val="5"/>
  </w:num>
  <w:num w:numId="4">
    <w:abstractNumId w:val="4"/>
  </w:num>
  <w:num w:numId="5">
    <w:abstractNumId w:val="7"/>
  </w:num>
  <w:num w:numId="6">
    <w:abstractNumId w:val="3"/>
  </w:num>
  <w:num w:numId="7">
    <w:abstractNumId w:val="2"/>
  </w:num>
  <w:num w:numId="8">
    <w:abstractNumId w:val="1"/>
  </w:num>
  <w:num w:numId="9">
    <w:abstractNumId w:val="0"/>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mc:Ignorable="w14">
  <w:zoom w:val="bestFit"/>
  <w:proofState w:spelling="clean" w:grammar="clean"/>
  <w:defaultTabStop w:val="720"/>
  <w:characterSpacingControl w:val="doNotCompress"/>
  <w:savePreviewPicture/>
  <w:compat>
    <w:useFELayou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
  <w:rsids>
    <w:rsidRoot w:val="00B47730"/>
    <w:rsid w:val="00034616"/>
    <w:rsid w:val="0006063C"/>
    <w:rsid w:val="0015074B"/>
    <w:rsid w:val="0029639D"/>
    <w:rsid w:val="00326F90"/>
    <w:rsid w:val="00AA1D8D"/>
    <w:rsid w:val="00B47730"/>
    <w:rsid w:val="00CB0664"/>
    <w:rsid w:val="00FC693F"/>
  </w:rsids>
  <m:mathPr>
    <m:mathFont m:val="Cambria Math"/>
    <m:brkBin m:val="before"/>
    <m:brkBinSub m:val="--"/>
    <m:smallFrac m:val="0"/>
    <m:dispDef/>
    <m:lMargin m:val="0"/>
    <m:rMargin m:val="0"/>
    <m:defJc m:val="centerGroup"/>
    <m:wrapIndent m:val="1440"/>
    <m:intLim m:val="subSup"/>
    <m:naryLim m:val="undOvr"/>
  </m:mathPr>
  <w:themeFontLang w:val="en-US" w:eastAsia="ja-JP"/>
  <w:clrSchemeMapping w:bg1="light1" w:t1="dark1" w:bg2="light2" w:t2="dark2" w:accent1="accent1" w:accent2="accent2" w:accent3="accent3" w:accent4="accent4" w:accent5="accent5" w:accent6="accent6" w:hyperlink="hyperlink" w:followedHyperlink="followedHyperlink"/>
  <w:doNotAutoCompressPictures/>
  <w:shapeDefaults>
    <o:shapedefaults v:ext="edit" spidmax="1027"/>
    <o:shapelayout v:ext="edit">
      <o:idmap v:ext="edit" data="1"/>
    </o:shapelayout>
  </w:shapeDefaults>
  <w:decimalSymbol w:val="."/>
  <w:listSeparator w:val=","/>
  <w14:docId w14:val="24062061"/>
  <w14:defaultImageDpi w14:val="300"/>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mc:Ignorable="w14">
  <w:docDefaults>
    <w:rPrDefault>
      <w:rPr>
        <w:rFonts w:asciiTheme="minorHAnsi" w:eastAsiaTheme="minorEastAsia"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76">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FC693F"/>
    <w:rPr>
      <w:rFonts w:ascii="Calibri" w:hAnsi="Calibri"/>
      <w:sz w:val="22"/>
    </w:rPr>
  </w:style>
  <w:style w:type="paragraph" w:styleId="Header">
    <w:name w:val="header"/>
    <w:basedOn w:val="Normal"/>
    <w:link w:val="HeaderChar"/>
    <w:uiPriority w:val="99"/>
    <w:unhideWhenUsed/>
    <w:rsid w:val="00E618BF"/>
    <w:pPr>
      <w:tabs>
        <w:tab w:val="center" w:pos="4680"/>
        <w:tab w:val="right" w:pos="9360"/>
      </w:tabs>
      <w:spacing w:after="0" w:line="240" w:lineRule="auto"/>
    </w:pPr>
  </w:style>
  <w:style w:type="character" w:customStyle="1" w:styleId="HeaderChar">
    <w:name w:val="Header Char"/>
    <w:basedOn w:val="DefaultParagraphFont"/>
    <w:link w:val="Header"/>
    <w:uiPriority w:val="99"/>
    <w:rsid w:val="00E618BF"/>
  </w:style>
  <w:style w:type="paragraph" w:styleId="Footer">
    <w:name w:val="footer"/>
    <w:basedOn w:val="Normal"/>
    <w:link w:val="FooterChar"/>
    <w:uiPriority w:val="99"/>
    <w:unhideWhenUsed/>
    <w:rsid w:val="00E618BF"/>
    <w:pPr>
      <w:tabs>
        <w:tab w:val="center" w:pos="4680"/>
        <w:tab w:val="right" w:pos="9360"/>
      </w:tabs>
      <w:spacing w:after="0" w:line="240" w:lineRule="auto"/>
    </w:pPr>
  </w:style>
  <w:style w:type="character" w:customStyle="1" w:styleId="FooterChar">
    <w:name w:val="Footer Char"/>
    <w:basedOn w:val="DefaultParagraphFont"/>
    <w:link w:val="Footer"/>
    <w:uiPriority w:val="99"/>
    <w:rsid w:val="00E618BF"/>
  </w:style>
  <w:style w:type="paragraph" w:styleId="Heading1">
    <w:name w:val="heading 1"/>
    <w:basedOn w:val="Normal"/>
    <w:next w:val="Normal"/>
    <w:link w:val="Heading1Char"/>
    <w:uiPriority w:val="9"/>
    <w:qFormat/>
    <w:rsid w:val="00FC693F"/>
    <w:pPr>
      <w:keepNext/>
      <w:keepLines/>
      <w:spacing w:before="480" w:after="0"/>
      <w:outlineLvl w:val="0"/>
    </w:pPr>
    <w:rPr>
      <w:rFonts w:asciiTheme="majorHAnsi" w:eastAsiaTheme="majorEastAsia" w:hAnsiTheme="majorHAnsi" w:cstheme="majorBidi"/>
      <w:b/>
      <w:bCs/>
      <w:color w:val="365F91" w:themeColor="accent1" w:themeShade="BF"/>
      <w:sz w:val="28"/>
      <w:szCs w:val="28"/>
    </w:rPr>
  </w:style>
  <w:style w:type="paragraph" w:styleId="Heading2">
    <w:name w:val="heading 2"/>
    <w:basedOn w:val="Normal"/>
    <w:next w:val="Normal"/>
    <w:link w:val="Heading2Char"/>
    <w:uiPriority w:val="9"/>
    <w:unhideWhenUsed/>
    <w:qFormat/>
    <w:rsid w:val="00FC693F"/>
    <w:pPr>
      <w:keepNext/>
      <w:keepLines/>
      <w:spacing w:before="200" w:after="0"/>
      <w:outlineLvl w:val="1"/>
    </w:pPr>
    <w:rPr>
      <w:rFonts w:asciiTheme="majorHAnsi" w:eastAsiaTheme="majorEastAsia" w:hAnsiTheme="majorHAnsi" w:cstheme="majorBidi"/>
      <w:b/>
      <w:bCs/>
      <w:color w:val="4F81BD" w:themeColor="accent1"/>
      <w:sz w:val="26"/>
      <w:szCs w:val="26"/>
    </w:rPr>
  </w:style>
  <w:style w:type="paragraph" w:styleId="Heading3">
    <w:name w:val="heading 3"/>
    <w:basedOn w:val="Normal"/>
    <w:next w:val="Normal"/>
    <w:link w:val="Heading3Char"/>
    <w:uiPriority w:val="9"/>
    <w:unhideWhenUsed/>
    <w:qFormat/>
    <w:rsid w:val="00FC693F"/>
    <w:pPr>
      <w:keepNext/>
      <w:keepLines/>
      <w:spacing w:before="200" w:after="0"/>
      <w:outlineLvl w:val="2"/>
    </w:pPr>
    <w:rPr>
      <w:rFonts w:asciiTheme="majorHAnsi" w:eastAsiaTheme="majorEastAsia" w:hAnsiTheme="majorHAnsi" w:cstheme="majorBidi"/>
      <w:b/>
      <w:bCs/>
      <w:color w:val="4F81BD" w:themeColor="accent1"/>
    </w:rPr>
  </w:style>
  <w:style w:type="paragraph" w:styleId="Heading4">
    <w:name w:val="heading 4"/>
    <w:basedOn w:val="Normal"/>
    <w:next w:val="Normal"/>
    <w:link w:val="Heading4Char"/>
    <w:uiPriority w:val="9"/>
    <w:semiHidden/>
    <w:unhideWhenUsed/>
    <w:qFormat/>
    <w:rsid w:val="00FC693F"/>
    <w:pPr>
      <w:keepNext/>
      <w:keepLines/>
      <w:spacing w:before="200" w:after="0"/>
      <w:outlineLvl w:val="3"/>
    </w:pPr>
    <w:rPr>
      <w:rFonts w:asciiTheme="majorHAnsi" w:eastAsiaTheme="majorEastAsia" w:hAnsiTheme="majorHAnsi" w:cstheme="majorBidi"/>
      <w:b/>
      <w:bCs/>
      <w:i/>
      <w:iCs/>
      <w:color w:val="4F81BD" w:themeColor="accent1"/>
    </w:rPr>
  </w:style>
  <w:style w:type="paragraph" w:styleId="Heading5">
    <w:name w:val="heading 5"/>
    <w:basedOn w:val="Normal"/>
    <w:next w:val="Normal"/>
    <w:link w:val="Heading5Char"/>
    <w:uiPriority w:val="9"/>
    <w:semiHidden/>
    <w:unhideWhenUsed/>
    <w:qFormat/>
    <w:rsid w:val="00FC693F"/>
    <w:pPr>
      <w:keepNext/>
      <w:keepLines/>
      <w:spacing w:before="200" w:after="0"/>
      <w:outlineLvl w:val="4"/>
    </w:pPr>
    <w:rPr>
      <w:rFonts w:asciiTheme="majorHAnsi" w:eastAsiaTheme="majorEastAsia" w:hAnsiTheme="majorHAnsi" w:cstheme="majorBidi"/>
      <w:color w:val="243F60" w:themeColor="accent1" w:themeShade="7F"/>
    </w:rPr>
  </w:style>
  <w:style w:type="paragraph" w:styleId="Heading6">
    <w:name w:val="heading 6"/>
    <w:basedOn w:val="Normal"/>
    <w:next w:val="Normal"/>
    <w:link w:val="Heading6Char"/>
    <w:uiPriority w:val="9"/>
    <w:semiHidden/>
    <w:unhideWhenUsed/>
    <w:qFormat/>
    <w:rsid w:val="00FC693F"/>
    <w:pPr>
      <w:keepNext/>
      <w:keepLines/>
      <w:spacing w:before="200" w:after="0"/>
      <w:outlineLvl w:val="5"/>
    </w:pPr>
    <w:rPr>
      <w:rFonts w:asciiTheme="majorHAnsi" w:eastAsiaTheme="majorEastAsia" w:hAnsiTheme="majorHAnsi" w:cstheme="majorBidi"/>
      <w:i/>
      <w:iCs/>
      <w:color w:val="243F60" w:themeColor="accent1" w:themeShade="7F"/>
    </w:rPr>
  </w:style>
  <w:style w:type="paragraph" w:styleId="Heading7">
    <w:name w:val="heading 7"/>
    <w:basedOn w:val="Normal"/>
    <w:next w:val="Normal"/>
    <w:link w:val="Heading7Char"/>
    <w:uiPriority w:val="9"/>
    <w:semiHidden/>
    <w:unhideWhenUsed/>
    <w:qFormat/>
    <w:rsid w:val="00FC693F"/>
    <w:pPr>
      <w:keepNext/>
      <w:keepLines/>
      <w:spacing w:before="200" w:after="0"/>
      <w:outlineLvl w:val="6"/>
    </w:pPr>
    <w:rPr>
      <w:rFonts w:asciiTheme="majorHAnsi" w:eastAsiaTheme="majorEastAsia" w:hAnsiTheme="majorHAnsi" w:cstheme="majorBidi"/>
      <w:i/>
      <w:iCs/>
      <w:color w:val="404040" w:themeColor="text1" w:themeTint="BF"/>
    </w:rPr>
  </w:style>
  <w:style w:type="paragraph" w:styleId="Heading8">
    <w:name w:val="heading 8"/>
    <w:basedOn w:val="Normal"/>
    <w:next w:val="Normal"/>
    <w:link w:val="Heading8Char"/>
    <w:uiPriority w:val="9"/>
    <w:semiHidden/>
    <w:unhideWhenUsed/>
    <w:qFormat/>
    <w:rsid w:val="00FC693F"/>
    <w:pPr>
      <w:keepNext/>
      <w:keepLines/>
      <w:spacing w:before="200" w:after="0"/>
      <w:outlineLvl w:val="7"/>
    </w:pPr>
    <w:rPr>
      <w:rFonts w:asciiTheme="majorHAnsi" w:eastAsiaTheme="majorEastAsia" w:hAnsiTheme="majorHAnsi" w:cstheme="majorBidi"/>
      <w:color w:val="4F81BD" w:themeColor="accent1"/>
      <w:sz w:val="20"/>
      <w:szCs w:val="20"/>
    </w:rPr>
  </w:style>
  <w:style w:type="paragraph" w:styleId="Heading9">
    <w:name w:val="heading 9"/>
    <w:basedOn w:val="Normal"/>
    <w:next w:val="Normal"/>
    <w:link w:val="Heading9Char"/>
    <w:uiPriority w:val="9"/>
    <w:semiHidden/>
    <w:unhideWhenUsed/>
    <w:qFormat/>
    <w:rsid w:val="00FC693F"/>
    <w:pPr>
      <w:keepNext/>
      <w:keepLines/>
      <w:spacing w:before="200" w:after="0"/>
      <w:outlineLvl w:val="8"/>
    </w:pPr>
    <w:rPr>
      <w:rFonts w:asciiTheme="majorHAnsi" w:eastAsiaTheme="majorEastAsia" w:hAnsiTheme="majorHAnsi" w:cstheme="majorBidi"/>
      <w:i/>
      <w:iCs/>
      <w:color w:val="404040" w:themeColor="text1" w:themeTint="BF"/>
      <w:sz w:val="20"/>
      <w:szCs w:val="2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NoSpacing">
    <w:name w:val="No Spacing"/>
    <w:uiPriority w:val="1"/>
    <w:qFormat/>
    <w:rsid w:val="00FC693F"/>
    <w:pPr>
      <w:spacing w:after="0" w:line="240" w:lineRule="auto"/>
    </w:pPr>
  </w:style>
  <w:style w:type="character" w:customStyle="1" w:styleId="Heading1Char">
    <w:name w:val="Heading 1 Char"/>
    <w:basedOn w:val="DefaultParagraphFont"/>
    <w:link w:val="Heading1"/>
    <w:uiPriority w:val="9"/>
    <w:rsid w:val="00FC693F"/>
    <w:rPr>
      <w:rFonts w:asciiTheme="majorHAnsi" w:eastAsiaTheme="majorEastAsia" w:hAnsiTheme="majorHAnsi" w:cstheme="majorBidi"/>
      <w:b/>
      <w:bCs/>
      <w:color w:val="365F91" w:themeColor="accent1" w:themeShade="BF"/>
      <w:sz w:val="28"/>
      <w:szCs w:val="28"/>
    </w:rPr>
  </w:style>
  <w:style w:type="character" w:customStyle="1" w:styleId="Heading2Char">
    <w:name w:val="Heading 2 Char"/>
    <w:basedOn w:val="DefaultParagraphFont"/>
    <w:link w:val="Heading2"/>
    <w:uiPriority w:val="9"/>
    <w:rsid w:val="00FC693F"/>
    <w:rPr>
      <w:rFonts w:asciiTheme="majorHAnsi" w:eastAsiaTheme="majorEastAsia" w:hAnsiTheme="majorHAnsi" w:cstheme="majorBidi"/>
      <w:b/>
      <w:bCs/>
      <w:color w:val="4F81BD" w:themeColor="accent1"/>
      <w:sz w:val="26"/>
      <w:szCs w:val="26"/>
    </w:rPr>
  </w:style>
  <w:style w:type="character" w:customStyle="1" w:styleId="Heading3Char">
    <w:name w:val="Heading 3 Char"/>
    <w:basedOn w:val="DefaultParagraphFont"/>
    <w:link w:val="Heading3"/>
    <w:uiPriority w:val="9"/>
    <w:rsid w:val="00FC693F"/>
    <w:rPr>
      <w:rFonts w:asciiTheme="majorHAnsi" w:eastAsiaTheme="majorEastAsia" w:hAnsiTheme="majorHAnsi" w:cstheme="majorBidi"/>
      <w:b/>
      <w:bCs/>
      <w:color w:val="4F81BD" w:themeColor="accent1"/>
    </w:rPr>
  </w:style>
  <w:style w:type="paragraph" w:styleId="Title">
    <w:name w:val="Title"/>
    <w:basedOn w:val="Normal"/>
    <w:next w:val="Normal"/>
    <w:link w:val="TitleChar"/>
    <w:uiPriority w:val="10"/>
    <w:qFormat/>
    <w:rsid w:val="00FC693F"/>
    <w:pPr>
      <w:pBdr>
        <w:bottom w:val="single" w:sz="8" w:space="4" w:color="4F81BD" w:themeColor="accent1"/>
      </w:pBdr>
      <w:spacing w:after="300" w:line="240" w:lineRule="auto"/>
      <w:contextualSpacing/>
    </w:pPr>
    <w:rPr>
      <w:rFonts w:asciiTheme="majorHAnsi" w:eastAsiaTheme="majorEastAsia" w:hAnsiTheme="majorHAnsi" w:cstheme="majorBidi"/>
      <w:color w:val="17365D" w:themeColor="text2" w:themeShade="BF"/>
      <w:spacing w:val="5"/>
      <w:kern w:val="28"/>
      <w:sz w:val="52"/>
      <w:szCs w:val="52"/>
    </w:rPr>
  </w:style>
  <w:style w:type="character" w:customStyle="1" w:styleId="TitleChar">
    <w:name w:val="Title Char"/>
    <w:basedOn w:val="DefaultParagraphFont"/>
    <w:link w:val="Title"/>
    <w:uiPriority w:val="10"/>
    <w:rsid w:val="00FC693F"/>
    <w:rPr>
      <w:rFonts w:asciiTheme="majorHAnsi" w:eastAsiaTheme="majorEastAsia" w:hAnsiTheme="majorHAnsi" w:cstheme="majorBidi"/>
      <w:color w:val="17365D" w:themeColor="text2" w:themeShade="BF"/>
      <w:spacing w:val="5"/>
      <w:kern w:val="28"/>
      <w:sz w:val="52"/>
      <w:szCs w:val="52"/>
    </w:rPr>
  </w:style>
  <w:style w:type="paragraph" w:styleId="Subtitle">
    <w:name w:val="Subtitle"/>
    <w:basedOn w:val="Normal"/>
    <w:next w:val="Normal"/>
    <w:link w:val="SubtitleChar"/>
    <w:uiPriority w:val="11"/>
    <w:qFormat/>
    <w:rsid w:val="00FC693F"/>
    <w:pPr>
      <w:numPr>
        <w:ilvl w:val="1"/>
      </w:numPr>
    </w:pPr>
    <w:rPr>
      <w:rFonts w:asciiTheme="majorHAnsi" w:eastAsiaTheme="majorEastAsia" w:hAnsiTheme="majorHAnsi" w:cstheme="majorBidi"/>
      <w:i/>
      <w:iCs/>
      <w:color w:val="4F81BD" w:themeColor="accent1"/>
      <w:spacing w:val="15"/>
      <w:sz w:val="24"/>
      <w:szCs w:val="24"/>
    </w:rPr>
  </w:style>
  <w:style w:type="character" w:customStyle="1" w:styleId="SubtitleChar">
    <w:name w:val="Subtitle Char"/>
    <w:basedOn w:val="DefaultParagraphFont"/>
    <w:link w:val="Subtitle"/>
    <w:uiPriority w:val="11"/>
    <w:rsid w:val="00FC693F"/>
    <w:rPr>
      <w:rFonts w:asciiTheme="majorHAnsi" w:eastAsiaTheme="majorEastAsia" w:hAnsiTheme="majorHAnsi" w:cstheme="majorBidi"/>
      <w:i/>
      <w:iCs/>
      <w:color w:val="4F81BD" w:themeColor="accent1"/>
      <w:spacing w:val="15"/>
      <w:sz w:val="24"/>
      <w:szCs w:val="24"/>
    </w:rPr>
  </w:style>
  <w:style w:type="paragraph" w:styleId="ListParagraph">
    <w:name w:val="List Paragraph"/>
    <w:basedOn w:val="Normal"/>
    <w:uiPriority w:val="34"/>
    <w:qFormat/>
    <w:rsid w:val="00FC693F"/>
    <w:pPr>
      <w:ind w:left="720"/>
      <w:contextualSpacing/>
    </w:pPr>
  </w:style>
  <w:style w:type="paragraph" w:styleId="BodyText">
    <w:name w:val="Body Text"/>
    <w:basedOn w:val="Normal"/>
    <w:link w:val="BodyTextChar"/>
    <w:uiPriority w:val="99"/>
    <w:unhideWhenUsed/>
    <w:rsid w:val="00AA1D8D"/>
    <w:pPr>
      <w:spacing w:after="120"/>
    </w:pPr>
  </w:style>
  <w:style w:type="character" w:customStyle="1" w:styleId="BodyTextChar">
    <w:name w:val="Body Text Char"/>
    <w:basedOn w:val="DefaultParagraphFont"/>
    <w:link w:val="BodyText"/>
    <w:uiPriority w:val="99"/>
    <w:rsid w:val="00AA1D8D"/>
  </w:style>
  <w:style w:type="paragraph" w:styleId="BodyText2">
    <w:name w:val="Body Text 2"/>
    <w:basedOn w:val="Normal"/>
    <w:link w:val="BodyText2Char"/>
    <w:uiPriority w:val="99"/>
    <w:unhideWhenUsed/>
    <w:rsid w:val="00AA1D8D"/>
    <w:pPr>
      <w:spacing w:after="120" w:line="480" w:lineRule="auto"/>
    </w:pPr>
  </w:style>
  <w:style w:type="character" w:customStyle="1" w:styleId="BodyText2Char">
    <w:name w:val="Body Text 2 Char"/>
    <w:basedOn w:val="DefaultParagraphFont"/>
    <w:link w:val="BodyText2"/>
    <w:uiPriority w:val="99"/>
    <w:rsid w:val="00AA1D8D"/>
  </w:style>
  <w:style w:type="paragraph" w:styleId="BodyText3">
    <w:name w:val="Body Text 3"/>
    <w:basedOn w:val="Normal"/>
    <w:link w:val="BodyText3Char"/>
    <w:uiPriority w:val="99"/>
    <w:unhideWhenUsed/>
    <w:rsid w:val="00AA1D8D"/>
    <w:pPr>
      <w:spacing w:after="120"/>
    </w:pPr>
    <w:rPr>
      <w:sz w:val="16"/>
      <w:szCs w:val="16"/>
    </w:rPr>
  </w:style>
  <w:style w:type="character" w:customStyle="1" w:styleId="BodyText3Char">
    <w:name w:val="Body Text 3 Char"/>
    <w:basedOn w:val="DefaultParagraphFont"/>
    <w:link w:val="BodyText3"/>
    <w:uiPriority w:val="99"/>
    <w:rsid w:val="00AA1D8D"/>
    <w:rPr>
      <w:sz w:val="16"/>
      <w:szCs w:val="16"/>
    </w:rPr>
  </w:style>
  <w:style w:type="paragraph" w:styleId="List">
    <w:name w:val="List"/>
    <w:basedOn w:val="Normal"/>
    <w:uiPriority w:val="99"/>
    <w:unhideWhenUsed/>
    <w:rsid w:val="00AA1D8D"/>
    <w:pPr>
      <w:ind w:left="360" w:hanging="360"/>
      <w:contextualSpacing/>
    </w:pPr>
  </w:style>
  <w:style w:type="paragraph" w:styleId="List2">
    <w:name w:val="List 2"/>
    <w:basedOn w:val="Normal"/>
    <w:uiPriority w:val="99"/>
    <w:unhideWhenUsed/>
    <w:rsid w:val="00326F90"/>
    <w:pPr>
      <w:ind w:left="720" w:hanging="360"/>
      <w:contextualSpacing/>
    </w:pPr>
  </w:style>
  <w:style w:type="paragraph" w:styleId="List3">
    <w:name w:val="List 3"/>
    <w:basedOn w:val="Normal"/>
    <w:uiPriority w:val="99"/>
    <w:unhideWhenUsed/>
    <w:rsid w:val="00326F90"/>
    <w:pPr>
      <w:ind w:left="1080" w:hanging="360"/>
      <w:contextualSpacing/>
    </w:pPr>
  </w:style>
  <w:style w:type="paragraph" w:styleId="ListBullet">
    <w:name w:val="List Bullet"/>
    <w:basedOn w:val="Normal"/>
    <w:uiPriority w:val="99"/>
    <w:unhideWhenUsed/>
    <w:rsid w:val="00326F90"/>
    <w:pPr>
      <w:numPr>
        <w:numId w:val="1"/>
      </w:numPr>
      <w:contextualSpacing/>
    </w:pPr>
  </w:style>
  <w:style w:type="paragraph" w:styleId="ListBullet2">
    <w:name w:val="List Bullet 2"/>
    <w:basedOn w:val="Normal"/>
    <w:uiPriority w:val="99"/>
    <w:unhideWhenUsed/>
    <w:rsid w:val="00326F90"/>
    <w:pPr>
      <w:numPr>
        <w:numId w:val="2"/>
      </w:numPr>
      <w:contextualSpacing/>
    </w:pPr>
  </w:style>
  <w:style w:type="paragraph" w:styleId="ListBullet3">
    <w:name w:val="List Bullet 3"/>
    <w:basedOn w:val="Normal"/>
    <w:uiPriority w:val="99"/>
    <w:unhideWhenUsed/>
    <w:rsid w:val="00326F90"/>
    <w:pPr>
      <w:numPr>
        <w:numId w:val="3"/>
      </w:numPr>
      <w:contextualSpacing/>
    </w:pPr>
  </w:style>
  <w:style w:type="paragraph" w:styleId="ListNumber">
    <w:name w:val="List Number"/>
    <w:basedOn w:val="Normal"/>
    <w:uiPriority w:val="99"/>
    <w:unhideWhenUsed/>
    <w:rsid w:val="00326F90"/>
    <w:pPr>
      <w:numPr>
        <w:numId w:val="5"/>
      </w:numPr>
      <w:contextualSpacing/>
    </w:pPr>
  </w:style>
  <w:style w:type="paragraph" w:styleId="ListNumber2">
    <w:name w:val="List Number 2"/>
    <w:basedOn w:val="Normal"/>
    <w:uiPriority w:val="99"/>
    <w:unhideWhenUsed/>
    <w:rsid w:val="0029639D"/>
    <w:pPr>
      <w:numPr>
        <w:numId w:val="6"/>
      </w:numPr>
      <w:contextualSpacing/>
    </w:pPr>
  </w:style>
  <w:style w:type="paragraph" w:styleId="ListNumber3">
    <w:name w:val="List Number 3"/>
    <w:basedOn w:val="Normal"/>
    <w:uiPriority w:val="99"/>
    <w:unhideWhenUsed/>
    <w:rsid w:val="0029639D"/>
    <w:pPr>
      <w:numPr>
        <w:numId w:val="7"/>
      </w:numPr>
      <w:contextualSpacing/>
    </w:pPr>
  </w:style>
  <w:style w:type="paragraph" w:styleId="ListContinue">
    <w:name w:val="List Continue"/>
    <w:basedOn w:val="Normal"/>
    <w:uiPriority w:val="99"/>
    <w:unhideWhenUsed/>
    <w:rsid w:val="0029639D"/>
    <w:pPr>
      <w:spacing w:after="120"/>
      <w:ind w:left="360"/>
      <w:contextualSpacing/>
    </w:pPr>
  </w:style>
  <w:style w:type="paragraph" w:styleId="ListContinue2">
    <w:name w:val="List Continue 2"/>
    <w:basedOn w:val="Normal"/>
    <w:uiPriority w:val="99"/>
    <w:unhideWhenUsed/>
    <w:rsid w:val="0029639D"/>
    <w:pPr>
      <w:spacing w:after="120"/>
      <w:ind w:left="720"/>
      <w:contextualSpacing/>
    </w:pPr>
  </w:style>
  <w:style w:type="paragraph" w:styleId="ListContinue3">
    <w:name w:val="List Continue 3"/>
    <w:basedOn w:val="Normal"/>
    <w:uiPriority w:val="99"/>
    <w:unhideWhenUsed/>
    <w:rsid w:val="0029639D"/>
    <w:pPr>
      <w:spacing w:after="120"/>
      <w:ind w:left="1080"/>
      <w:contextualSpacing/>
    </w:pPr>
  </w:style>
  <w:style w:type="paragraph" w:styleId="MacroText">
    <w:name w:val="macro"/>
    <w:link w:val="MacroTextChar"/>
    <w:uiPriority w:val="99"/>
    <w:unhideWhenUsed/>
    <w:rsid w:val="0029639D"/>
    <w:pPr>
      <w:tabs>
        <w:tab w:val="left" w:pos="576"/>
        <w:tab w:val="left" w:pos="1152"/>
        <w:tab w:val="left" w:pos="1728"/>
        <w:tab w:val="left" w:pos="2304"/>
        <w:tab w:val="left" w:pos="2880"/>
        <w:tab w:val="left" w:pos="3456"/>
        <w:tab w:val="left" w:pos="4032"/>
      </w:tabs>
    </w:pPr>
    <w:rPr>
      <w:rFonts w:ascii="Courier" w:hAnsi="Courier"/>
      <w:sz w:val="20"/>
      <w:szCs w:val="20"/>
    </w:rPr>
  </w:style>
  <w:style w:type="character" w:customStyle="1" w:styleId="MacroTextChar">
    <w:name w:val="Macro Text Char"/>
    <w:basedOn w:val="DefaultParagraphFont"/>
    <w:link w:val="MacroText"/>
    <w:uiPriority w:val="99"/>
    <w:rsid w:val="0029639D"/>
    <w:rPr>
      <w:rFonts w:ascii="Courier" w:hAnsi="Courier"/>
      <w:sz w:val="20"/>
      <w:szCs w:val="20"/>
    </w:rPr>
  </w:style>
  <w:style w:type="paragraph" w:styleId="Quote">
    <w:name w:val="Quote"/>
    <w:basedOn w:val="Normal"/>
    <w:next w:val="Normal"/>
    <w:link w:val="QuoteChar"/>
    <w:uiPriority w:val="29"/>
    <w:qFormat/>
    <w:rsid w:val="00FC693F"/>
    <w:rPr>
      <w:i/>
      <w:iCs/>
      <w:color w:val="000000" w:themeColor="text1"/>
    </w:rPr>
  </w:style>
  <w:style w:type="character" w:customStyle="1" w:styleId="QuoteChar">
    <w:name w:val="Quote Char"/>
    <w:basedOn w:val="DefaultParagraphFont"/>
    <w:link w:val="Quote"/>
    <w:uiPriority w:val="29"/>
    <w:rsid w:val="00FC693F"/>
    <w:rPr>
      <w:i/>
      <w:iCs/>
      <w:color w:val="000000" w:themeColor="text1"/>
    </w:rPr>
  </w:style>
  <w:style w:type="character" w:customStyle="1" w:styleId="Heading4Char">
    <w:name w:val="Heading 4 Char"/>
    <w:basedOn w:val="DefaultParagraphFont"/>
    <w:link w:val="Heading4"/>
    <w:uiPriority w:val="9"/>
    <w:semiHidden/>
    <w:rsid w:val="00FC693F"/>
    <w:rPr>
      <w:rFonts w:asciiTheme="majorHAnsi" w:eastAsiaTheme="majorEastAsia" w:hAnsiTheme="majorHAnsi" w:cstheme="majorBidi"/>
      <w:b/>
      <w:bCs/>
      <w:i/>
      <w:iCs/>
      <w:color w:val="4F81BD" w:themeColor="accent1"/>
    </w:rPr>
  </w:style>
  <w:style w:type="character" w:customStyle="1" w:styleId="Heading5Char">
    <w:name w:val="Heading 5 Char"/>
    <w:basedOn w:val="DefaultParagraphFont"/>
    <w:link w:val="Heading5"/>
    <w:uiPriority w:val="9"/>
    <w:semiHidden/>
    <w:rsid w:val="00FC693F"/>
    <w:rPr>
      <w:rFonts w:asciiTheme="majorHAnsi" w:eastAsiaTheme="majorEastAsia" w:hAnsiTheme="majorHAnsi" w:cstheme="majorBidi"/>
      <w:color w:val="243F60" w:themeColor="accent1" w:themeShade="7F"/>
    </w:rPr>
  </w:style>
  <w:style w:type="character" w:customStyle="1" w:styleId="Heading6Char">
    <w:name w:val="Heading 6 Char"/>
    <w:basedOn w:val="DefaultParagraphFont"/>
    <w:link w:val="Heading6"/>
    <w:uiPriority w:val="9"/>
    <w:semiHidden/>
    <w:rsid w:val="00FC693F"/>
    <w:rPr>
      <w:rFonts w:asciiTheme="majorHAnsi" w:eastAsiaTheme="majorEastAsia" w:hAnsiTheme="majorHAnsi" w:cstheme="majorBidi"/>
      <w:i/>
      <w:iCs/>
      <w:color w:val="243F60" w:themeColor="accent1" w:themeShade="7F"/>
    </w:rPr>
  </w:style>
  <w:style w:type="character" w:customStyle="1" w:styleId="Heading7Char">
    <w:name w:val="Heading 7 Char"/>
    <w:basedOn w:val="DefaultParagraphFont"/>
    <w:link w:val="Heading7"/>
    <w:uiPriority w:val="9"/>
    <w:semiHidden/>
    <w:rsid w:val="00FC693F"/>
    <w:rPr>
      <w:rFonts w:asciiTheme="majorHAnsi" w:eastAsiaTheme="majorEastAsia" w:hAnsiTheme="majorHAnsi" w:cstheme="majorBidi"/>
      <w:i/>
      <w:iCs/>
      <w:color w:val="404040" w:themeColor="text1" w:themeTint="BF"/>
    </w:rPr>
  </w:style>
  <w:style w:type="character" w:customStyle="1" w:styleId="Heading8Char">
    <w:name w:val="Heading 8 Char"/>
    <w:basedOn w:val="DefaultParagraphFont"/>
    <w:link w:val="Heading8"/>
    <w:uiPriority w:val="9"/>
    <w:semiHidden/>
    <w:rsid w:val="00FC693F"/>
    <w:rPr>
      <w:rFonts w:asciiTheme="majorHAnsi" w:eastAsiaTheme="majorEastAsia" w:hAnsiTheme="majorHAnsi" w:cstheme="majorBidi"/>
      <w:color w:val="4F81BD" w:themeColor="accent1"/>
      <w:sz w:val="20"/>
      <w:szCs w:val="20"/>
    </w:rPr>
  </w:style>
  <w:style w:type="character" w:customStyle="1" w:styleId="Heading9Char">
    <w:name w:val="Heading 9 Char"/>
    <w:basedOn w:val="DefaultParagraphFont"/>
    <w:link w:val="Heading9"/>
    <w:uiPriority w:val="9"/>
    <w:semiHidden/>
    <w:rsid w:val="00FC693F"/>
    <w:rPr>
      <w:rFonts w:asciiTheme="majorHAnsi" w:eastAsiaTheme="majorEastAsia" w:hAnsiTheme="majorHAnsi" w:cstheme="majorBidi"/>
      <w:i/>
      <w:iCs/>
      <w:color w:val="404040" w:themeColor="text1" w:themeTint="BF"/>
      <w:sz w:val="20"/>
      <w:szCs w:val="20"/>
    </w:rPr>
  </w:style>
  <w:style w:type="paragraph" w:styleId="Caption">
    <w:name w:val="caption"/>
    <w:basedOn w:val="Normal"/>
    <w:next w:val="Normal"/>
    <w:uiPriority w:val="35"/>
    <w:semiHidden/>
    <w:unhideWhenUsed/>
    <w:qFormat/>
    <w:rsid w:val="00FC693F"/>
    <w:pPr>
      <w:spacing w:line="240" w:lineRule="auto"/>
    </w:pPr>
    <w:rPr>
      <w:b/>
      <w:bCs/>
      <w:color w:val="4F81BD" w:themeColor="accent1"/>
      <w:sz w:val="18"/>
      <w:szCs w:val="18"/>
    </w:rPr>
  </w:style>
  <w:style w:type="character" w:styleId="Strong">
    <w:name w:val="Strong"/>
    <w:basedOn w:val="DefaultParagraphFont"/>
    <w:uiPriority w:val="22"/>
    <w:qFormat/>
    <w:rsid w:val="00FC693F"/>
    <w:rPr>
      <w:b/>
      <w:bCs/>
    </w:rPr>
  </w:style>
  <w:style w:type="character" w:styleId="Emphasis">
    <w:name w:val="Emphasis"/>
    <w:basedOn w:val="DefaultParagraphFont"/>
    <w:uiPriority w:val="20"/>
    <w:qFormat/>
    <w:rsid w:val="00FC693F"/>
    <w:rPr>
      <w:i/>
      <w:iCs/>
    </w:rPr>
  </w:style>
  <w:style w:type="paragraph" w:styleId="IntenseQuote">
    <w:name w:val="Intense Quote"/>
    <w:basedOn w:val="Normal"/>
    <w:next w:val="Normal"/>
    <w:link w:val="IntenseQuoteChar"/>
    <w:uiPriority w:val="30"/>
    <w:qFormat/>
    <w:rsid w:val="00FC693F"/>
    <w:pPr>
      <w:pBdr>
        <w:bottom w:val="single" w:sz="4" w:space="4" w:color="4F81BD" w:themeColor="accent1"/>
      </w:pBdr>
      <w:spacing w:before="200" w:after="280"/>
      <w:ind w:left="936" w:right="936"/>
    </w:pPr>
    <w:rPr>
      <w:b/>
      <w:bCs/>
      <w:i/>
      <w:iCs/>
      <w:color w:val="4F81BD" w:themeColor="accent1"/>
    </w:rPr>
  </w:style>
  <w:style w:type="character" w:customStyle="1" w:styleId="IntenseQuoteChar">
    <w:name w:val="Intense Quote Char"/>
    <w:basedOn w:val="DefaultParagraphFont"/>
    <w:link w:val="IntenseQuote"/>
    <w:uiPriority w:val="30"/>
    <w:rsid w:val="00FC693F"/>
    <w:rPr>
      <w:b/>
      <w:bCs/>
      <w:i/>
      <w:iCs/>
      <w:color w:val="4F81BD" w:themeColor="accent1"/>
    </w:rPr>
  </w:style>
  <w:style w:type="character" w:styleId="SubtleEmphasis">
    <w:name w:val="Subtle Emphasis"/>
    <w:basedOn w:val="DefaultParagraphFont"/>
    <w:uiPriority w:val="19"/>
    <w:qFormat/>
    <w:rsid w:val="00FC693F"/>
    <w:rPr>
      <w:i/>
      <w:iCs/>
      <w:color w:val="808080" w:themeColor="text1" w:themeTint="7F"/>
    </w:rPr>
  </w:style>
  <w:style w:type="character" w:styleId="IntenseEmphasis">
    <w:name w:val="Intense Emphasis"/>
    <w:basedOn w:val="DefaultParagraphFont"/>
    <w:uiPriority w:val="21"/>
    <w:qFormat/>
    <w:rsid w:val="00FC693F"/>
    <w:rPr>
      <w:b/>
      <w:bCs/>
      <w:i/>
      <w:iCs/>
      <w:color w:val="4F81BD" w:themeColor="accent1"/>
    </w:rPr>
  </w:style>
  <w:style w:type="character" w:styleId="SubtleReference">
    <w:name w:val="Subtle Reference"/>
    <w:basedOn w:val="DefaultParagraphFont"/>
    <w:uiPriority w:val="31"/>
    <w:qFormat/>
    <w:rsid w:val="00FC693F"/>
    <w:rPr>
      <w:smallCaps/>
      <w:color w:val="C0504D" w:themeColor="accent2"/>
      <w:u w:val="single"/>
    </w:rPr>
  </w:style>
  <w:style w:type="character" w:styleId="IntenseReference">
    <w:name w:val="Intense Reference"/>
    <w:basedOn w:val="DefaultParagraphFont"/>
    <w:uiPriority w:val="32"/>
    <w:qFormat/>
    <w:rsid w:val="00FC693F"/>
    <w:rPr>
      <w:b/>
      <w:bCs/>
      <w:smallCaps/>
      <w:color w:val="C0504D" w:themeColor="accent2"/>
      <w:spacing w:val="5"/>
      <w:u w:val="single"/>
    </w:rPr>
  </w:style>
  <w:style w:type="character" w:styleId="BookTitle">
    <w:name w:val="Book Title"/>
    <w:basedOn w:val="DefaultParagraphFont"/>
    <w:uiPriority w:val="33"/>
    <w:qFormat/>
    <w:rsid w:val="00FC693F"/>
    <w:rPr>
      <w:b/>
      <w:bCs/>
      <w:smallCaps/>
      <w:spacing w:val="5"/>
    </w:rPr>
  </w:style>
  <w:style w:type="paragraph" w:styleId="TOCHeading">
    <w:name w:val="TOC Heading"/>
    <w:basedOn w:val="Heading1"/>
    <w:next w:val="Normal"/>
    <w:uiPriority w:val="39"/>
    <w:semiHidden/>
    <w:unhideWhenUsed/>
    <w:qFormat/>
    <w:rsid w:val="00FC693F"/>
    <w:pPr>
      <w:outlineLvl w:val="9"/>
    </w:pPr>
  </w:style>
  <w:style w:type="table" w:styleId="TableGrid">
    <w:name w:val="Table Grid"/>
    <w:basedOn w:val="TableNormal"/>
    <w:uiPriority w:val="59"/>
    <w:rsid w:val="00FC693F"/>
    <w:pPr>
      <w:spacing w:after="0" w:line="240" w:lineRule="auto"/>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styleId="LightShading">
    <w:name w:val="Light Shading"/>
    <w:basedOn w:val="TableNormal"/>
    <w:uiPriority w:val="60"/>
    <w:rsid w:val="00FC693F"/>
    <w:pPr>
      <w:spacing w:after="0" w:line="240" w:lineRule="auto"/>
    </w:pPr>
    <w:rPr>
      <w:color w:val="000000" w:themeColor="text1" w:themeShade="BF"/>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la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left w:val="nil"/>
          <w:right w:val="nil"/>
          <w:insideH w:val="nil"/>
          <w:insideV w:val="nil"/>
        </w:tcBorders>
        <w:shd w:val="clear" w:color="auto" w:fill="C0C0C0" w:themeFill="text1" w:themeFillTint="3F"/>
      </w:tcPr>
    </w:tblStylePr>
  </w:style>
  <w:style w:type="table" w:styleId="LightShading-Accent1">
    <w:name w:val="Light Shading Accent 1"/>
    <w:basedOn w:val="TableNormal"/>
    <w:uiPriority w:val="60"/>
    <w:rsid w:val="00FC693F"/>
    <w:pPr>
      <w:spacing w:after="0" w:line="240" w:lineRule="auto"/>
    </w:pPr>
    <w:rPr>
      <w:color w:val="365F91" w:themeColor="accent1" w:themeShade="BF"/>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la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left w:val="nil"/>
          <w:right w:val="nil"/>
          <w:insideH w:val="nil"/>
          <w:insideV w:val="nil"/>
        </w:tcBorders>
        <w:shd w:val="clear" w:color="auto" w:fill="D3DFEE" w:themeFill="accent1" w:themeFillTint="3F"/>
      </w:tcPr>
    </w:tblStylePr>
  </w:style>
  <w:style w:type="table" w:styleId="LightShading-Accent2">
    <w:name w:val="Light Shading Accent 2"/>
    <w:basedOn w:val="TableNormal"/>
    <w:uiPriority w:val="60"/>
    <w:rsid w:val="00FC693F"/>
    <w:pPr>
      <w:spacing w:after="0" w:line="240" w:lineRule="auto"/>
    </w:pPr>
    <w:rPr>
      <w:color w:val="943634" w:themeColor="accent2" w:themeShade="BF"/>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la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left w:val="nil"/>
          <w:right w:val="nil"/>
          <w:insideH w:val="nil"/>
          <w:insideV w:val="nil"/>
        </w:tcBorders>
        <w:shd w:val="clear" w:color="auto" w:fill="EFD3D2" w:themeFill="accent2" w:themeFillTint="3F"/>
      </w:tcPr>
    </w:tblStylePr>
  </w:style>
  <w:style w:type="table" w:styleId="LightShading-Accent3">
    <w:name w:val="Light Shading Accent 3"/>
    <w:basedOn w:val="TableNormal"/>
    <w:uiPriority w:val="60"/>
    <w:rsid w:val="00FC693F"/>
    <w:pPr>
      <w:spacing w:after="0" w:line="240" w:lineRule="auto"/>
    </w:pPr>
    <w:rPr>
      <w:color w:val="76923C" w:themeColor="accent3" w:themeShade="BF"/>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la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left w:val="nil"/>
          <w:right w:val="nil"/>
          <w:insideH w:val="nil"/>
          <w:insideV w:val="nil"/>
        </w:tcBorders>
        <w:shd w:val="clear" w:color="auto" w:fill="E6EED5" w:themeFill="accent3" w:themeFillTint="3F"/>
      </w:tcPr>
    </w:tblStylePr>
  </w:style>
  <w:style w:type="table" w:styleId="LightShading-Accent4">
    <w:name w:val="Light Shading Accent 4"/>
    <w:basedOn w:val="TableNormal"/>
    <w:uiPriority w:val="60"/>
    <w:rsid w:val="00FC693F"/>
    <w:pPr>
      <w:spacing w:after="0" w:line="240" w:lineRule="auto"/>
    </w:pPr>
    <w:rPr>
      <w:color w:val="5F497A" w:themeColor="accent4" w:themeShade="BF"/>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la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left w:val="nil"/>
          <w:right w:val="nil"/>
          <w:insideH w:val="nil"/>
          <w:insideV w:val="nil"/>
        </w:tcBorders>
        <w:shd w:val="clear" w:color="auto" w:fill="DFD8E8" w:themeFill="accent4" w:themeFillTint="3F"/>
      </w:tcPr>
    </w:tblStylePr>
  </w:style>
  <w:style w:type="table" w:styleId="LightShading-Accent5">
    <w:name w:val="Light Shading Accent 5"/>
    <w:basedOn w:val="TableNormal"/>
    <w:uiPriority w:val="60"/>
    <w:rsid w:val="00FC693F"/>
    <w:pPr>
      <w:spacing w:after="0" w:line="240" w:lineRule="auto"/>
    </w:pPr>
    <w:rPr>
      <w:color w:val="31849B" w:themeColor="accent5" w:themeShade="BF"/>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la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left w:val="nil"/>
          <w:right w:val="nil"/>
          <w:insideH w:val="nil"/>
          <w:insideV w:val="nil"/>
        </w:tcBorders>
        <w:shd w:val="clear" w:color="auto" w:fill="D2EAF1" w:themeFill="accent5" w:themeFillTint="3F"/>
      </w:tcPr>
    </w:tblStylePr>
  </w:style>
  <w:style w:type="table" w:styleId="LightShading-Accent6">
    <w:name w:val="Light Shading Accent 6"/>
    <w:basedOn w:val="TableNormal"/>
    <w:uiPriority w:val="60"/>
    <w:rsid w:val="00FC693F"/>
    <w:pPr>
      <w:spacing w:after="0" w:line="240" w:lineRule="auto"/>
    </w:pPr>
    <w:rPr>
      <w:color w:val="E36C0A" w:themeColor="accent6" w:themeShade="BF"/>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la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left w:val="nil"/>
          <w:right w:val="nil"/>
          <w:insideH w:val="nil"/>
          <w:insideV w:val="nil"/>
        </w:tcBorders>
        <w:shd w:val="clear" w:color="auto" w:fill="FDE4D0" w:themeFill="accent6" w:themeFillTint="3F"/>
      </w:tcPr>
    </w:tblStylePr>
  </w:style>
  <w:style w:type="table" w:styleId="LightList">
    <w:name w:val="Light List"/>
    <w:basedOn w:val="TableNormal"/>
    <w:uiPriority w:val="61"/>
    <w:rsid w:val="00FC693F"/>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000000" w:themeFill="text1"/>
      </w:tcPr>
    </w:tblStylePr>
    <w:tblStylePr w:type="lastRow">
      <w:pPr>
        <w:spacing w:before="0" w:after="0" w:line="240" w:lineRule="auto"/>
      </w:pPr>
      <w:rPr>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tcBorders>
      </w:tcPr>
    </w:tblStylePr>
    <w:tblStylePr w:type="firstCol">
      <w:rPr>
        <w:b/>
        <w:bCs/>
      </w:rPr>
    </w:tblStylePr>
    <w:tblStylePr w:type="lastCol">
      <w:rPr>
        <w:b/>
        <w:bCs/>
      </w:r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style>
  <w:style w:type="table" w:styleId="LightList-Accent1">
    <w:name w:val="Light List Accent 1"/>
    <w:basedOn w:val="TableNormal"/>
    <w:uiPriority w:val="61"/>
    <w:rsid w:val="00FC693F"/>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F81BD" w:themeFill="accent1"/>
      </w:tcPr>
    </w:tblStylePr>
    <w:tblStylePr w:type="lastRow">
      <w:pPr>
        <w:spacing w:before="0" w:after="0" w:line="240" w:lineRule="auto"/>
      </w:pPr>
      <w:rPr>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tcBorders>
      </w:tcPr>
    </w:tblStylePr>
    <w:tblStylePr w:type="firstCol">
      <w:rPr>
        <w:b/>
        <w:bCs/>
      </w:rPr>
    </w:tblStylePr>
    <w:tblStylePr w:type="lastCol">
      <w:rPr>
        <w:b/>
        <w:bCs/>
      </w:r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style>
  <w:style w:type="table" w:styleId="LightList-Accent2">
    <w:name w:val="Light List Accent 2"/>
    <w:basedOn w:val="TableNormal"/>
    <w:uiPriority w:val="61"/>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C0504D" w:themeFill="accent2"/>
      </w:tcPr>
    </w:tblStylePr>
    <w:tblStylePr w:type="lastRow">
      <w:pPr>
        <w:spacing w:before="0" w:after="0" w:line="240" w:lineRule="auto"/>
      </w:pPr>
      <w:rPr>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tcBorders>
      </w:tcPr>
    </w:tblStylePr>
    <w:tblStylePr w:type="firstCol">
      <w:rPr>
        <w:b/>
        <w:bCs/>
      </w:rPr>
    </w:tblStylePr>
    <w:tblStylePr w:type="lastCol">
      <w:rPr>
        <w:b/>
        <w:bCs/>
      </w:r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style>
  <w:style w:type="table" w:styleId="LightList-Accent3">
    <w:name w:val="Light List Accent 3"/>
    <w:basedOn w:val="TableNormal"/>
    <w:uiPriority w:val="61"/>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9BBB59" w:themeFill="accent3"/>
      </w:tcPr>
    </w:tblStylePr>
    <w:tblStylePr w:type="lastRow">
      <w:pPr>
        <w:spacing w:before="0" w:after="0" w:line="240" w:lineRule="auto"/>
      </w:pPr>
      <w:rPr>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tcBorders>
      </w:tcPr>
    </w:tblStylePr>
    <w:tblStylePr w:type="firstCol">
      <w:rPr>
        <w:b/>
        <w:bCs/>
      </w:rPr>
    </w:tblStylePr>
    <w:tblStylePr w:type="lastCol">
      <w:rPr>
        <w:b/>
        <w:bCs/>
      </w:r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style>
  <w:style w:type="table" w:styleId="LightList-Accent4">
    <w:name w:val="Light List Accent 4"/>
    <w:basedOn w:val="TableNormal"/>
    <w:uiPriority w:val="61"/>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8064A2" w:themeFill="accent4"/>
      </w:tcPr>
    </w:tblStylePr>
    <w:tblStylePr w:type="lastRow">
      <w:pPr>
        <w:spacing w:before="0" w:after="0" w:line="240" w:lineRule="auto"/>
      </w:pPr>
      <w:rPr>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tcBorders>
      </w:tcPr>
    </w:tblStylePr>
    <w:tblStylePr w:type="firstCol">
      <w:rPr>
        <w:b/>
        <w:bCs/>
      </w:rPr>
    </w:tblStylePr>
    <w:tblStylePr w:type="lastCol">
      <w:rPr>
        <w:b/>
        <w:bCs/>
      </w:r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style>
  <w:style w:type="table" w:styleId="LightList-Accent5">
    <w:name w:val="Light List Accent 5"/>
    <w:basedOn w:val="TableNormal"/>
    <w:uiPriority w:val="61"/>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BACC6" w:themeFill="accent5"/>
      </w:tcPr>
    </w:tblStylePr>
    <w:tblStylePr w:type="lastRow">
      <w:pPr>
        <w:spacing w:before="0" w:after="0" w:line="240" w:lineRule="auto"/>
      </w:pPr>
      <w:rPr>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tcBorders>
      </w:tcPr>
    </w:tblStylePr>
    <w:tblStylePr w:type="firstCol">
      <w:rPr>
        <w:b/>
        <w:bCs/>
      </w:rPr>
    </w:tblStylePr>
    <w:tblStylePr w:type="lastCol">
      <w:rPr>
        <w:b/>
        <w:bCs/>
      </w:r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style>
  <w:style w:type="table" w:styleId="LightList-Accent6">
    <w:name w:val="Light List Accent 6"/>
    <w:basedOn w:val="TableNormal"/>
    <w:uiPriority w:val="61"/>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F79646" w:themeFill="accent6"/>
      </w:tcPr>
    </w:tblStylePr>
    <w:tblStylePr w:type="lastRow">
      <w:pPr>
        <w:spacing w:before="0" w:after="0" w:line="240" w:lineRule="auto"/>
      </w:pPr>
      <w:rPr>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tcBorders>
      </w:tcPr>
    </w:tblStylePr>
    <w:tblStylePr w:type="firstCol">
      <w:rPr>
        <w:b/>
        <w:bCs/>
      </w:rPr>
    </w:tblStylePr>
    <w:tblStylePr w:type="lastCol">
      <w:rPr>
        <w:b/>
        <w:bCs/>
      </w:r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style>
  <w:style w:type="table" w:styleId="LightGrid">
    <w:name w:val="Light Grid"/>
    <w:basedOn w:val="TableNormal"/>
    <w:uiPriority w:val="62"/>
    <w:rsid w:val="00CB0664"/>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18" w:space="0" w:color="000000" w:themeColor="text1"/>
          <w:right w:val="single" w:sz="8" w:space="0" w:color="000000" w:themeColor="text1"/>
          <w:insideH w:val="nil"/>
          <w:insideV w:val="single" w:sz="8" w:space="0" w:color="000000" w:themeColor="tex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insideH w:val="nil"/>
          <w:insideV w:val="single" w:sz="8" w:space="0" w:color="000000" w:themeColor="tex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shd w:val="clear" w:color="auto" w:fill="C0C0C0" w:themeFill="text1" w:themeFillTint="3F"/>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shd w:val="clear" w:color="auto" w:fill="C0C0C0" w:themeFill="text1" w:themeFillTint="3F"/>
      </w:tcPr>
    </w:tblStylePr>
    <w:tblStylePr w:type="band2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tcPr>
    </w:tblStylePr>
  </w:style>
  <w:style w:type="table" w:styleId="LightGrid-Accent1">
    <w:name w:val="Light Grid Accent 1"/>
    <w:basedOn w:val="TableNormal"/>
    <w:uiPriority w:val="62"/>
    <w:rsid w:val="00CB0664"/>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18" w:space="0" w:color="4F81BD" w:themeColor="accent1"/>
          <w:right w:val="single" w:sz="8" w:space="0" w:color="4F81BD" w:themeColor="accent1"/>
          <w:insideH w:val="nil"/>
          <w:insideV w:val="single" w:sz="8" w:space="0" w:color="4F81BD" w:themeColor="accen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insideH w:val="nil"/>
          <w:insideV w:val="single" w:sz="8" w:space="0" w:color="4F81BD" w:themeColor="accen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shd w:val="clear" w:color="auto" w:fill="D3DFEE" w:themeFill="accent1" w:themeFillTint="3F"/>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shd w:val="clear" w:color="auto" w:fill="D3DFEE" w:themeFill="accent1" w:themeFillTint="3F"/>
      </w:tcPr>
    </w:tblStylePr>
    <w:tblStylePr w:type="band2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tcPr>
    </w:tblStylePr>
  </w:style>
  <w:style w:type="table" w:styleId="LightGrid-Accent2">
    <w:name w:val="Light Grid Accent 2"/>
    <w:basedOn w:val="TableNormal"/>
    <w:uiPriority w:val="62"/>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18" w:space="0" w:color="C0504D" w:themeColor="accent2"/>
          <w:right w:val="single" w:sz="8" w:space="0" w:color="C0504D" w:themeColor="accent2"/>
          <w:insideH w:val="nil"/>
          <w:insideV w:val="single" w:sz="8" w:space="0" w:color="C0504D" w:themeColor="accent2"/>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insideH w:val="nil"/>
          <w:insideV w:val="single" w:sz="8" w:space="0" w:color="C0504D" w:themeColor="accent2"/>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shd w:val="clear" w:color="auto" w:fill="EFD3D2" w:themeFill="accent2" w:themeFillTint="3F"/>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shd w:val="clear" w:color="auto" w:fill="EFD3D2" w:themeFill="accent2" w:themeFillTint="3F"/>
      </w:tcPr>
    </w:tblStylePr>
    <w:tblStylePr w:type="band2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tcPr>
    </w:tblStylePr>
  </w:style>
  <w:style w:type="table" w:styleId="LightGrid-Accent3">
    <w:name w:val="Light Grid Accent 3"/>
    <w:basedOn w:val="TableNormal"/>
    <w:uiPriority w:val="62"/>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18" w:space="0" w:color="9BBB59" w:themeColor="accent3"/>
          <w:right w:val="single" w:sz="8" w:space="0" w:color="9BBB59" w:themeColor="accent3"/>
          <w:insideH w:val="nil"/>
          <w:insideV w:val="single" w:sz="8" w:space="0" w:color="9BBB59" w:themeColor="accent3"/>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insideH w:val="nil"/>
          <w:insideV w:val="single" w:sz="8" w:space="0" w:color="9BBB59" w:themeColor="accent3"/>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shd w:val="clear" w:color="auto" w:fill="E6EED5" w:themeFill="accent3" w:themeFillTint="3F"/>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shd w:val="clear" w:color="auto" w:fill="E6EED5" w:themeFill="accent3" w:themeFillTint="3F"/>
      </w:tcPr>
    </w:tblStylePr>
    <w:tblStylePr w:type="band2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tcPr>
    </w:tblStylePr>
  </w:style>
  <w:style w:type="table" w:styleId="LightGrid-Accent4">
    <w:name w:val="Light Grid Accent 4"/>
    <w:basedOn w:val="TableNormal"/>
    <w:uiPriority w:val="62"/>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18" w:space="0" w:color="8064A2" w:themeColor="accent4"/>
          <w:right w:val="single" w:sz="8" w:space="0" w:color="8064A2" w:themeColor="accent4"/>
          <w:insideH w:val="nil"/>
          <w:insideV w:val="single" w:sz="8" w:space="0" w:color="8064A2" w:themeColor="accent4"/>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insideH w:val="nil"/>
          <w:insideV w:val="single" w:sz="8" w:space="0" w:color="8064A2" w:themeColor="accent4"/>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shd w:val="clear" w:color="auto" w:fill="DFD8E8" w:themeFill="accent4" w:themeFillTint="3F"/>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shd w:val="clear" w:color="auto" w:fill="DFD8E8" w:themeFill="accent4" w:themeFillTint="3F"/>
      </w:tcPr>
    </w:tblStylePr>
    <w:tblStylePr w:type="band2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tcPr>
    </w:tblStylePr>
  </w:style>
  <w:style w:type="table" w:styleId="LightGrid-Accent5">
    <w:name w:val="Light Grid Accent 5"/>
    <w:basedOn w:val="TableNormal"/>
    <w:uiPriority w:val="62"/>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18" w:space="0" w:color="4BACC6" w:themeColor="accent5"/>
          <w:right w:val="single" w:sz="8" w:space="0" w:color="4BACC6" w:themeColor="accent5"/>
          <w:insideH w:val="nil"/>
          <w:insideV w:val="single" w:sz="8" w:space="0" w:color="4BACC6" w:themeColor="accent5"/>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insideH w:val="nil"/>
          <w:insideV w:val="single" w:sz="8" w:space="0" w:color="4BACC6" w:themeColor="accent5"/>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shd w:val="clear" w:color="auto" w:fill="D2EAF1" w:themeFill="accent5" w:themeFillTint="3F"/>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shd w:val="clear" w:color="auto" w:fill="D2EAF1" w:themeFill="accent5" w:themeFillTint="3F"/>
      </w:tcPr>
    </w:tblStylePr>
    <w:tblStylePr w:type="band2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tcPr>
    </w:tblStylePr>
  </w:style>
  <w:style w:type="table" w:styleId="LightGrid-Accent6">
    <w:name w:val="Light Grid Accent 6"/>
    <w:basedOn w:val="TableNormal"/>
    <w:uiPriority w:val="62"/>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18" w:space="0" w:color="F79646" w:themeColor="accent6"/>
          <w:right w:val="single" w:sz="8" w:space="0" w:color="F79646" w:themeColor="accent6"/>
          <w:insideH w:val="nil"/>
          <w:insideV w:val="single" w:sz="8" w:space="0" w:color="F79646" w:themeColor="accent6"/>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insideH w:val="nil"/>
          <w:insideV w:val="single" w:sz="8" w:space="0" w:color="F79646" w:themeColor="accent6"/>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shd w:val="clear" w:color="auto" w:fill="FDE4D0" w:themeFill="accent6" w:themeFillTint="3F"/>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shd w:val="clear" w:color="auto" w:fill="FDE4D0" w:themeFill="accent6" w:themeFillTint="3F"/>
      </w:tcPr>
    </w:tblStylePr>
    <w:tblStylePr w:type="band2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tcPr>
    </w:tblStylePr>
  </w:style>
  <w:style w:type="table" w:styleId="MediumShading1">
    <w:name w:val="Medium Shading 1"/>
    <w:basedOn w:val="TableNormal"/>
    <w:uiPriority w:val="63"/>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shd w:val="clear" w:color="auto" w:fill="000000" w:themeFill="text1"/>
      </w:tcPr>
    </w:tblStylePr>
    <w:tblStylePr w:type="lastRow">
      <w:pPr>
        <w:spacing w:before="0" w:after="0" w:line="240" w:lineRule="auto"/>
      </w:pPr>
      <w:rPr>
        <w:b/>
        <w:bCs/>
      </w:rPr>
      <w:tblPr/>
      <w:tcPr>
        <w:tcBorders>
          <w:top w:val="double" w:sz="6"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tcPr>
    </w:tblStylePr>
    <w:tblStylePr w:type="firstCol">
      <w:rPr>
        <w:b/>
        <w:bCs/>
      </w:rPr>
    </w:tblStylePr>
    <w:tblStylePr w:type="lastCol">
      <w:rPr>
        <w:b/>
        <w:bCs/>
      </w:rPr>
    </w:tblStylePr>
    <w:tblStylePr w:type="band1Vert">
      <w:tblPr/>
      <w:tcPr>
        <w:shd w:val="clear" w:color="auto" w:fill="C0C0C0" w:themeFill="text1" w:themeFillTint="3F"/>
      </w:tcPr>
    </w:tblStylePr>
    <w:tblStylePr w:type="band1Horz">
      <w:tblPr/>
      <w:tcPr>
        <w:tcBorders>
          <w:insideH w:val="nil"/>
          <w:insideV w:val="nil"/>
        </w:tcBorders>
        <w:shd w:val="clear" w:color="auto" w:fill="C0C0C0" w:themeFill="text1" w:themeFillTint="3F"/>
      </w:tcPr>
    </w:tblStylePr>
    <w:tblStylePr w:type="band2Horz">
      <w:tblPr/>
      <w:tcPr>
        <w:tcBorders>
          <w:insideH w:val="nil"/>
          <w:insideV w:val="nil"/>
        </w:tcBorders>
      </w:tcPr>
    </w:tblStylePr>
  </w:style>
  <w:style w:type="table" w:styleId="MediumShading1-Accent1">
    <w:name w:val="Medium Shading 1 Accent 1"/>
    <w:basedOn w:val="TableNormal"/>
    <w:uiPriority w:val="63"/>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shd w:val="clear" w:color="auto" w:fill="4F81BD" w:themeFill="accent1"/>
      </w:tcPr>
    </w:tblStylePr>
    <w:tblStylePr w:type="lastRow">
      <w:pPr>
        <w:spacing w:before="0" w:after="0" w:line="240" w:lineRule="auto"/>
      </w:pPr>
      <w:rPr>
        <w:b/>
        <w:bCs/>
      </w:rPr>
      <w:tblPr/>
      <w:tcPr>
        <w:tcBorders>
          <w:top w:val="double" w:sz="6"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tcPr>
    </w:tblStylePr>
    <w:tblStylePr w:type="firstCol">
      <w:rPr>
        <w:b/>
        <w:bCs/>
      </w:rPr>
    </w:tblStylePr>
    <w:tblStylePr w:type="lastCol">
      <w:rPr>
        <w:b/>
        <w:bCs/>
      </w:rPr>
    </w:tblStylePr>
    <w:tblStylePr w:type="band1Vert">
      <w:tblPr/>
      <w:tcPr>
        <w:shd w:val="clear" w:color="auto" w:fill="D3DFEE" w:themeFill="accent1" w:themeFillTint="3F"/>
      </w:tcPr>
    </w:tblStylePr>
    <w:tblStylePr w:type="band1Horz">
      <w:tblPr/>
      <w:tcPr>
        <w:tcBorders>
          <w:insideH w:val="nil"/>
          <w:insideV w:val="nil"/>
        </w:tcBorders>
        <w:shd w:val="clear" w:color="auto" w:fill="D3DFEE" w:themeFill="accent1" w:themeFillTint="3F"/>
      </w:tcPr>
    </w:tblStylePr>
    <w:tblStylePr w:type="band2Horz">
      <w:tblPr/>
      <w:tcPr>
        <w:tcBorders>
          <w:insideH w:val="nil"/>
          <w:insideV w:val="nil"/>
        </w:tcBorders>
      </w:tcPr>
    </w:tblStylePr>
  </w:style>
  <w:style w:type="table" w:styleId="MediumShading1-Accent2">
    <w:name w:val="Medium Shading 1 Accent 2"/>
    <w:basedOn w:val="TableNormal"/>
    <w:uiPriority w:val="63"/>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shd w:val="clear" w:color="auto" w:fill="C0504D" w:themeFill="accent2"/>
      </w:tcPr>
    </w:tblStylePr>
    <w:tblStylePr w:type="lastRow">
      <w:pPr>
        <w:spacing w:before="0" w:after="0" w:line="240" w:lineRule="auto"/>
      </w:pPr>
      <w:rPr>
        <w:b/>
        <w:bCs/>
      </w:rPr>
      <w:tblPr/>
      <w:tcPr>
        <w:tcBorders>
          <w:top w:val="double" w:sz="6"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tcPr>
    </w:tblStylePr>
    <w:tblStylePr w:type="firstCol">
      <w:rPr>
        <w:b/>
        <w:bCs/>
      </w:rPr>
    </w:tblStylePr>
    <w:tblStylePr w:type="lastCol">
      <w:rPr>
        <w:b/>
        <w:bCs/>
      </w:rPr>
    </w:tblStylePr>
    <w:tblStylePr w:type="band1Vert">
      <w:tblPr/>
      <w:tcPr>
        <w:shd w:val="clear" w:color="auto" w:fill="EFD3D2" w:themeFill="accent2" w:themeFillTint="3F"/>
      </w:tcPr>
    </w:tblStylePr>
    <w:tblStylePr w:type="band1Horz">
      <w:tblPr/>
      <w:tcPr>
        <w:tcBorders>
          <w:insideH w:val="nil"/>
          <w:insideV w:val="nil"/>
        </w:tcBorders>
        <w:shd w:val="clear" w:color="auto" w:fill="EFD3D2" w:themeFill="accent2" w:themeFillTint="3F"/>
      </w:tcPr>
    </w:tblStylePr>
    <w:tblStylePr w:type="band2Horz">
      <w:tblPr/>
      <w:tcPr>
        <w:tcBorders>
          <w:insideH w:val="nil"/>
          <w:insideV w:val="nil"/>
        </w:tcBorders>
      </w:tcPr>
    </w:tblStylePr>
  </w:style>
  <w:style w:type="table" w:styleId="MediumShading1-Accent3">
    <w:name w:val="Medium Shading 1 Accent 3"/>
    <w:basedOn w:val="TableNormal"/>
    <w:uiPriority w:val="63"/>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shd w:val="clear" w:color="auto" w:fill="9BBB59" w:themeFill="accent3"/>
      </w:tcPr>
    </w:tblStylePr>
    <w:tblStylePr w:type="lastRow">
      <w:pPr>
        <w:spacing w:before="0" w:after="0" w:line="240" w:lineRule="auto"/>
      </w:pPr>
      <w:rPr>
        <w:b/>
        <w:bCs/>
      </w:rPr>
      <w:tblPr/>
      <w:tcPr>
        <w:tcBorders>
          <w:top w:val="double" w:sz="6"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tcPr>
    </w:tblStylePr>
    <w:tblStylePr w:type="firstCol">
      <w:rPr>
        <w:b/>
        <w:bCs/>
      </w:rPr>
    </w:tblStylePr>
    <w:tblStylePr w:type="lastCol">
      <w:rPr>
        <w:b/>
        <w:bCs/>
      </w:rPr>
    </w:tblStylePr>
    <w:tblStylePr w:type="band1Vert">
      <w:tblPr/>
      <w:tcPr>
        <w:shd w:val="clear" w:color="auto" w:fill="E6EED5" w:themeFill="accent3" w:themeFillTint="3F"/>
      </w:tcPr>
    </w:tblStylePr>
    <w:tblStylePr w:type="band1Horz">
      <w:tblPr/>
      <w:tcPr>
        <w:tcBorders>
          <w:insideH w:val="nil"/>
          <w:insideV w:val="nil"/>
        </w:tcBorders>
        <w:shd w:val="clear" w:color="auto" w:fill="E6EED5" w:themeFill="accent3" w:themeFillTint="3F"/>
      </w:tcPr>
    </w:tblStylePr>
    <w:tblStylePr w:type="band2Horz">
      <w:tblPr/>
      <w:tcPr>
        <w:tcBorders>
          <w:insideH w:val="nil"/>
          <w:insideV w:val="nil"/>
        </w:tcBorders>
      </w:tcPr>
    </w:tblStylePr>
  </w:style>
  <w:style w:type="table" w:styleId="MediumShading1-Accent4">
    <w:name w:val="Medium Shading 1 Accent 4"/>
    <w:basedOn w:val="TableNormal"/>
    <w:uiPriority w:val="63"/>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shd w:val="clear" w:color="auto" w:fill="8064A2" w:themeFill="accent4"/>
      </w:tcPr>
    </w:tblStylePr>
    <w:tblStylePr w:type="lastRow">
      <w:pPr>
        <w:spacing w:before="0" w:after="0" w:line="240" w:lineRule="auto"/>
      </w:pPr>
      <w:rPr>
        <w:b/>
        <w:bCs/>
      </w:rPr>
      <w:tblPr/>
      <w:tcPr>
        <w:tcBorders>
          <w:top w:val="double" w:sz="6"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tcPr>
    </w:tblStylePr>
    <w:tblStylePr w:type="firstCol">
      <w:rPr>
        <w:b/>
        <w:bCs/>
      </w:rPr>
    </w:tblStylePr>
    <w:tblStylePr w:type="lastCol">
      <w:rPr>
        <w:b/>
        <w:bCs/>
      </w:rPr>
    </w:tblStylePr>
    <w:tblStylePr w:type="band1Vert">
      <w:tblPr/>
      <w:tcPr>
        <w:shd w:val="clear" w:color="auto" w:fill="DFD8E8" w:themeFill="accent4" w:themeFillTint="3F"/>
      </w:tcPr>
    </w:tblStylePr>
    <w:tblStylePr w:type="band1Horz">
      <w:tblPr/>
      <w:tcPr>
        <w:tcBorders>
          <w:insideH w:val="nil"/>
          <w:insideV w:val="nil"/>
        </w:tcBorders>
        <w:shd w:val="clear" w:color="auto" w:fill="DFD8E8" w:themeFill="accent4" w:themeFillTint="3F"/>
      </w:tcPr>
    </w:tblStylePr>
    <w:tblStylePr w:type="band2Horz">
      <w:tblPr/>
      <w:tcPr>
        <w:tcBorders>
          <w:insideH w:val="nil"/>
          <w:insideV w:val="nil"/>
        </w:tcBorders>
      </w:tcPr>
    </w:tblStylePr>
  </w:style>
  <w:style w:type="table" w:styleId="MediumShading1-Accent5">
    <w:name w:val="Medium Shading 1 Accent 5"/>
    <w:basedOn w:val="TableNormal"/>
    <w:uiPriority w:val="63"/>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shd w:val="clear" w:color="auto" w:fill="4BACC6" w:themeFill="accent5"/>
      </w:tcPr>
    </w:tblStylePr>
    <w:tblStylePr w:type="lastRow">
      <w:pPr>
        <w:spacing w:before="0" w:after="0" w:line="240" w:lineRule="auto"/>
      </w:pPr>
      <w:rPr>
        <w:b/>
        <w:bCs/>
      </w:rPr>
      <w:tblPr/>
      <w:tcPr>
        <w:tcBorders>
          <w:top w:val="double" w:sz="6"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tcPr>
    </w:tblStylePr>
    <w:tblStylePr w:type="firstCol">
      <w:rPr>
        <w:b/>
        <w:bCs/>
      </w:rPr>
    </w:tblStylePr>
    <w:tblStylePr w:type="lastCol">
      <w:rPr>
        <w:b/>
        <w:bCs/>
      </w:rPr>
    </w:tblStylePr>
    <w:tblStylePr w:type="band1Vert">
      <w:tblPr/>
      <w:tcPr>
        <w:shd w:val="clear" w:color="auto" w:fill="D2EAF1" w:themeFill="accent5" w:themeFillTint="3F"/>
      </w:tcPr>
    </w:tblStylePr>
    <w:tblStylePr w:type="band1Horz">
      <w:tblPr/>
      <w:tcPr>
        <w:tcBorders>
          <w:insideH w:val="nil"/>
          <w:insideV w:val="nil"/>
        </w:tcBorders>
        <w:shd w:val="clear" w:color="auto" w:fill="D2EAF1" w:themeFill="accent5" w:themeFillTint="3F"/>
      </w:tcPr>
    </w:tblStylePr>
    <w:tblStylePr w:type="band2Horz">
      <w:tblPr/>
      <w:tcPr>
        <w:tcBorders>
          <w:insideH w:val="nil"/>
          <w:insideV w:val="nil"/>
        </w:tcBorders>
      </w:tcPr>
    </w:tblStylePr>
  </w:style>
  <w:style w:type="table" w:styleId="MediumShading1-Accent6">
    <w:name w:val="Medium Shading 1 Accent 6"/>
    <w:basedOn w:val="TableNormal"/>
    <w:uiPriority w:val="63"/>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shd w:val="clear" w:color="auto" w:fill="F79646" w:themeFill="accent6"/>
      </w:tcPr>
    </w:tblStylePr>
    <w:tblStylePr w:type="lastRow">
      <w:pPr>
        <w:spacing w:before="0" w:after="0" w:line="240" w:lineRule="auto"/>
      </w:pPr>
      <w:rPr>
        <w:b/>
        <w:bCs/>
      </w:rPr>
      <w:tblPr/>
      <w:tcPr>
        <w:tcBorders>
          <w:top w:val="double" w:sz="6"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tcPr>
    </w:tblStylePr>
    <w:tblStylePr w:type="firstCol">
      <w:rPr>
        <w:b/>
        <w:bCs/>
      </w:rPr>
    </w:tblStylePr>
    <w:tblStylePr w:type="lastCol">
      <w:rPr>
        <w:b/>
        <w:bCs/>
      </w:rPr>
    </w:tblStylePr>
    <w:tblStylePr w:type="band1Vert">
      <w:tblPr/>
      <w:tcPr>
        <w:shd w:val="clear" w:color="auto" w:fill="FDE4D0" w:themeFill="accent6" w:themeFillTint="3F"/>
      </w:tcPr>
    </w:tblStylePr>
    <w:tblStylePr w:type="band1Horz">
      <w:tblPr/>
      <w:tcPr>
        <w:tcBorders>
          <w:insideH w:val="nil"/>
          <w:insideV w:val="nil"/>
        </w:tcBorders>
        <w:shd w:val="clear" w:color="auto" w:fill="FDE4D0" w:themeFill="accent6" w:themeFillTint="3F"/>
      </w:tcPr>
    </w:tblStylePr>
    <w:tblStylePr w:type="band2Horz">
      <w:tblPr/>
      <w:tcPr>
        <w:tcBorders>
          <w:insideH w:val="nil"/>
          <w:insideV w:val="nil"/>
        </w:tcBorders>
      </w:tcPr>
    </w:tblStylePr>
  </w:style>
  <w:style w:type="table" w:styleId="MediumShading2">
    <w:name w:val="Medium Shading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000000" w:themeFill="tex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000000" w:themeFill="text1"/>
      </w:tcPr>
    </w:tblStylePr>
    <w:tblStylePr w:type="lastCol">
      <w:rPr>
        <w:b/>
        <w:bCs/>
        <w:color w:val="FFFFFF" w:themeColor="background1"/>
      </w:rPr>
      <w:tblPr/>
      <w:tcPr>
        <w:tcBorders>
          <w:left w:val="nil"/>
          <w:right w:val="nil"/>
          <w:insideH w:val="nil"/>
          <w:insideV w:val="nil"/>
        </w:tcBorders>
        <w:shd w:val="clear" w:color="auto" w:fill="000000" w:themeFill="tex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1">
    <w:name w:val="Medium Shading 2 Accent 1"/>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F81BD" w:themeFill="accen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F81BD" w:themeFill="accent1"/>
      </w:tcPr>
    </w:tblStylePr>
    <w:tblStylePr w:type="lastCol">
      <w:rPr>
        <w:b/>
        <w:bCs/>
        <w:color w:val="FFFFFF" w:themeColor="background1"/>
      </w:rPr>
      <w:tblPr/>
      <w:tcPr>
        <w:tcBorders>
          <w:left w:val="nil"/>
          <w:right w:val="nil"/>
          <w:insideH w:val="nil"/>
          <w:insideV w:val="nil"/>
        </w:tcBorders>
        <w:shd w:val="clear" w:color="auto" w:fill="4F81BD" w:themeFill="accen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2">
    <w:name w:val="Medium Shading 2 Accent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C0504D" w:themeFill="accent2"/>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C0504D" w:themeFill="accent2"/>
      </w:tcPr>
    </w:tblStylePr>
    <w:tblStylePr w:type="lastCol">
      <w:rPr>
        <w:b/>
        <w:bCs/>
        <w:color w:val="FFFFFF" w:themeColor="background1"/>
      </w:rPr>
      <w:tblPr/>
      <w:tcPr>
        <w:tcBorders>
          <w:left w:val="nil"/>
          <w:right w:val="nil"/>
          <w:insideH w:val="nil"/>
          <w:insideV w:val="nil"/>
        </w:tcBorders>
        <w:shd w:val="clear" w:color="auto" w:fill="C0504D" w:themeFill="accent2"/>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3">
    <w:name w:val="Medium Shading 2 Accent 3"/>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9BBB59" w:themeFill="accent3"/>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9BBB59" w:themeFill="accent3"/>
      </w:tcPr>
    </w:tblStylePr>
    <w:tblStylePr w:type="lastCol">
      <w:rPr>
        <w:b/>
        <w:bCs/>
        <w:color w:val="FFFFFF" w:themeColor="background1"/>
      </w:rPr>
      <w:tblPr/>
      <w:tcPr>
        <w:tcBorders>
          <w:left w:val="nil"/>
          <w:right w:val="nil"/>
          <w:insideH w:val="nil"/>
          <w:insideV w:val="nil"/>
        </w:tcBorders>
        <w:shd w:val="clear" w:color="auto" w:fill="9BBB59" w:themeFill="accent3"/>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4">
    <w:name w:val="Medium Shading 2 Accent 4"/>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8064A2" w:themeFill="accent4"/>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8064A2" w:themeFill="accent4"/>
      </w:tcPr>
    </w:tblStylePr>
    <w:tblStylePr w:type="lastCol">
      <w:rPr>
        <w:b/>
        <w:bCs/>
        <w:color w:val="FFFFFF" w:themeColor="background1"/>
      </w:rPr>
      <w:tblPr/>
      <w:tcPr>
        <w:tcBorders>
          <w:left w:val="nil"/>
          <w:right w:val="nil"/>
          <w:insideH w:val="nil"/>
          <w:insideV w:val="nil"/>
        </w:tcBorders>
        <w:shd w:val="clear" w:color="auto" w:fill="8064A2" w:themeFill="accent4"/>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5">
    <w:name w:val="Medium Shading 2 Accent 5"/>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BACC6" w:themeFill="accent5"/>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BACC6" w:themeFill="accent5"/>
      </w:tcPr>
    </w:tblStylePr>
    <w:tblStylePr w:type="lastCol">
      <w:rPr>
        <w:b/>
        <w:bCs/>
        <w:color w:val="FFFFFF" w:themeColor="background1"/>
      </w:rPr>
      <w:tblPr/>
      <w:tcPr>
        <w:tcBorders>
          <w:left w:val="nil"/>
          <w:right w:val="nil"/>
          <w:insideH w:val="nil"/>
          <w:insideV w:val="nil"/>
        </w:tcBorders>
        <w:shd w:val="clear" w:color="auto" w:fill="4BACC6" w:themeFill="accent5"/>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6">
    <w:name w:val="Medium Shading 2 Accent 6"/>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F79646" w:themeFill="accent6"/>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F79646" w:themeFill="accent6"/>
      </w:tcPr>
    </w:tblStylePr>
    <w:tblStylePr w:type="lastCol">
      <w:rPr>
        <w:b/>
        <w:bCs/>
        <w:color w:val="FFFFFF" w:themeColor="background1"/>
      </w:rPr>
      <w:tblPr/>
      <w:tcPr>
        <w:tcBorders>
          <w:left w:val="nil"/>
          <w:right w:val="nil"/>
          <w:insideH w:val="nil"/>
          <w:insideV w:val="nil"/>
        </w:tcBorders>
        <w:shd w:val="clear" w:color="auto" w:fill="F79646" w:themeFill="accent6"/>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List1">
    <w:name w:val="Medium Lis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000000" w:themeColor="text1"/>
        </w:tcBorders>
      </w:tcPr>
    </w:tblStylePr>
    <w:tblStylePr w:type="lastRow">
      <w:rPr>
        <w:b/>
        <w:bCs/>
        <w:color w:val="1F497D" w:themeColor="text2"/>
      </w:rPr>
      <w:tblPr/>
      <w:tcPr>
        <w:tcBorders>
          <w:top w:val="single" w:sz="8" w:space="0" w:color="000000" w:themeColor="text1"/>
          <w:bottom w:val="single" w:sz="8" w:space="0" w:color="000000" w:themeColor="text1"/>
        </w:tcBorders>
      </w:tcPr>
    </w:tblStylePr>
    <w:tblStylePr w:type="firstCol">
      <w:rPr>
        <w:b/>
        <w:bCs/>
      </w:rPr>
    </w:tblStylePr>
    <w:tblStylePr w:type="lastCol">
      <w:rPr>
        <w:b/>
        <w:bCs/>
      </w:rPr>
      <w:tblPr/>
      <w:tcPr>
        <w:tcBorders>
          <w:top w:val="single" w:sz="8" w:space="0" w:color="000000" w:themeColor="text1"/>
          <w:bottom w:val="single" w:sz="8" w:space="0" w:color="000000" w:themeColor="text1"/>
        </w:tcBorders>
      </w:tcPr>
    </w:tblStylePr>
    <w:tblStylePr w:type="band1Vert">
      <w:tblPr/>
      <w:tcPr>
        <w:shd w:val="clear" w:color="auto" w:fill="C0C0C0" w:themeFill="text1" w:themeFillTint="3F"/>
      </w:tcPr>
    </w:tblStylePr>
    <w:tblStylePr w:type="band1Horz">
      <w:tblPr/>
      <w:tcPr>
        <w:shd w:val="clear" w:color="auto" w:fill="C0C0C0" w:themeFill="text1" w:themeFillTint="3F"/>
      </w:tcPr>
    </w:tblStylePr>
  </w:style>
  <w:style w:type="table" w:styleId="MediumList1-Accent1">
    <w:name w:val="Medium List 1 Accen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F81BD" w:themeColor="accent1"/>
        </w:tcBorders>
      </w:tcPr>
    </w:tblStylePr>
    <w:tblStylePr w:type="lastRow">
      <w:rPr>
        <w:b/>
        <w:bCs/>
        <w:color w:val="1F497D" w:themeColor="text2"/>
      </w:rPr>
      <w:tblPr/>
      <w:tcPr>
        <w:tcBorders>
          <w:top w:val="single" w:sz="8" w:space="0" w:color="4F81BD" w:themeColor="accent1"/>
          <w:bottom w:val="single" w:sz="8" w:space="0" w:color="4F81BD" w:themeColor="accent1"/>
        </w:tcBorders>
      </w:tcPr>
    </w:tblStylePr>
    <w:tblStylePr w:type="firstCol">
      <w:rPr>
        <w:b/>
        <w:bCs/>
      </w:rPr>
    </w:tblStylePr>
    <w:tblStylePr w:type="lastCol">
      <w:rPr>
        <w:b/>
        <w:bCs/>
      </w:rPr>
      <w:tblPr/>
      <w:tcPr>
        <w:tcBorders>
          <w:top w:val="single" w:sz="8" w:space="0" w:color="4F81BD" w:themeColor="accent1"/>
          <w:bottom w:val="single" w:sz="8" w:space="0" w:color="4F81BD" w:themeColor="accent1"/>
        </w:tcBorders>
      </w:tcPr>
    </w:tblStylePr>
    <w:tblStylePr w:type="band1Vert">
      <w:tblPr/>
      <w:tcPr>
        <w:shd w:val="clear" w:color="auto" w:fill="D3DFEE" w:themeFill="accent1" w:themeFillTint="3F"/>
      </w:tcPr>
    </w:tblStylePr>
    <w:tblStylePr w:type="band1Horz">
      <w:tblPr/>
      <w:tcPr>
        <w:shd w:val="clear" w:color="auto" w:fill="D3DFEE" w:themeFill="accent1" w:themeFillTint="3F"/>
      </w:tcPr>
    </w:tblStylePr>
  </w:style>
  <w:style w:type="table" w:styleId="MediumList1-Accent2">
    <w:name w:val="Medium List 1 Accent 2"/>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C0504D" w:themeColor="accent2"/>
        </w:tcBorders>
      </w:tcPr>
    </w:tblStylePr>
    <w:tblStylePr w:type="lastRow">
      <w:rPr>
        <w:b/>
        <w:bCs/>
        <w:color w:val="1F497D" w:themeColor="text2"/>
      </w:rPr>
      <w:tblPr/>
      <w:tcPr>
        <w:tcBorders>
          <w:top w:val="single" w:sz="8" w:space="0" w:color="C0504D" w:themeColor="accent2"/>
          <w:bottom w:val="single" w:sz="8" w:space="0" w:color="C0504D" w:themeColor="accent2"/>
        </w:tcBorders>
      </w:tcPr>
    </w:tblStylePr>
    <w:tblStylePr w:type="firstCol">
      <w:rPr>
        <w:b/>
        <w:bCs/>
      </w:rPr>
    </w:tblStylePr>
    <w:tblStylePr w:type="lastCol">
      <w:rPr>
        <w:b/>
        <w:bCs/>
      </w:rPr>
      <w:tblPr/>
      <w:tcPr>
        <w:tcBorders>
          <w:top w:val="single" w:sz="8" w:space="0" w:color="C0504D" w:themeColor="accent2"/>
          <w:bottom w:val="single" w:sz="8" w:space="0" w:color="C0504D" w:themeColor="accent2"/>
        </w:tcBorders>
      </w:tcPr>
    </w:tblStylePr>
    <w:tblStylePr w:type="band1Vert">
      <w:tblPr/>
      <w:tcPr>
        <w:shd w:val="clear" w:color="auto" w:fill="EFD3D2" w:themeFill="accent2" w:themeFillTint="3F"/>
      </w:tcPr>
    </w:tblStylePr>
    <w:tblStylePr w:type="band1Horz">
      <w:tblPr/>
      <w:tcPr>
        <w:shd w:val="clear" w:color="auto" w:fill="EFD3D2" w:themeFill="accent2" w:themeFillTint="3F"/>
      </w:tcPr>
    </w:tblStylePr>
  </w:style>
  <w:style w:type="table" w:styleId="MediumList1-Accent3">
    <w:name w:val="Medium List 1 Accent 3"/>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9BBB59" w:themeColor="accent3"/>
        </w:tcBorders>
      </w:tcPr>
    </w:tblStylePr>
    <w:tblStylePr w:type="lastRow">
      <w:rPr>
        <w:b/>
        <w:bCs/>
        <w:color w:val="1F497D" w:themeColor="text2"/>
      </w:rPr>
      <w:tblPr/>
      <w:tcPr>
        <w:tcBorders>
          <w:top w:val="single" w:sz="8" w:space="0" w:color="9BBB59" w:themeColor="accent3"/>
          <w:bottom w:val="single" w:sz="8" w:space="0" w:color="9BBB59" w:themeColor="accent3"/>
        </w:tcBorders>
      </w:tcPr>
    </w:tblStylePr>
    <w:tblStylePr w:type="firstCol">
      <w:rPr>
        <w:b/>
        <w:bCs/>
      </w:rPr>
    </w:tblStylePr>
    <w:tblStylePr w:type="lastCol">
      <w:rPr>
        <w:b/>
        <w:bCs/>
      </w:rPr>
      <w:tblPr/>
      <w:tcPr>
        <w:tcBorders>
          <w:top w:val="single" w:sz="8" w:space="0" w:color="9BBB59" w:themeColor="accent3"/>
          <w:bottom w:val="single" w:sz="8" w:space="0" w:color="9BBB59" w:themeColor="accent3"/>
        </w:tcBorders>
      </w:tcPr>
    </w:tblStylePr>
    <w:tblStylePr w:type="band1Vert">
      <w:tblPr/>
      <w:tcPr>
        <w:shd w:val="clear" w:color="auto" w:fill="E6EED5" w:themeFill="accent3" w:themeFillTint="3F"/>
      </w:tcPr>
    </w:tblStylePr>
    <w:tblStylePr w:type="band1Horz">
      <w:tblPr/>
      <w:tcPr>
        <w:shd w:val="clear" w:color="auto" w:fill="E6EED5" w:themeFill="accent3" w:themeFillTint="3F"/>
      </w:tcPr>
    </w:tblStylePr>
  </w:style>
  <w:style w:type="table" w:styleId="MediumList1-Accent4">
    <w:name w:val="Medium List 1 Accent 4"/>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8064A2" w:themeColor="accent4"/>
        </w:tcBorders>
      </w:tcPr>
    </w:tblStylePr>
    <w:tblStylePr w:type="lastRow">
      <w:rPr>
        <w:b/>
        <w:bCs/>
        <w:color w:val="1F497D" w:themeColor="text2"/>
      </w:rPr>
      <w:tblPr/>
      <w:tcPr>
        <w:tcBorders>
          <w:top w:val="single" w:sz="8" w:space="0" w:color="8064A2" w:themeColor="accent4"/>
          <w:bottom w:val="single" w:sz="8" w:space="0" w:color="8064A2" w:themeColor="accent4"/>
        </w:tcBorders>
      </w:tcPr>
    </w:tblStylePr>
    <w:tblStylePr w:type="firstCol">
      <w:rPr>
        <w:b/>
        <w:bCs/>
      </w:rPr>
    </w:tblStylePr>
    <w:tblStylePr w:type="lastCol">
      <w:rPr>
        <w:b/>
        <w:bCs/>
      </w:rPr>
      <w:tblPr/>
      <w:tcPr>
        <w:tcBorders>
          <w:top w:val="single" w:sz="8" w:space="0" w:color="8064A2" w:themeColor="accent4"/>
          <w:bottom w:val="single" w:sz="8" w:space="0" w:color="8064A2" w:themeColor="accent4"/>
        </w:tcBorders>
      </w:tcPr>
    </w:tblStylePr>
    <w:tblStylePr w:type="band1Vert">
      <w:tblPr/>
      <w:tcPr>
        <w:shd w:val="clear" w:color="auto" w:fill="DFD8E8" w:themeFill="accent4" w:themeFillTint="3F"/>
      </w:tcPr>
    </w:tblStylePr>
    <w:tblStylePr w:type="band1Horz">
      <w:tblPr/>
      <w:tcPr>
        <w:shd w:val="clear" w:color="auto" w:fill="DFD8E8" w:themeFill="accent4" w:themeFillTint="3F"/>
      </w:tcPr>
    </w:tblStylePr>
  </w:style>
  <w:style w:type="table" w:styleId="MediumList1-Accent5">
    <w:name w:val="Medium List 1 Accent 5"/>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BACC6" w:themeColor="accent5"/>
        </w:tcBorders>
      </w:tcPr>
    </w:tblStylePr>
    <w:tblStylePr w:type="lastRow">
      <w:rPr>
        <w:b/>
        <w:bCs/>
        <w:color w:val="1F497D" w:themeColor="text2"/>
      </w:rPr>
      <w:tblPr/>
      <w:tcPr>
        <w:tcBorders>
          <w:top w:val="single" w:sz="8" w:space="0" w:color="4BACC6" w:themeColor="accent5"/>
          <w:bottom w:val="single" w:sz="8" w:space="0" w:color="4BACC6" w:themeColor="accent5"/>
        </w:tcBorders>
      </w:tcPr>
    </w:tblStylePr>
    <w:tblStylePr w:type="firstCol">
      <w:rPr>
        <w:b/>
        <w:bCs/>
      </w:rPr>
    </w:tblStylePr>
    <w:tblStylePr w:type="lastCol">
      <w:rPr>
        <w:b/>
        <w:bCs/>
      </w:rPr>
      <w:tblPr/>
      <w:tcPr>
        <w:tcBorders>
          <w:top w:val="single" w:sz="8" w:space="0" w:color="4BACC6" w:themeColor="accent5"/>
          <w:bottom w:val="single" w:sz="8" w:space="0" w:color="4BACC6" w:themeColor="accent5"/>
        </w:tcBorders>
      </w:tcPr>
    </w:tblStylePr>
    <w:tblStylePr w:type="band1Vert">
      <w:tblPr/>
      <w:tcPr>
        <w:shd w:val="clear" w:color="auto" w:fill="D2EAF1" w:themeFill="accent5" w:themeFillTint="3F"/>
      </w:tcPr>
    </w:tblStylePr>
    <w:tblStylePr w:type="band1Horz">
      <w:tblPr/>
      <w:tcPr>
        <w:shd w:val="clear" w:color="auto" w:fill="D2EAF1" w:themeFill="accent5" w:themeFillTint="3F"/>
      </w:tcPr>
    </w:tblStylePr>
  </w:style>
  <w:style w:type="table" w:styleId="MediumList1-Accent6">
    <w:name w:val="Medium List 1 Accent 6"/>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F79646" w:themeColor="accent6"/>
        </w:tcBorders>
      </w:tcPr>
    </w:tblStylePr>
    <w:tblStylePr w:type="lastRow">
      <w:rPr>
        <w:b/>
        <w:bCs/>
        <w:color w:val="1F497D" w:themeColor="text2"/>
      </w:rPr>
      <w:tblPr/>
      <w:tcPr>
        <w:tcBorders>
          <w:top w:val="single" w:sz="8" w:space="0" w:color="F79646" w:themeColor="accent6"/>
          <w:bottom w:val="single" w:sz="8" w:space="0" w:color="F79646" w:themeColor="accent6"/>
        </w:tcBorders>
      </w:tcPr>
    </w:tblStylePr>
    <w:tblStylePr w:type="firstCol">
      <w:rPr>
        <w:b/>
        <w:bCs/>
      </w:rPr>
    </w:tblStylePr>
    <w:tblStylePr w:type="lastCol">
      <w:rPr>
        <w:b/>
        <w:bCs/>
      </w:rPr>
      <w:tblPr/>
      <w:tcPr>
        <w:tcBorders>
          <w:top w:val="single" w:sz="8" w:space="0" w:color="F79646" w:themeColor="accent6"/>
          <w:bottom w:val="single" w:sz="8" w:space="0" w:color="F79646" w:themeColor="accent6"/>
        </w:tcBorders>
      </w:tcPr>
    </w:tblStylePr>
    <w:tblStylePr w:type="band1Vert">
      <w:tblPr/>
      <w:tcPr>
        <w:shd w:val="clear" w:color="auto" w:fill="FDE4D0" w:themeFill="accent6" w:themeFillTint="3F"/>
      </w:tcPr>
    </w:tblStylePr>
    <w:tblStylePr w:type="band1Horz">
      <w:tblPr/>
      <w:tcPr>
        <w:shd w:val="clear" w:color="auto" w:fill="FDE4D0" w:themeFill="accent6" w:themeFillTint="3F"/>
      </w:tcPr>
    </w:tblStylePr>
  </w:style>
  <w:style w:type="table" w:styleId="MediumList2">
    <w:name w:val="Medium Lis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rPr>
        <w:sz w:val="24"/>
        <w:szCs w:val="24"/>
      </w:rPr>
      <w:tblPr/>
      <w:tcPr>
        <w:tcBorders>
          <w:top w:val="nil"/>
          <w:left w:val="nil"/>
          <w:bottom w:val="single" w:sz="24" w:space="0" w:color="000000" w:themeColor="text1"/>
          <w:right w:val="nil"/>
          <w:insideH w:val="nil"/>
          <w:insideV w:val="nil"/>
        </w:tcBorders>
        <w:shd w:val="clear" w:color="auto" w:fill="FFFFFF" w:themeFill="background1"/>
      </w:tcPr>
    </w:tblStylePr>
    <w:tblStylePr w:type="lastRow">
      <w:tblPr/>
      <w:tcPr>
        <w:tcBorders>
          <w:top w:val="single" w:sz="8" w:space="0" w:color="000000" w:themeColor="tex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000000" w:themeColor="text1"/>
          <w:insideH w:val="nil"/>
          <w:insideV w:val="nil"/>
        </w:tcBorders>
        <w:shd w:val="clear" w:color="auto" w:fill="FFFFFF" w:themeFill="background1"/>
      </w:tcPr>
    </w:tblStylePr>
    <w:tblStylePr w:type="lastCol">
      <w:tblPr/>
      <w:tcPr>
        <w:tcBorders>
          <w:top w:val="nil"/>
          <w:left w:val="single" w:sz="8" w:space="0" w:color="000000" w:themeColor="tex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top w:val="nil"/>
          <w:bottom w:val="nil"/>
          <w:insideH w:val="nil"/>
          <w:insideV w:val="nil"/>
        </w:tcBorders>
        <w:shd w:val="clear" w:color="auto" w:fill="C0C0C0" w:themeFill="tex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1">
    <w:name w:val="Medium List 2 Accent 1"/>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rPr>
        <w:sz w:val="24"/>
        <w:szCs w:val="24"/>
      </w:rPr>
      <w:tblPr/>
      <w:tcPr>
        <w:tcBorders>
          <w:top w:val="nil"/>
          <w:left w:val="nil"/>
          <w:bottom w:val="single" w:sz="24" w:space="0" w:color="4F81BD" w:themeColor="accent1"/>
          <w:right w:val="nil"/>
          <w:insideH w:val="nil"/>
          <w:insideV w:val="nil"/>
        </w:tcBorders>
        <w:shd w:val="clear" w:color="auto" w:fill="FFFFFF" w:themeFill="background1"/>
      </w:tcPr>
    </w:tblStylePr>
    <w:tblStylePr w:type="lastRow">
      <w:tblPr/>
      <w:tcPr>
        <w:tcBorders>
          <w:top w:val="single" w:sz="8" w:space="0" w:color="4F81BD" w:themeColor="accen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F81BD" w:themeColor="accent1"/>
          <w:insideH w:val="nil"/>
          <w:insideV w:val="nil"/>
        </w:tcBorders>
        <w:shd w:val="clear" w:color="auto" w:fill="FFFFFF" w:themeFill="background1"/>
      </w:tcPr>
    </w:tblStylePr>
    <w:tblStylePr w:type="lastCol">
      <w:tblPr/>
      <w:tcPr>
        <w:tcBorders>
          <w:top w:val="nil"/>
          <w:left w:val="single" w:sz="8" w:space="0" w:color="4F81BD" w:themeColor="accen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top w:val="nil"/>
          <w:bottom w:val="nil"/>
          <w:insideH w:val="nil"/>
          <w:insideV w:val="nil"/>
        </w:tcBorders>
        <w:shd w:val="clear" w:color="auto" w:fill="D3DFEE" w:themeFill="accen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2">
    <w:name w:val="Medium List 2 Accen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rPr>
        <w:sz w:val="24"/>
        <w:szCs w:val="24"/>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tblPr/>
      <w:tcPr>
        <w:tcBorders>
          <w:top w:val="single" w:sz="8" w:space="0" w:color="C0504D" w:themeColor="accent2"/>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C0504D" w:themeColor="accent2"/>
          <w:insideH w:val="nil"/>
          <w:insideV w:val="nil"/>
        </w:tcBorders>
        <w:shd w:val="clear" w:color="auto" w:fill="FFFFFF" w:themeFill="background1"/>
      </w:tcPr>
    </w:tblStylePr>
    <w:tblStylePr w:type="lastCol">
      <w:tblPr/>
      <w:tcPr>
        <w:tcBorders>
          <w:top w:val="nil"/>
          <w:left w:val="single" w:sz="8" w:space="0" w:color="C0504D" w:themeColor="accent2"/>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top w:val="nil"/>
          <w:bottom w:val="nil"/>
          <w:insideH w:val="nil"/>
          <w:insideV w:val="nil"/>
        </w:tcBorders>
        <w:shd w:val="clear" w:color="auto" w:fill="EFD3D2" w:themeFill="accent2"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3">
    <w:name w:val="Medium List 2 Accent 3"/>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rPr>
        <w:sz w:val="24"/>
        <w:szCs w:val="24"/>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tblPr/>
      <w:tcPr>
        <w:tcBorders>
          <w:top w:val="single" w:sz="8" w:space="0" w:color="9BBB59" w:themeColor="accent3"/>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9BBB59" w:themeColor="accent3"/>
          <w:insideH w:val="nil"/>
          <w:insideV w:val="nil"/>
        </w:tcBorders>
        <w:shd w:val="clear" w:color="auto" w:fill="FFFFFF" w:themeFill="background1"/>
      </w:tcPr>
    </w:tblStylePr>
    <w:tblStylePr w:type="lastCol">
      <w:tblPr/>
      <w:tcPr>
        <w:tcBorders>
          <w:top w:val="nil"/>
          <w:left w:val="single" w:sz="8" w:space="0" w:color="9BBB59" w:themeColor="accent3"/>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top w:val="nil"/>
          <w:bottom w:val="nil"/>
          <w:insideH w:val="nil"/>
          <w:insideV w:val="nil"/>
        </w:tcBorders>
        <w:shd w:val="clear" w:color="auto" w:fill="E6EED5" w:themeFill="accent3"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4">
    <w:name w:val="Medium List 2 Accent 4"/>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rPr>
        <w:sz w:val="24"/>
        <w:szCs w:val="24"/>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tblPr/>
      <w:tcPr>
        <w:tcBorders>
          <w:top w:val="single" w:sz="8" w:space="0" w:color="8064A2" w:themeColor="accent4"/>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8064A2" w:themeColor="accent4"/>
          <w:insideH w:val="nil"/>
          <w:insideV w:val="nil"/>
        </w:tcBorders>
        <w:shd w:val="clear" w:color="auto" w:fill="FFFFFF" w:themeFill="background1"/>
      </w:tcPr>
    </w:tblStylePr>
    <w:tblStylePr w:type="lastCol">
      <w:tblPr/>
      <w:tcPr>
        <w:tcBorders>
          <w:top w:val="nil"/>
          <w:left w:val="single" w:sz="8" w:space="0" w:color="8064A2" w:themeColor="accent4"/>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top w:val="nil"/>
          <w:bottom w:val="nil"/>
          <w:insideH w:val="nil"/>
          <w:insideV w:val="nil"/>
        </w:tcBorders>
        <w:shd w:val="clear" w:color="auto" w:fill="DFD8E8" w:themeFill="accent4"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5">
    <w:name w:val="Medium List 2 Accent 5"/>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rPr>
        <w:sz w:val="24"/>
        <w:szCs w:val="24"/>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tblPr/>
      <w:tcPr>
        <w:tcBorders>
          <w:top w:val="single" w:sz="8" w:space="0" w:color="4BACC6" w:themeColor="accent5"/>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BACC6" w:themeColor="accent5"/>
          <w:insideH w:val="nil"/>
          <w:insideV w:val="nil"/>
        </w:tcBorders>
        <w:shd w:val="clear" w:color="auto" w:fill="FFFFFF" w:themeFill="background1"/>
      </w:tcPr>
    </w:tblStylePr>
    <w:tblStylePr w:type="lastCol">
      <w:tblPr/>
      <w:tcPr>
        <w:tcBorders>
          <w:top w:val="nil"/>
          <w:left w:val="single" w:sz="8" w:space="0" w:color="4BACC6" w:themeColor="accent5"/>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top w:val="nil"/>
          <w:bottom w:val="nil"/>
          <w:insideH w:val="nil"/>
          <w:insideV w:val="nil"/>
        </w:tcBorders>
        <w:shd w:val="clear" w:color="auto" w:fill="D2EAF1" w:themeFill="accent5"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6">
    <w:name w:val="Medium List 2 Accent 6"/>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rPr>
        <w:sz w:val="24"/>
        <w:szCs w:val="24"/>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tblPr/>
      <w:tcPr>
        <w:tcBorders>
          <w:top w:val="single" w:sz="8" w:space="0" w:color="F79646" w:themeColor="accent6"/>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F79646" w:themeColor="accent6"/>
          <w:insideH w:val="nil"/>
          <w:insideV w:val="nil"/>
        </w:tcBorders>
        <w:shd w:val="clear" w:color="auto" w:fill="FFFFFF" w:themeFill="background1"/>
      </w:tcPr>
    </w:tblStylePr>
    <w:tblStylePr w:type="lastCol">
      <w:tblPr/>
      <w:tcPr>
        <w:tcBorders>
          <w:top w:val="nil"/>
          <w:left w:val="single" w:sz="8" w:space="0" w:color="F79646" w:themeColor="accent6"/>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top w:val="nil"/>
          <w:bottom w:val="nil"/>
          <w:insideH w:val="nil"/>
          <w:insideV w:val="nil"/>
        </w:tcBorders>
        <w:shd w:val="clear" w:color="auto" w:fill="FDE4D0" w:themeFill="accent6"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Grid1">
    <w:name w:val="Medium Grid 1"/>
    <w:basedOn w:val="TableNormal"/>
    <w:uiPriority w:val="67"/>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insideV w:val="single" w:sz="8" w:space="0" w:color="404040" w:themeColor="text1" w:themeTint="BF"/>
      </w:tblBorders>
      <w:tblCellMar>
        <w:top w:w="0" w:type="dxa"/>
        <w:left w:w="108" w:type="dxa"/>
        <w:bottom w:w="0" w:type="dxa"/>
        <w:right w:w="108" w:type="dxa"/>
      </w:tblCellMar>
    </w:tblPr>
    <w:tcPr>
      <w:shd w:val="clear" w:color="auto" w:fill="C0C0C0" w:themeFill="text1" w:themeFillTint="3F"/>
    </w:tcPr>
    <w:tblStylePr w:type="firstRow">
      <w:rPr>
        <w:b/>
        <w:bCs/>
      </w:rPr>
    </w:tblStylePr>
    <w:tblStylePr w:type="lastRow">
      <w:rPr>
        <w:b/>
        <w:bCs/>
      </w:rPr>
      <w:tblPr/>
      <w:tcPr>
        <w:tcBorders>
          <w:top w:val="single" w:sz="18" w:space="0" w:color="404040" w:themeColor="text1" w:themeTint="BF"/>
        </w:tcBorders>
      </w:tcPr>
    </w:tblStylePr>
    <w:tblStylePr w:type="firstCol">
      <w:rPr>
        <w:b/>
        <w:bCs/>
      </w:rPr>
    </w:tblStylePr>
    <w:tblStylePr w:type="lastCol">
      <w:rPr>
        <w:b/>
        <w:bCs/>
      </w:r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MediumGrid1-Accent1">
    <w:name w:val="Medium Grid 1 Accent 1"/>
    <w:basedOn w:val="TableNormal"/>
    <w:uiPriority w:val="67"/>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insideV w:val="single" w:sz="8" w:space="0" w:color="7BA0CD" w:themeColor="accent1" w:themeTint="BF"/>
      </w:tblBorders>
      <w:tblCellMar>
        <w:top w:w="0" w:type="dxa"/>
        <w:left w:w="108" w:type="dxa"/>
        <w:bottom w:w="0" w:type="dxa"/>
        <w:right w:w="108" w:type="dxa"/>
      </w:tblCellMar>
    </w:tblPr>
    <w:tcPr>
      <w:shd w:val="clear" w:color="auto" w:fill="D3DFEE" w:themeFill="accent1" w:themeFillTint="3F"/>
    </w:tcPr>
    <w:tblStylePr w:type="firstRow">
      <w:rPr>
        <w:b/>
        <w:bCs/>
      </w:rPr>
    </w:tblStylePr>
    <w:tblStylePr w:type="lastRow">
      <w:rPr>
        <w:b/>
        <w:bCs/>
      </w:rPr>
      <w:tblPr/>
      <w:tcPr>
        <w:tcBorders>
          <w:top w:val="single" w:sz="18" w:space="0" w:color="7BA0CD" w:themeColor="accent1" w:themeTint="BF"/>
        </w:tcBorders>
      </w:tcPr>
    </w:tblStylePr>
    <w:tblStylePr w:type="firstCol">
      <w:rPr>
        <w:b/>
        <w:bCs/>
      </w:rPr>
    </w:tblStylePr>
    <w:tblStylePr w:type="lastCol">
      <w:rPr>
        <w:b/>
        <w:bCs/>
      </w:r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MediumGrid1-Accent2">
    <w:name w:val="Medium Grid 1 Accent 2"/>
    <w:basedOn w:val="TableNormal"/>
    <w:uiPriority w:val="67"/>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insideV w:val="single" w:sz="8" w:space="0" w:color="CF7B79" w:themeColor="accent2" w:themeTint="BF"/>
      </w:tblBorders>
      <w:tblCellMar>
        <w:top w:w="0" w:type="dxa"/>
        <w:left w:w="108" w:type="dxa"/>
        <w:bottom w:w="0" w:type="dxa"/>
        <w:right w:w="108" w:type="dxa"/>
      </w:tblCellMar>
    </w:tblPr>
    <w:tcPr>
      <w:shd w:val="clear" w:color="auto" w:fill="EFD3D2" w:themeFill="accent2" w:themeFillTint="3F"/>
    </w:tcPr>
    <w:tblStylePr w:type="firstRow">
      <w:rPr>
        <w:b/>
        <w:bCs/>
      </w:rPr>
    </w:tblStylePr>
    <w:tblStylePr w:type="lastRow">
      <w:rPr>
        <w:b/>
        <w:bCs/>
      </w:rPr>
      <w:tblPr/>
      <w:tcPr>
        <w:tcBorders>
          <w:top w:val="single" w:sz="18" w:space="0" w:color="CF7B79" w:themeColor="accent2" w:themeTint="BF"/>
        </w:tcBorders>
      </w:tcPr>
    </w:tblStylePr>
    <w:tblStylePr w:type="firstCol">
      <w:rPr>
        <w:b/>
        <w:bCs/>
      </w:rPr>
    </w:tblStylePr>
    <w:tblStylePr w:type="lastCol">
      <w:rPr>
        <w:b/>
        <w:bCs/>
      </w:r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MediumGrid1-Accent3">
    <w:name w:val="Medium Grid 1 Accent 3"/>
    <w:basedOn w:val="TableNormal"/>
    <w:uiPriority w:val="67"/>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insideV w:val="single" w:sz="8" w:space="0" w:color="B3CC82" w:themeColor="accent3" w:themeTint="BF"/>
      </w:tblBorders>
      <w:tblCellMar>
        <w:top w:w="0" w:type="dxa"/>
        <w:left w:w="108" w:type="dxa"/>
        <w:bottom w:w="0" w:type="dxa"/>
        <w:right w:w="108" w:type="dxa"/>
      </w:tblCellMar>
    </w:tblPr>
    <w:tcPr>
      <w:shd w:val="clear" w:color="auto" w:fill="E6EED5" w:themeFill="accent3" w:themeFillTint="3F"/>
    </w:tcPr>
    <w:tblStylePr w:type="firstRow">
      <w:rPr>
        <w:b/>
        <w:bCs/>
      </w:rPr>
    </w:tblStylePr>
    <w:tblStylePr w:type="lastRow">
      <w:rPr>
        <w:b/>
        <w:bCs/>
      </w:rPr>
      <w:tblPr/>
      <w:tcPr>
        <w:tcBorders>
          <w:top w:val="single" w:sz="18" w:space="0" w:color="B3CC82" w:themeColor="accent3" w:themeTint="BF"/>
        </w:tcBorders>
      </w:tcPr>
    </w:tblStylePr>
    <w:tblStylePr w:type="firstCol">
      <w:rPr>
        <w:b/>
        <w:bCs/>
      </w:rPr>
    </w:tblStylePr>
    <w:tblStylePr w:type="lastCol">
      <w:rPr>
        <w:b/>
        <w:bCs/>
      </w:r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MediumGrid1-Accent4">
    <w:name w:val="Medium Grid 1 Accent 4"/>
    <w:basedOn w:val="TableNormal"/>
    <w:uiPriority w:val="67"/>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insideV w:val="single" w:sz="8" w:space="0" w:color="9F8AB9" w:themeColor="accent4" w:themeTint="BF"/>
      </w:tblBorders>
      <w:tblCellMar>
        <w:top w:w="0" w:type="dxa"/>
        <w:left w:w="108" w:type="dxa"/>
        <w:bottom w:w="0" w:type="dxa"/>
        <w:right w:w="108" w:type="dxa"/>
      </w:tblCellMar>
    </w:tblPr>
    <w:tcPr>
      <w:shd w:val="clear" w:color="auto" w:fill="DFD8E8" w:themeFill="accent4" w:themeFillTint="3F"/>
    </w:tcPr>
    <w:tblStylePr w:type="firstRow">
      <w:rPr>
        <w:b/>
        <w:bCs/>
      </w:rPr>
    </w:tblStylePr>
    <w:tblStylePr w:type="lastRow">
      <w:rPr>
        <w:b/>
        <w:bCs/>
      </w:rPr>
      <w:tblPr/>
      <w:tcPr>
        <w:tcBorders>
          <w:top w:val="single" w:sz="18" w:space="0" w:color="9F8AB9" w:themeColor="accent4" w:themeTint="BF"/>
        </w:tcBorders>
      </w:tcPr>
    </w:tblStylePr>
    <w:tblStylePr w:type="firstCol">
      <w:rPr>
        <w:b/>
        <w:bCs/>
      </w:rPr>
    </w:tblStylePr>
    <w:tblStylePr w:type="lastCol">
      <w:rPr>
        <w:b/>
        <w:bCs/>
      </w:r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MediumGrid1-Accent5">
    <w:name w:val="Medium Grid 1 Accent 5"/>
    <w:basedOn w:val="TableNormal"/>
    <w:uiPriority w:val="67"/>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insideV w:val="single" w:sz="8" w:space="0" w:color="78C0D4" w:themeColor="accent5" w:themeTint="BF"/>
      </w:tblBorders>
      <w:tblCellMar>
        <w:top w:w="0" w:type="dxa"/>
        <w:left w:w="108" w:type="dxa"/>
        <w:bottom w:w="0" w:type="dxa"/>
        <w:right w:w="108" w:type="dxa"/>
      </w:tblCellMar>
    </w:tblPr>
    <w:tcPr>
      <w:shd w:val="clear" w:color="auto" w:fill="D2EAF1" w:themeFill="accent5" w:themeFillTint="3F"/>
    </w:tcPr>
    <w:tblStylePr w:type="firstRow">
      <w:rPr>
        <w:b/>
        <w:bCs/>
      </w:rPr>
    </w:tblStylePr>
    <w:tblStylePr w:type="lastRow">
      <w:rPr>
        <w:b/>
        <w:bCs/>
      </w:rPr>
      <w:tblPr/>
      <w:tcPr>
        <w:tcBorders>
          <w:top w:val="single" w:sz="18" w:space="0" w:color="78C0D4" w:themeColor="accent5" w:themeTint="BF"/>
        </w:tcBorders>
      </w:tcPr>
    </w:tblStylePr>
    <w:tblStylePr w:type="firstCol">
      <w:rPr>
        <w:b/>
        <w:bCs/>
      </w:rPr>
    </w:tblStylePr>
    <w:tblStylePr w:type="lastCol">
      <w:rPr>
        <w:b/>
        <w:bCs/>
      </w:r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MediumGrid1-Accent6">
    <w:name w:val="Medium Grid 1 Accent 6"/>
    <w:basedOn w:val="TableNormal"/>
    <w:uiPriority w:val="67"/>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insideV w:val="single" w:sz="8" w:space="0" w:color="F9B074" w:themeColor="accent6" w:themeTint="BF"/>
      </w:tblBorders>
      <w:tblCellMar>
        <w:top w:w="0" w:type="dxa"/>
        <w:left w:w="108" w:type="dxa"/>
        <w:bottom w:w="0" w:type="dxa"/>
        <w:right w:w="108" w:type="dxa"/>
      </w:tblCellMar>
    </w:tblPr>
    <w:tcPr>
      <w:shd w:val="clear" w:color="auto" w:fill="FDE4D0" w:themeFill="accent6" w:themeFillTint="3F"/>
    </w:tcPr>
    <w:tblStylePr w:type="firstRow">
      <w:rPr>
        <w:b/>
        <w:bCs/>
      </w:rPr>
    </w:tblStylePr>
    <w:tblStylePr w:type="lastRow">
      <w:rPr>
        <w:b/>
        <w:bCs/>
      </w:rPr>
      <w:tblPr/>
      <w:tcPr>
        <w:tcBorders>
          <w:top w:val="single" w:sz="18" w:space="0" w:color="F9B074" w:themeColor="accent6" w:themeTint="BF"/>
        </w:tcBorders>
      </w:tcPr>
    </w:tblStylePr>
    <w:tblStylePr w:type="firstCol">
      <w:rPr>
        <w:b/>
        <w:bCs/>
      </w:rPr>
    </w:tblStylePr>
    <w:tblStylePr w:type="lastCol">
      <w:rPr>
        <w:b/>
        <w:bCs/>
      </w:r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 w:type="table" w:styleId="MediumGrid2">
    <w:name w:val="Medium Grid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cPr>
      <w:shd w:val="clear" w:color="auto" w:fill="C0C0C0" w:themeFill="text1" w:themeFillTint="3F"/>
    </w:tcPr>
    <w:tblStylePr w:type="firstRow">
      <w:rPr>
        <w:b/>
        <w:bCs/>
        <w:color w:val="000000" w:themeColor="text1"/>
      </w:rPr>
      <w:tblPr/>
      <w:tcPr>
        <w:shd w:val="clear" w:color="auto" w:fill="E6E6E6" w:themeFill="tex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CCCCCC" w:themeFill="text1" w:themeFillTint="33"/>
      </w:tcPr>
    </w:tblStylePr>
    <w:tblStylePr w:type="band1Vert">
      <w:tblPr/>
      <w:tcPr>
        <w:shd w:val="clear" w:color="auto" w:fill="808080" w:themeFill="text1" w:themeFillTint="7F"/>
      </w:tcPr>
    </w:tblStylePr>
    <w:tblStylePr w:type="band1Horz">
      <w:tblPr/>
      <w:tcPr>
        <w:tcBorders>
          <w:insideH w:val="single" w:sz="6" w:space="0" w:color="000000" w:themeColor="text1"/>
          <w:insideV w:val="single" w:sz="6" w:space="0" w:color="000000" w:themeColor="text1"/>
        </w:tcBorders>
        <w:shd w:val="clear" w:color="auto" w:fill="808080" w:themeFill="text1" w:themeFillTint="7F"/>
      </w:tcPr>
    </w:tblStylePr>
    <w:tblStylePr w:type="nwCell">
      <w:tblPr/>
      <w:tcPr>
        <w:shd w:val="clear" w:color="auto" w:fill="FFFFFF" w:themeFill="background1"/>
      </w:tcPr>
    </w:tblStylePr>
  </w:style>
  <w:style w:type="table" w:styleId="MediumGrid2-Accent1">
    <w:name w:val="Medium Grid 2 Accent 1"/>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cPr>
      <w:shd w:val="clear" w:color="auto" w:fill="D3DFEE" w:themeFill="accent1" w:themeFillTint="3F"/>
    </w:tcPr>
    <w:tblStylePr w:type="firstRow">
      <w:rPr>
        <w:b/>
        <w:bCs/>
        <w:color w:val="000000" w:themeColor="text1"/>
      </w:rPr>
      <w:tblPr/>
      <w:tcPr>
        <w:shd w:val="clear" w:color="auto" w:fill="EDF2F8" w:themeFill="accen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BE5F1" w:themeFill="accent1" w:themeFillTint="33"/>
      </w:tcPr>
    </w:tblStylePr>
    <w:tblStylePr w:type="band1Vert">
      <w:tblPr/>
      <w:tcPr>
        <w:shd w:val="clear" w:color="auto" w:fill="A7BFDE" w:themeFill="accent1" w:themeFillTint="7F"/>
      </w:tcPr>
    </w:tblStylePr>
    <w:tblStylePr w:type="band1Horz">
      <w:tblPr/>
      <w:tcPr>
        <w:tcBorders>
          <w:insideH w:val="single" w:sz="6" w:space="0" w:color="4F81BD" w:themeColor="accent1"/>
          <w:insideV w:val="single" w:sz="6" w:space="0" w:color="4F81BD" w:themeColor="accent1"/>
        </w:tcBorders>
        <w:shd w:val="clear" w:color="auto" w:fill="A7BFDE" w:themeFill="accent1" w:themeFillTint="7F"/>
      </w:tcPr>
    </w:tblStylePr>
    <w:tblStylePr w:type="nwCell">
      <w:tblPr/>
      <w:tcPr>
        <w:shd w:val="clear" w:color="auto" w:fill="FFFFFF" w:themeFill="background1"/>
      </w:tcPr>
    </w:tblStylePr>
  </w:style>
  <w:style w:type="table" w:styleId="MediumGrid2-Accent2">
    <w:name w:val="Medium Grid 2 Accent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cPr>
      <w:shd w:val="clear" w:color="auto" w:fill="EFD3D2" w:themeFill="accent2" w:themeFillTint="3F"/>
    </w:tcPr>
    <w:tblStylePr w:type="firstRow">
      <w:rPr>
        <w:b/>
        <w:bCs/>
        <w:color w:val="000000" w:themeColor="text1"/>
      </w:rPr>
      <w:tblPr/>
      <w:tcPr>
        <w:shd w:val="clear" w:color="auto" w:fill="F8EDED" w:themeFill="accent2"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2DBDB" w:themeFill="accent2" w:themeFillTint="33"/>
      </w:tcPr>
    </w:tblStylePr>
    <w:tblStylePr w:type="band1Vert">
      <w:tblPr/>
      <w:tcPr>
        <w:shd w:val="clear" w:color="auto" w:fill="DFA7A6" w:themeFill="accent2" w:themeFillTint="7F"/>
      </w:tcPr>
    </w:tblStylePr>
    <w:tblStylePr w:type="band1Horz">
      <w:tblPr/>
      <w:tcPr>
        <w:tcBorders>
          <w:insideH w:val="single" w:sz="6" w:space="0" w:color="C0504D" w:themeColor="accent2"/>
          <w:insideV w:val="single" w:sz="6" w:space="0" w:color="C0504D" w:themeColor="accent2"/>
        </w:tcBorders>
        <w:shd w:val="clear" w:color="auto" w:fill="DFA7A6" w:themeFill="accent2" w:themeFillTint="7F"/>
      </w:tcPr>
    </w:tblStylePr>
    <w:tblStylePr w:type="nwCell">
      <w:tblPr/>
      <w:tcPr>
        <w:shd w:val="clear" w:color="auto" w:fill="FFFFFF" w:themeFill="background1"/>
      </w:tcPr>
    </w:tblStylePr>
  </w:style>
  <w:style w:type="table" w:styleId="MediumGrid2-Accent3">
    <w:name w:val="Medium Grid 2 Accent 3"/>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cPr>
      <w:shd w:val="clear" w:color="auto" w:fill="E6EED5" w:themeFill="accent3" w:themeFillTint="3F"/>
    </w:tcPr>
    <w:tblStylePr w:type="firstRow">
      <w:rPr>
        <w:b/>
        <w:bCs/>
        <w:color w:val="000000" w:themeColor="text1"/>
      </w:rPr>
      <w:tblPr/>
      <w:tcPr>
        <w:shd w:val="clear" w:color="auto" w:fill="F5F8EE" w:themeFill="accent3"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AF1DD" w:themeFill="accent3" w:themeFillTint="33"/>
      </w:tcPr>
    </w:tblStylePr>
    <w:tblStylePr w:type="band1Vert">
      <w:tblPr/>
      <w:tcPr>
        <w:shd w:val="clear" w:color="auto" w:fill="CDDDAC" w:themeFill="accent3" w:themeFillTint="7F"/>
      </w:tcPr>
    </w:tblStylePr>
    <w:tblStylePr w:type="band1Horz">
      <w:tblPr/>
      <w:tcPr>
        <w:tcBorders>
          <w:insideH w:val="single" w:sz="6" w:space="0" w:color="9BBB59" w:themeColor="accent3"/>
          <w:insideV w:val="single" w:sz="6" w:space="0" w:color="9BBB59" w:themeColor="accent3"/>
        </w:tcBorders>
        <w:shd w:val="clear" w:color="auto" w:fill="CDDDAC" w:themeFill="accent3" w:themeFillTint="7F"/>
      </w:tcPr>
    </w:tblStylePr>
    <w:tblStylePr w:type="nwCell">
      <w:tblPr/>
      <w:tcPr>
        <w:shd w:val="clear" w:color="auto" w:fill="FFFFFF" w:themeFill="background1"/>
      </w:tcPr>
    </w:tblStylePr>
  </w:style>
  <w:style w:type="table" w:styleId="MediumGrid2-Accent4">
    <w:name w:val="Medium Grid 2 Accent 4"/>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cPr>
      <w:shd w:val="clear" w:color="auto" w:fill="DFD8E8" w:themeFill="accent4" w:themeFillTint="3F"/>
    </w:tcPr>
    <w:tblStylePr w:type="firstRow">
      <w:rPr>
        <w:b/>
        <w:bCs/>
        <w:color w:val="000000" w:themeColor="text1"/>
      </w:rPr>
      <w:tblPr/>
      <w:tcPr>
        <w:shd w:val="clear" w:color="auto" w:fill="F2EFF6" w:themeFill="accent4"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5DFEC" w:themeFill="accent4" w:themeFillTint="33"/>
      </w:tcPr>
    </w:tblStylePr>
    <w:tblStylePr w:type="band1Vert">
      <w:tblPr/>
      <w:tcPr>
        <w:shd w:val="clear" w:color="auto" w:fill="BFB1D0" w:themeFill="accent4" w:themeFillTint="7F"/>
      </w:tcPr>
    </w:tblStylePr>
    <w:tblStylePr w:type="band1Horz">
      <w:tblPr/>
      <w:tcPr>
        <w:tcBorders>
          <w:insideH w:val="single" w:sz="6" w:space="0" w:color="8064A2" w:themeColor="accent4"/>
          <w:insideV w:val="single" w:sz="6" w:space="0" w:color="8064A2" w:themeColor="accent4"/>
        </w:tcBorders>
        <w:shd w:val="clear" w:color="auto" w:fill="BFB1D0" w:themeFill="accent4" w:themeFillTint="7F"/>
      </w:tcPr>
    </w:tblStylePr>
    <w:tblStylePr w:type="nwCell">
      <w:tblPr/>
      <w:tcPr>
        <w:shd w:val="clear" w:color="auto" w:fill="FFFFFF" w:themeFill="background1"/>
      </w:tcPr>
    </w:tblStylePr>
  </w:style>
  <w:style w:type="table" w:styleId="MediumGrid2-Accent5">
    <w:name w:val="Medium Grid 2 Accent 5"/>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cPr>
      <w:shd w:val="clear" w:color="auto" w:fill="D2EAF1" w:themeFill="accent5" w:themeFillTint="3F"/>
    </w:tcPr>
    <w:tblStylePr w:type="firstRow">
      <w:rPr>
        <w:b/>
        <w:bCs/>
        <w:color w:val="000000" w:themeColor="text1"/>
      </w:rPr>
      <w:tblPr/>
      <w:tcPr>
        <w:shd w:val="clear" w:color="auto" w:fill="EDF6F9" w:themeFill="accent5"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AEEF3" w:themeFill="accent5" w:themeFillTint="33"/>
      </w:tcPr>
    </w:tblStylePr>
    <w:tblStylePr w:type="band1Vert">
      <w:tblPr/>
      <w:tcPr>
        <w:shd w:val="clear" w:color="auto" w:fill="A5D5E2" w:themeFill="accent5" w:themeFillTint="7F"/>
      </w:tcPr>
    </w:tblStylePr>
    <w:tblStylePr w:type="band1Horz">
      <w:tblPr/>
      <w:tcPr>
        <w:tcBorders>
          <w:insideH w:val="single" w:sz="6" w:space="0" w:color="4BACC6" w:themeColor="accent5"/>
          <w:insideV w:val="single" w:sz="6" w:space="0" w:color="4BACC6" w:themeColor="accent5"/>
        </w:tcBorders>
        <w:shd w:val="clear" w:color="auto" w:fill="A5D5E2" w:themeFill="accent5" w:themeFillTint="7F"/>
      </w:tcPr>
    </w:tblStylePr>
    <w:tblStylePr w:type="nwCell">
      <w:tblPr/>
      <w:tcPr>
        <w:shd w:val="clear" w:color="auto" w:fill="FFFFFF" w:themeFill="background1"/>
      </w:tcPr>
    </w:tblStylePr>
  </w:style>
  <w:style w:type="table" w:styleId="MediumGrid2-Accent6">
    <w:name w:val="Medium Grid 2 Accent 6"/>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cPr>
      <w:shd w:val="clear" w:color="auto" w:fill="FDE4D0" w:themeFill="accent6" w:themeFillTint="3F"/>
    </w:tcPr>
    <w:tblStylePr w:type="firstRow">
      <w:rPr>
        <w:b/>
        <w:bCs/>
        <w:color w:val="000000" w:themeColor="text1"/>
      </w:rPr>
      <w:tblPr/>
      <w:tcPr>
        <w:shd w:val="clear" w:color="auto" w:fill="FEF4EC" w:themeFill="accent6"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DE9D9" w:themeFill="accent6" w:themeFillTint="33"/>
      </w:tcPr>
    </w:tblStylePr>
    <w:tblStylePr w:type="band1Vert">
      <w:tblPr/>
      <w:tcPr>
        <w:shd w:val="clear" w:color="auto" w:fill="FBCAA2" w:themeFill="accent6" w:themeFillTint="7F"/>
      </w:tcPr>
    </w:tblStylePr>
    <w:tblStylePr w:type="band1Horz">
      <w:tblPr/>
      <w:tcPr>
        <w:tcBorders>
          <w:insideH w:val="single" w:sz="6" w:space="0" w:color="F79646" w:themeColor="accent6"/>
          <w:insideV w:val="single" w:sz="6" w:space="0" w:color="F79646" w:themeColor="accent6"/>
        </w:tcBorders>
        <w:shd w:val="clear" w:color="auto" w:fill="FBCAA2" w:themeFill="accent6" w:themeFillTint="7F"/>
      </w:tcPr>
    </w:tblStylePr>
    <w:tblStylePr w:type="nwCell">
      <w:tblPr/>
      <w:tcPr>
        <w:shd w:val="clear" w:color="auto" w:fill="FFFFFF" w:themeFill="background1"/>
      </w:tcPr>
    </w:tblStylePr>
  </w:style>
  <w:style w:type="table" w:styleId="MediumGrid3">
    <w:name w:val="Medium Grid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C0C0C0" w:themeFill="tex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000000" w:themeFill="tex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000000" w:themeFill="tex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808080" w:themeFill="tex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808080" w:themeFill="text1" w:themeFillTint="7F"/>
      </w:tcPr>
    </w:tblStylePr>
  </w:style>
  <w:style w:type="table" w:styleId="MediumGrid3-Accent1">
    <w:name w:val="Medium Grid 3 Accent 1"/>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3DFEE" w:themeFill="accen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F81BD" w:themeFill="accen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F81BD" w:themeFill="accen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7BFDE" w:themeFill="accen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7BFDE" w:themeFill="accent1" w:themeFillTint="7F"/>
      </w:tcPr>
    </w:tblStylePr>
  </w:style>
  <w:style w:type="table" w:styleId="MediumGrid3-Accent2">
    <w:name w:val="Medium Grid 3 Accent 2"/>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FD3D2" w:themeFill="accent2"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C0504D" w:themeFill="accent2"/>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C0504D" w:themeFill="accent2"/>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DFA7A6" w:themeFill="accent2"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DFA7A6" w:themeFill="accent2" w:themeFillTint="7F"/>
      </w:tcPr>
    </w:tblStylePr>
  </w:style>
  <w:style w:type="table" w:styleId="MediumGrid3-Accent3">
    <w:name w:val="Medium Grid 3 Accent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6EED5" w:themeFill="accent3"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9BBB59" w:themeFill="accent3"/>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9BBB59" w:themeFill="accent3"/>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CDDDAC" w:themeFill="accent3"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CDDDAC" w:themeFill="accent3" w:themeFillTint="7F"/>
      </w:tcPr>
    </w:tblStylePr>
  </w:style>
  <w:style w:type="table" w:styleId="MediumGrid3-Accent4">
    <w:name w:val="Medium Grid 3 Accent 4"/>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FD8E8" w:themeFill="accent4"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8064A2" w:themeFill="accent4"/>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8064A2" w:themeFill="accent4"/>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BFB1D0" w:themeFill="accent4"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BFB1D0" w:themeFill="accent4" w:themeFillTint="7F"/>
      </w:tcPr>
    </w:tblStylePr>
  </w:style>
  <w:style w:type="table" w:styleId="MediumGrid3-Accent5">
    <w:name w:val="Medium Grid 3 Accent 5"/>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2EAF1" w:themeFill="accent5"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BACC6" w:themeFill="accent5"/>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BACC6" w:themeFill="accent5"/>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5D5E2" w:themeFill="accent5"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5D5E2" w:themeFill="accent5" w:themeFillTint="7F"/>
      </w:tcPr>
    </w:tblStylePr>
  </w:style>
  <w:style w:type="table" w:styleId="MediumGrid3-Accent6">
    <w:name w:val="Medium Grid 3 Accent 6"/>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FDE4D0" w:themeFill="accent6"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F79646" w:themeFill="accent6"/>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F79646" w:themeFill="accent6"/>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FBCAA2" w:themeFill="accent6"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FBCAA2" w:themeFill="accent6" w:themeFillTint="7F"/>
      </w:tcPr>
    </w:tblStylePr>
  </w:style>
  <w:style w:type="table" w:styleId="DarkList">
    <w:name w:val="Dark List"/>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000000" w:themeFill="tex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000000" w:themeFill="text1" w:themeFillShade="7F"/>
      </w:tcPr>
    </w:tblStylePr>
    <w:tblStylePr w:type="firstCol">
      <w:tblPr/>
      <w:tcPr>
        <w:tcBorders>
          <w:top w:val="nil"/>
          <w:left w:val="nil"/>
          <w:bottom w:val="nil"/>
          <w:right w:val="single" w:sz="18" w:space="0" w:color="FFFFFF" w:themeColor="background1"/>
          <w:insideH w:val="nil"/>
          <w:insideV w:val="nil"/>
        </w:tcBorders>
        <w:shd w:val="clear" w:color="auto" w:fill="000000" w:themeFill="text1" w:themeFillShade="BF"/>
      </w:tcPr>
    </w:tblStylePr>
    <w:tblStylePr w:type="lastCol">
      <w:tblPr/>
      <w:tcPr>
        <w:tcBorders>
          <w:top w:val="nil"/>
          <w:left w:val="single" w:sz="18" w:space="0" w:color="FFFFFF" w:themeColor="background1"/>
          <w:bottom w:val="nil"/>
          <w:right w:val="nil"/>
          <w:insideH w:val="nil"/>
          <w:insideV w:val="nil"/>
        </w:tcBorders>
        <w:shd w:val="clear" w:color="auto" w:fill="000000" w:themeFill="text1" w:themeFillShade="BF"/>
      </w:tcPr>
    </w:tblStylePr>
    <w:tblStylePr w:type="band1Vert">
      <w:tblPr/>
      <w:tcPr>
        <w:tcBorders>
          <w:top w:val="nil"/>
          <w:left w:val="nil"/>
          <w:bottom w:val="nil"/>
          <w:right w:val="nil"/>
          <w:insideH w:val="nil"/>
          <w:insideV w:val="nil"/>
        </w:tcBorders>
        <w:shd w:val="clear" w:color="auto" w:fill="000000" w:themeFill="text1" w:themeFillShade="BF"/>
      </w:tcPr>
    </w:tblStylePr>
    <w:tblStylePr w:type="band1Horz">
      <w:tblPr/>
      <w:tcPr>
        <w:tcBorders>
          <w:top w:val="nil"/>
          <w:left w:val="nil"/>
          <w:bottom w:val="nil"/>
          <w:right w:val="nil"/>
          <w:insideH w:val="nil"/>
          <w:insideV w:val="nil"/>
        </w:tcBorders>
        <w:shd w:val="clear" w:color="auto" w:fill="000000" w:themeFill="text1" w:themeFillShade="BF"/>
      </w:tcPr>
    </w:tblStylePr>
  </w:style>
  <w:style w:type="table" w:styleId="DarkList-Accent1">
    <w:name w:val="Dark List Accent 1"/>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F81BD" w:themeFill="accen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43F60" w:themeFill="accent1" w:themeFillShade="7F"/>
      </w:tcPr>
    </w:tblStylePr>
    <w:tblStylePr w:type="firstCol">
      <w:tblPr/>
      <w:tcPr>
        <w:tcBorders>
          <w:top w:val="nil"/>
          <w:left w:val="nil"/>
          <w:bottom w:val="nil"/>
          <w:right w:val="single" w:sz="18" w:space="0" w:color="FFFFFF" w:themeColor="background1"/>
          <w:insideH w:val="nil"/>
          <w:insideV w:val="nil"/>
        </w:tcBorders>
        <w:shd w:val="clear" w:color="auto" w:fill="365F91" w:themeFill="accent1" w:themeFillShade="BF"/>
      </w:tcPr>
    </w:tblStylePr>
    <w:tblStylePr w:type="lastCol">
      <w:tblPr/>
      <w:tcPr>
        <w:tcBorders>
          <w:top w:val="nil"/>
          <w:left w:val="single" w:sz="18" w:space="0" w:color="FFFFFF" w:themeColor="background1"/>
          <w:bottom w:val="nil"/>
          <w:right w:val="nil"/>
          <w:insideH w:val="nil"/>
          <w:insideV w:val="nil"/>
        </w:tcBorders>
        <w:shd w:val="clear" w:color="auto" w:fill="365F91" w:themeFill="accent1" w:themeFillShade="BF"/>
      </w:tcPr>
    </w:tblStylePr>
    <w:tblStylePr w:type="band1Vert">
      <w:tblPr/>
      <w:tcPr>
        <w:tcBorders>
          <w:top w:val="nil"/>
          <w:left w:val="nil"/>
          <w:bottom w:val="nil"/>
          <w:right w:val="nil"/>
          <w:insideH w:val="nil"/>
          <w:insideV w:val="nil"/>
        </w:tcBorders>
        <w:shd w:val="clear" w:color="auto" w:fill="365F91" w:themeFill="accent1" w:themeFillShade="BF"/>
      </w:tcPr>
    </w:tblStylePr>
    <w:tblStylePr w:type="band1Horz">
      <w:tblPr/>
      <w:tcPr>
        <w:tcBorders>
          <w:top w:val="nil"/>
          <w:left w:val="nil"/>
          <w:bottom w:val="nil"/>
          <w:right w:val="nil"/>
          <w:insideH w:val="nil"/>
          <w:insideV w:val="nil"/>
        </w:tcBorders>
        <w:shd w:val="clear" w:color="auto" w:fill="365F91" w:themeFill="accent1" w:themeFillShade="BF"/>
      </w:tcPr>
    </w:tblStylePr>
  </w:style>
  <w:style w:type="table" w:styleId="DarkList-Accent2">
    <w:name w:val="Dark List Accent 2"/>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C0504D" w:themeFill="accent2"/>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622423" w:themeFill="accent2" w:themeFillShade="7F"/>
      </w:tcPr>
    </w:tblStylePr>
    <w:tblStylePr w:type="firstCol">
      <w:tblPr/>
      <w:tcPr>
        <w:tcBorders>
          <w:top w:val="nil"/>
          <w:left w:val="nil"/>
          <w:bottom w:val="nil"/>
          <w:right w:val="single" w:sz="18" w:space="0" w:color="FFFFFF" w:themeColor="background1"/>
          <w:insideH w:val="nil"/>
          <w:insideV w:val="nil"/>
        </w:tcBorders>
        <w:shd w:val="clear" w:color="auto" w:fill="943634" w:themeFill="accent2" w:themeFillShade="BF"/>
      </w:tcPr>
    </w:tblStylePr>
    <w:tblStylePr w:type="lastCol">
      <w:tblPr/>
      <w:tcPr>
        <w:tcBorders>
          <w:top w:val="nil"/>
          <w:left w:val="single" w:sz="18" w:space="0" w:color="FFFFFF" w:themeColor="background1"/>
          <w:bottom w:val="nil"/>
          <w:right w:val="nil"/>
          <w:insideH w:val="nil"/>
          <w:insideV w:val="nil"/>
        </w:tcBorders>
        <w:shd w:val="clear" w:color="auto" w:fill="943634" w:themeFill="accent2" w:themeFillShade="BF"/>
      </w:tcPr>
    </w:tblStylePr>
    <w:tblStylePr w:type="band1Vert">
      <w:tblPr/>
      <w:tcPr>
        <w:tcBorders>
          <w:top w:val="nil"/>
          <w:left w:val="nil"/>
          <w:bottom w:val="nil"/>
          <w:right w:val="nil"/>
          <w:insideH w:val="nil"/>
          <w:insideV w:val="nil"/>
        </w:tcBorders>
        <w:shd w:val="clear" w:color="auto" w:fill="943634" w:themeFill="accent2" w:themeFillShade="BF"/>
      </w:tcPr>
    </w:tblStylePr>
    <w:tblStylePr w:type="band1Horz">
      <w:tblPr/>
      <w:tcPr>
        <w:tcBorders>
          <w:top w:val="nil"/>
          <w:left w:val="nil"/>
          <w:bottom w:val="nil"/>
          <w:right w:val="nil"/>
          <w:insideH w:val="nil"/>
          <w:insideV w:val="nil"/>
        </w:tcBorders>
        <w:shd w:val="clear" w:color="auto" w:fill="943634" w:themeFill="accent2" w:themeFillShade="BF"/>
      </w:tcPr>
    </w:tblStylePr>
  </w:style>
  <w:style w:type="table" w:styleId="DarkList-Accent3">
    <w:name w:val="Dark List Accent 3"/>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9BBB59" w:themeFill="accent3"/>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4E6128" w:themeFill="accent3" w:themeFillShade="7F"/>
      </w:tcPr>
    </w:tblStylePr>
    <w:tblStylePr w:type="firstCol">
      <w:tblPr/>
      <w:tcPr>
        <w:tcBorders>
          <w:top w:val="nil"/>
          <w:left w:val="nil"/>
          <w:bottom w:val="nil"/>
          <w:right w:val="single" w:sz="18" w:space="0" w:color="FFFFFF" w:themeColor="background1"/>
          <w:insideH w:val="nil"/>
          <w:insideV w:val="nil"/>
        </w:tcBorders>
        <w:shd w:val="clear" w:color="auto" w:fill="76923C" w:themeFill="accent3" w:themeFillShade="BF"/>
      </w:tcPr>
    </w:tblStylePr>
    <w:tblStylePr w:type="lastCol">
      <w:tblPr/>
      <w:tcPr>
        <w:tcBorders>
          <w:top w:val="nil"/>
          <w:left w:val="single" w:sz="18" w:space="0" w:color="FFFFFF" w:themeColor="background1"/>
          <w:bottom w:val="nil"/>
          <w:right w:val="nil"/>
          <w:insideH w:val="nil"/>
          <w:insideV w:val="nil"/>
        </w:tcBorders>
        <w:shd w:val="clear" w:color="auto" w:fill="76923C" w:themeFill="accent3" w:themeFillShade="BF"/>
      </w:tcPr>
    </w:tblStylePr>
    <w:tblStylePr w:type="band1Vert">
      <w:tblPr/>
      <w:tcPr>
        <w:tcBorders>
          <w:top w:val="nil"/>
          <w:left w:val="nil"/>
          <w:bottom w:val="nil"/>
          <w:right w:val="nil"/>
          <w:insideH w:val="nil"/>
          <w:insideV w:val="nil"/>
        </w:tcBorders>
        <w:shd w:val="clear" w:color="auto" w:fill="76923C" w:themeFill="accent3" w:themeFillShade="BF"/>
      </w:tcPr>
    </w:tblStylePr>
    <w:tblStylePr w:type="band1Horz">
      <w:tblPr/>
      <w:tcPr>
        <w:tcBorders>
          <w:top w:val="nil"/>
          <w:left w:val="nil"/>
          <w:bottom w:val="nil"/>
          <w:right w:val="nil"/>
          <w:insideH w:val="nil"/>
          <w:insideV w:val="nil"/>
        </w:tcBorders>
        <w:shd w:val="clear" w:color="auto" w:fill="76923C" w:themeFill="accent3" w:themeFillShade="BF"/>
      </w:tcPr>
    </w:tblStylePr>
  </w:style>
  <w:style w:type="table" w:styleId="DarkList-Accent4">
    <w:name w:val="Dark List Accent 4"/>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8064A2" w:themeFill="accent4"/>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3F3151" w:themeFill="accent4" w:themeFillShade="7F"/>
      </w:tcPr>
    </w:tblStylePr>
    <w:tblStylePr w:type="firstCol">
      <w:tblPr/>
      <w:tcPr>
        <w:tcBorders>
          <w:top w:val="nil"/>
          <w:left w:val="nil"/>
          <w:bottom w:val="nil"/>
          <w:right w:val="single" w:sz="18" w:space="0" w:color="FFFFFF" w:themeColor="background1"/>
          <w:insideH w:val="nil"/>
          <w:insideV w:val="nil"/>
        </w:tcBorders>
        <w:shd w:val="clear" w:color="auto" w:fill="5F497A" w:themeFill="accent4" w:themeFillShade="BF"/>
      </w:tcPr>
    </w:tblStylePr>
    <w:tblStylePr w:type="lastCol">
      <w:tblPr/>
      <w:tcPr>
        <w:tcBorders>
          <w:top w:val="nil"/>
          <w:left w:val="single" w:sz="18" w:space="0" w:color="FFFFFF" w:themeColor="background1"/>
          <w:bottom w:val="nil"/>
          <w:right w:val="nil"/>
          <w:insideH w:val="nil"/>
          <w:insideV w:val="nil"/>
        </w:tcBorders>
        <w:shd w:val="clear" w:color="auto" w:fill="5F497A" w:themeFill="accent4" w:themeFillShade="BF"/>
      </w:tcPr>
    </w:tblStylePr>
    <w:tblStylePr w:type="band1Vert">
      <w:tblPr/>
      <w:tcPr>
        <w:tcBorders>
          <w:top w:val="nil"/>
          <w:left w:val="nil"/>
          <w:bottom w:val="nil"/>
          <w:right w:val="nil"/>
          <w:insideH w:val="nil"/>
          <w:insideV w:val="nil"/>
        </w:tcBorders>
        <w:shd w:val="clear" w:color="auto" w:fill="5F497A" w:themeFill="accent4" w:themeFillShade="BF"/>
      </w:tcPr>
    </w:tblStylePr>
    <w:tblStylePr w:type="band1Horz">
      <w:tblPr/>
      <w:tcPr>
        <w:tcBorders>
          <w:top w:val="nil"/>
          <w:left w:val="nil"/>
          <w:bottom w:val="nil"/>
          <w:right w:val="nil"/>
          <w:insideH w:val="nil"/>
          <w:insideV w:val="nil"/>
        </w:tcBorders>
        <w:shd w:val="clear" w:color="auto" w:fill="5F497A" w:themeFill="accent4" w:themeFillShade="BF"/>
      </w:tcPr>
    </w:tblStylePr>
  </w:style>
  <w:style w:type="table" w:styleId="DarkList-Accent5">
    <w:name w:val="Dark List Accent 5"/>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BACC6" w:themeFill="accent5"/>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05867" w:themeFill="accent5" w:themeFillShade="7F"/>
      </w:tcPr>
    </w:tblStylePr>
    <w:tblStylePr w:type="firstCol">
      <w:tblPr/>
      <w:tcPr>
        <w:tcBorders>
          <w:top w:val="nil"/>
          <w:left w:val="nil"/>
          <w:bottom w:val="nil"/>
          <w:right w:val="single" w:sz="18" w:space="0" w:color="FFFFFF" w:themeColor="background1"/>
          <w:insideH w:val="nil"/>
          <w:insideV w:val="nil"/>
        </w:tcBorders>
        <w:shd w:val="clear" w:color="auto" w:fill="31849B" w:themeFill="accent5" w:themeFillShade="BF"/>
      </w:tcPr>
    </w:tblStylePr>
    <w:tblStylePr w:type="lastCol">
      <w:tblPr/>
      <w:tcPr>
        <w:tcBorders>
          <w:top w:val="nil"/>
          <w:left w:val="single" w:sz="18" w:space="0" w:color="FFFFFF" w:themeColor="background1"/>
          <w:bottom w:val="nil"/>
          <w:right w:val="nil"/>
          <w:insideH w:val="nil"/>
          <w:insideV w:val="nil"/>
        </w:tcBorders>
        <w:shd w:val="clear" w:color="auto" w:fill="31849B" w:themeFill="accent5" w:themeFillShade="BF"/>
      </w:tcPr>
    </w:tblStylePr>
    <w:tblStylePr w:type="band1Vert">
      <w:tblPr/>
      <w:tcPr>
        <w:tcBorders>
          <w:top w:val="nil"/>
          <w:left w:val="nil"/>
          <w:bottom w:val="nil"/>
          <w:right w:val="nil"/>
          <w:insideH w:val="nil"/>
          <w:insideV w:val="nil"/>
        </w:tcBorders>
        <w:shd w:val="clear" w:color="auto" w:fill="31849B" w:themeFill="accent5" w:themeFillShade="BF"/>
      </w:tcPr>
    </w:tblStylePr>
    <w:tblStylePr w:type="band1Horz">
      <w:tblPr/>
      <w:tcPr>
        <w:tcBorders>
          <w:top w:val="nil"/>
          <w:left w:val="nil"/>
          <w:bottom w:val="nil"/>
          <w:right w:val="nil"/>
          <w:insideH w:val="nil"/>
          <w:insideV w:val="nil"/>
        </w:tcBorders>
        <w:shd w:val="clear" w:color="auto" w:fill="31849B" w:themeFill="accent5" w:themeFillShade="BF"/>
      </w:tcPr>
    </w:tblStylePr>
  </w:style>
  <w:style w:type="table" w:styleId="DarkList-Accent6">
    <w:name w:val="Dark List Accent 6"/>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F79646" w:themeFill="accent6"/>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974706" w:themeFill="accent6" w:themeFillShade="7F"/>
      </w:tcPr>
    </w:tblStylePr>
    <w:tblStylePr w:type="firstCol">
      <w:tblPr/>
      <w:tcPr>
        <w:tcBorders>
          <w:top w:val="nil"/>
          <w:left w:val="nil"/>
          <w:bottom w:val="nil"/>
          <w:right w:val="single" w:sz="18" w:space="0" w:color="FFFFFF" w:themeColor="background1"/>
          <w:insideH w:val="nil"/>
          <w:insideV w:val="nil"/>
        </w:tcBorders>
        <w:shd w:val="clear" w:color="auto" w:fill="E36C0A" w:themeFill="accent6" w:themeFillShade="BF"/>
      </w:tcPr>
    </w:tblStylePr>
    <w:tblStylePr w:type="lastCol">
      <w:tblPr/>
      <w:tcPr>
        <w:tcBorders>
          <w:top w:val="nil"/>
          <w:left w:val="single" w:sz="18" w:space="0" w:color="FFFFFF" w:themeColor="background1"/>
          <w:bottom w:val="nil"/>
          <w:right w:val="nil"/>
          <w:insideH w:val="nil"/>
          <w:insideV w:val="nil"/>
        </w:tcBorders>
        <w:shd w:val="clear" w:color="auto" w:fill="E36C0A" w:themeFill="accent6" w:themeFillShade="BF"/>
      </w:tcPr>
    </w:tblStylePr>
    <w:tblStylePr w:type="band1Vert">
      <w:tblPr/>
      <w:tcPr>
        <w:tcBorders>
          <w:top w:val="nil"/>
          <w:left w:val="nil"/>
          <w:bottom w:val="nil"/>
          <w:right w:val="nil"/>
          <w:insideH w:val="nil"/>
          <w:insideV w:val="nil"/>
        </w:tcBorders>
        <w:shd w:val="clear" w:color="auto" w:fill="E36C0A" w:themeFill="accent6" w:themeFillShade="BF"/>
      </w:tcPr>
    </w:tblStylePr>
    <w:tblStylePr w:type="band1Horz">
      <w:tblPr/>
      <w:tcPr>
        <w:tcBorders>
          <w:top w:val="nil"/>
          <w:left w:val="nil"/>
          <w:bottom w:val="nil"/>
          <w:right w:val="nil"/>
          <w:insideH w:val="nil"/>
          <w:insideV w:val="nil"/>
        </w:tcBorders>
        <w:shd w:val="clear" w:color="auto" w:fill="E36C0A" w:themeFill="accent6" w:themeFillShade="BF"/>
      </w:tcPr>
    </w:tblStylePr>
  </w:style>
  <w:style w:type="table" w:styleId="ColorfulShading">
    <w:name w:val="Colorful Shading"/>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000000" w:themeColor="text1"/>
        <w:bottom w:val="single" w:sz="4" w:space="0" w:color="000000" w:themeColor="text1"/>
        <w:right w:val="single" w:sz="4" w:space="0" w:color="000000" w:themeColor="tex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6E6E6" w:themeFill="tex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000000" w:themeFill="text1" w:themeFillShade="99"/>
      </w:tcPr>
    </w:tblStylePr>
    <w:tblStylePr w:type="firstCol">
      <w:rPr>
        <w:color w:val="FFFFFF" w:themeColor="background1"/>
      </w:rPr>
      <w:tblPr/>
      <w:tcPr>
        <w:tcBorders>
          <w:top w:val="nil"/>
          <w:left w:val="nil"/>
          <w:bottom w:val="nil"/>
          <w:right w:val="nil"/>
          <w:insideH w:val="single" w:sz="4" w:space="0" w:color="000000" w:themeColor="text1" w:themeShade="99"/>
          <w:insideV w:val="nil"/>
        </w:tcBorders>
        <w:shd w:val="clear" w:color="auto" w:fill="000000" w:themeFill="text1" w:themeFillShade="99"/>
      </w:tcPr>
    </w:tblStylePr>
    <w:tblStylePr w:type="lastCol">
      <w:rPr>
        <w:color w:val="FFFFFF" w:themeColor="background1"/>
      </w:rPr>
      <w:tblPr/>
      <w:tcPr>
        <w:tcBorders>
          <w:top w:val="nil"/>
          <w:left w:val="nil"/>
          <w:bottom w:val="nil"/>
          <w:right w:val="nil"/>
          <w:insideH w:val="nil"/>
          <w:insideV w:val="nil"/>
        </w:tcBorders>
        <w:shd w:val="clear" w:color="auto" w:fill="000000" w:themeFill="text1" w:themeFillShade="BF"/>
      </w:tcPr>
    </w:tblStylePr>
    <w:tblStylePr w:type="band1Vert">
      <w:tblPr/>
      <w:tcPr>
        <w:shd w:val="clear" w:color="auto" w:fill="999999" w:themeFill="text1" w:themeFillTint="66"/>
      </w:tcPr>
    </w:tblStylePr>
    <w:tblStylePr w:type="band1Horz">
      <w:tblPr/>
      <w:tcPr>
        <w:shd w:val="clear" w:color="auto" w:fill="808080" w:themeFill="text1" w:themeFillTint="7F"/>
      </w:tcPr>
    </w:tblStylePr>
    <w:tblStylePr w:type="neCell">
      <w:rPr>
        <w:color w:val="000000" w:themeColor="text1"/>
      </w:rPr>
    </w:tblStylePr>
    <w:tblStylePr w:type="nwCell">
      <w:rPr>
        <w:color w:val="000000" w:themeColor="text1"/>
      </w:rPr>
    </w:tblStylePr>
  </w:style>
  <w:style w:type="table" w:styleId="ColorfulShading-Accent1">
    <w:name w:val="Colorful Shading Accent 1"/>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4F81BD" w:themeColor="accent1"/>
        <w:bottom w:val="single" w:sz="4" w:space="0" w:color="4F81BD" w:themeColor="accent1"/>
        <w:right w:val="single" w:sz="4" w:space="0" w:color="4F81BD" w:themeColor="accen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2F8" w:themeFill="accen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C4C74" w:themeFill="accent1" w:themeFillShade="99"/>
      </w:tcPr>
    </w:tblStylePr>
    <w:tblStylePr w:type="firstCol">
      <w:rPr>
        <w:color w:val="FFFFFF" w:themeColor="background1"/>
      </w:rPr>
      <w:tblPr/>
      <w:tcPr>
        <w:tcBorders>
          <w:top w:val="nil"/>
          <w:left w:val="nil"/>
          <w:bottom w:val="nil"/>
          <w:right w:val="nil"/>
          <w:insideH w:val="single" w:sz="4" w:space="0" w:color="2C4C74" w:themeColor="accent1" w:themeShade="99"/>
          <w:insideV w:val="nil"/>
        </w:tcBorders>
        <w:shd w:val="clear" w:color="auto" w:fill="2C4C74" w:themeFill="accent1" w:themeFillShade="99"/>
      </w:tcPr>
    </w:tblStylePr>
    <w:tblStylePr w:type="lastCol">
      <w:rPr>
        <w:color w:val="FFFFFF" w:themeColor="background1"/>
      </w:rPr>
      <w:tblPr/>
      <w:tcPr>
        <w:tcBorders>
          <w:top w:val="nil"/>
          <w:left w:val="nil"/>
          <w:bottom w:val="nil"/>
          <w:right w:val="nil"/>
          <w:insideH w:val="nil"/>
          <w:insideV w:val="nil"/>
        </w:tcBorders>
        <w:shd w:val="clear" w:color="auto" w:fill="2C4C74" w:themeFill="accent1" w:themeFillShade="99"/>
      </w:tcPr>
    </w:tblStylePr>
    <w:tblStylePr w:type="band1Vert">
      <w:tblPr/>
      <w:tcPr>
        <w:shd w:val="clear" w:color="auto" w:fill="B8CCE4" w:themeFill="accent1" w:themeFillTint="66"/>
      </w:tcPr>
    </w:tblStylePr>
    <w:tblStylePr w:type="band1Horz">
      <w:tblPr/>
      <w:tcPr>
        <w:shd w:val="clear" w:color="auto" w:fill="A7BFDE" w:themeFill="accent1" w:themeFillTint="7F"/>
      </w:tcPr>
    </w:tblStylePr>
    <w:tblStylePr w:type="neCell">
      <w:rPr>
        <w:color w:val="000000" w:themeColor="text1"/>
      </w:rPr>
    </w:tblStylePr>
    <w:tblStylePr w:type="nwCell">
      <w:rPr>
        <w:color w:val="000000" w:themeColor="text1"/>
      </w:rPr>
    </w:tblStylePr>
  </w:style>
  <w:style w:type="table" w:styleId="ColorfulShading-Accent2">
    <w:name w:val="Colorful Shading Accent 2"/>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C0504D" w:themeColor="accent2"/>
        <w:bottom w:val="single" w:sz="4" w:space="0" w:color="C0504D" w:themeColor="accent2"/>
        <w:right w:val="single" w:sz="4" w:space="0" w:color="C0504D" w:themeColor="accent2"/>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8EDED" w:themeFill="accent2"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772C2A" w:themeFill="accent2" w:themeFillShade="99"/>
      </w:tcPr>
    </w:tblStylePr>
    <w:tblStylePr w:type="firstCol">
      <w:rPr>
        <w:color w:val="FFFFFF" w:themeColor="background1"/>
      </w:rPr>
      <w:tblPr/>
      <w:tcPr>
        <w:tcBorders>
          <w:top w:val="nil"/>
          <w:left w:val="nil"/>
          <w:bottom w:val="nil"/>
          <w:right w:val="nil"/>
          <w:insideH w:val="single" w:sz="4" w:space="0" w:color="772C2A" w:themeColor="accent2" w:themeShade="99"/>
          <w:insideV w:val="nil"/>
        </w:tcBorders>
        <w:shd w:val="clear" w:color="auto" w:fill="772C2A" w:themeFill="accent2" w:themeFillShade="99"/>
      </w:tcPr>
    </w:tblStylePr>
    <w:tblStylePr w:type="lastCol">
      <w:rPr>
        <w:color w:val="FFFFFF" w:themeColor="background1"/>
      </w:rPr>
      <w:tblPr/>
      <w:tcPr>
        <w:tcBorders>
          <w:top w:val="nil"/>
          <w:left w:val="nil"/>
          <w:bottom w:val="nil"/>
          <w:right w:val="nil"/>
          <w:insideH w:val="nil"/>
          <w:insideV w:val="nil"/>
        </w:tcBorders>
        <w:shd w:val="clear" w:color="auto" w:fill="772C2A" w:themeFill="accent2" w:themeFillShade="99"/>
      </w:tcPr>
    </w:tblStylePr>
    <w:tblStylePr w:type="band1Vert">
      <w:tblPr/>
      <w:tcPr>
        <w:shd w:val="clear" w:color="auto" w:fill="E5B8B7" w:themeFill="accent2" w:themeFillTint="66"/>
      </w:tcPr>
    </w:tblStylePr>
    <w:tblStylePr w:type="band1Horz">
      <w:tblPr/>
      <w:tcPr>
        <w:shd w:val="clear" w:color="auto" w:fill="DFA7A6" w:themeFill="accent2" w:themeFillTint="7F"/>
      </w:tcPr>
    </w:tblStylePr>
    <w:tblStylePr w:type="neCell">
      <w:rPr>
        <w:color w:val="000000" w:themeColor="text1"/>
      </w:rPr>
    </w:tblStylePr>
    <w:tblStylePr w:type="nwCell">
      <w:rPr>
        <w:color w:val="000000" w:themeColor="text1"/>
      </w:rPr>
    </w:tblStylePr>
  </w:style>
  <w:style w:type="table" w:styleId="ColorfulShading-Accent3">
    <w:name w:val="Colorful Shading Accent 3"/>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8064A2" w:themeColor="accent4"/>
        <w:left w:val="single" w:sz="4" w:space="0" w:color="9BBB59" w:themeColor="accent3"/>
        <w:bottom w:val="single" w:sz="4" w:space="0" w:color="9BBB59" w:themeColor="accent3"/>
        <w:right w:val="single" w:sz="4" w:space="0" w:color="9BBB59" w:themeColor="accent3"/>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5F8EE" w:themeFill="accent3" w:themeFillTint="19"/>
    </w:tcPr>
    <w:tblStylePr w:type="firstRow">
      <w:rPr>
        <w:b/>
        <w:bCs/>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5E7530" w:themeFill="accent3" w:themeFillShade="99"/>
      </w:tcPr>
    </w:tblStylePr>
    <w:tblStylePr w:type="firstCol">
      <w:rPr>
        <w:color w:val="FFFFFF" w:themeColor="background1"/>
      </w:rPr>
      <w:tblPr/>
      <w:tcPr>
        <w:tcBorders>
          <w:top w:val="nil"/>
          <w:left w:val="nil"/>
          <w:bottom w:val="nil"/>
          <w:right w:val="nil"/>
          <w:insideH w:val="single" w:sz="4" w:space="0" w:color="5E7530" w:themeColor="accent3" w:themeShade="99"/>
          <w:insideV w:val="nil"/>
        </w:tcBorders>
        <w:shd w:val="clear" w:color="auto" w:fill="5E7530" w:themeFill="accent3" w:themeFillShade="99"/>
      </w:tcPr>
    </w:tblStylePr>
    <w:tblStylePr w:type="lastCol">
      <w:rPr>
        <w:color w:val="FFFFFF" w:themeColor="background1"/>
      </w:rPr>
      <w:tblPr/>
      <w:tcPr>
        <w:tcBorders>
          <w:top w:val="nil"/>
          <w:left w:val="nil"/>
          <w:bottom w:val="nil"/>
          <w:right w:val="nil"/>
          <w:insideH w:val="nil"/>
          <w:insideV w:val="nil"/>
        </w:tcBorders>
        <w:shd w:val="clear" w:color="auto" w:fill="5E7530" w:themeFill="accent3" w:themeFillShade="99"/>
      </w:tcPr>
    </w:tblStylePr>
    <w:tblStylePr w:type="band1Vert">
      <w:tblPr/>
      <w:tcPr>
        <w:shd w:val="clear" w:color="auto" w:fill="D6E3BC" w:themeFill="accent3" w:themeFillTint="66"/>
      </w:tcPr>
    </w:tblStylePr>
    <w:tblStylePr w:type="band1Horz">
      <w:tblPr/>
      <w:tcPr>
        <w:shd w:val="clear" w:color="auto" w:fill="CDDDAC" w:themeFill="accent3" w:themeFillTint="7F"/>
      </w:tcPr>
    </w:tblStylePr>
  </w:style>
  <w:style w:type="table" w:styleId="ColorfulShading-Accent4">
    <w:name w:val="Colorful Shading Accent 4"/>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9BBB59" w:themeColor="accent3"/>
        <w:left w:val="single" w:sz="4" w:space="0" w:color="8064A2" w:themeColor="accent4"/>
        <w:bottom w:val="single" w:sz="4" w:space="0" w:color="8064A2" w:themeColor="accent4"/>
        <w:right w:val="single" w:sz="4" w:space="0" w:color="8064A2" w:themeColor="accent4"/>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2EFF6" w:themeFill="accent4" w:themeFillTint="19"/>
    </w:tcPr>
    <w:tblStylePr w:type="firstRow">
      <w:rPr>
        <w:b/>
        <w:bCs/>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4C3B62" w:themeFill="accent4" w:themeFillShade="99"/>
      </w:tcPr>
    </w:tblStylePr>
    <w:tblStylePr w:type="firstCol">
      <w:rPr>
        <w:color w:val="FFFFFF" w:themeColor="background1"/>
      </w:rPr>
      <w:tblPr/>
      <w:tcPr>
        <w:tcBorders>
          <w:top w:val="nil"/>
          <w:left w:val="nil"/>
          <w:bottom w:val="nil"/>
          <w:right w:val="nil"/>
          <w:insideH w:val="single" w:sz="4" w:space="0" w:color="4C3B62" w:themeColor="accent4" w:themeShade="99"/>
          <w:insideV w:val="nil"/>
        </w:tcBorders>
        <w:shd w:val="clear" w:color="auto" w:fill="4C3B62" w:themeFill="accent4" w:themeFillShade="99"/>
      </w:tcPr>
    </w:tblStylePr>
    <w:tblStylePr w:type="lastCol">
      <w:rPr>
        <w:color w:val="FFFFFF" w:themeColor="background1"/>
      </w:rPr>
      <w:tblPr/>
      <w:tcPr>
        <w:tcBorders>
          <w:top w:val="nil"/>
          <w:left w:val="nil"/>
          <w:bottom w:val="nil"/>
          <w:right w:val="nil"/>
          <w:insideH w:val="nil"/>
          <w:insideV w:val="nil"/>
        </w:tcBorders>
        <w:shd w:val="clear" w:color="auto" w:fill="4C3B62" w:themeFill="accent4" w:themeFillShade="99"/>
      </w:tcPr>
    </w:tblStylePr>
    <w:tblStylePr w:type="band1Vert">
      <w:tblPr/>
      <w:tcPr>
        <w:shd w:val="clear" w:color="auto" w:fill="CCC0D9" w:themeFill="accent4" w:themeFillTint="66"/>
      </w:tcPr>
    </w:tblStylePr>
    <w:tblStylePr w:type="band1Horz">
      <w:tblPr/>
      <w:tcPr>
        <w:shd w:val="clear" w:color="auto" w:fill="BFB1D0" w:themeFill="accent4" w:themeFillTint="7F"/>
      </w:tcPr>
    </w:tblStylePr>
    <w:tblStylePr w:type="neCell">
      <w:rPr>
        <w:color w:val="000000" w:themeColor="text1"/>
      </w:rPr>
    </w:tblStylePr>
    <w:tblStylePr w:type="nwCell">
      <w:rPr>
        <w:color w:val="000000" w:themeColor="text1"/>
      </w:rPr>
    </w:tblStylePr>
  </w:style>
  <w:style w:type="table" w:styleId="ColorfulShading-Accent5">
    <w:name w:val="Colorful Shading Accent 5"/>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F79646" w:themeColor="accent6"/>
        <w:left w:val="single" w:sz="4" w:space="0" w:color="4BACC6" w:themeColor="accent5"/>
        <w:bottom w:val="single" w:sz="4" w:space="0" w:color="4BACC6" w:themeColor="accent5"/>
        <w:right w:val="single" w:sz="4" w:space="0" w:color="4BACC6" w:themeColor="accent5"/>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6F9" w:themeFill="accent5" w:themeFillTint="19"/>
    </w:tcPr>
    <w:tblStylePr w:type="firstRow">
      <w:rPr>
        <w:b/>
        <w:bCs/>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76A7C" w:themeFill="accent5" w:themeFillShade="99"/>
      </w:tcPr>
    </w:tblStylePr>
    <w:tblStylePr w:type="firstCol">
      <w:rPr>
        <w:color w:val="FFFFFF" w:themeColor="background1"/>
      </w:rPr>
      <w:tblPr/>
      <w:tcPr>
        <w:tcBorders>
          <w:top w:val="nil"/>
          <w:left w:val="nil"/>
          <w:bottom w:val="nil"/>
          <w:right w:val="nil"/>
          <w:insideH w:val="single" w:sz="4" w:space="0" w:color="276A7C" w:themeColor="accent5" w:themeShade="99"/>
          <w:insideV w:val="nil"/>
        </w:tcBorders>
        <w:shd w:val="clear" w:color="auto" w:fill="276A7C" w:themeFill="accent5" w:themeFillShade="99"/>
      </w:tcPr>
    </w:tblStylePr>
    <w:tblStylePr w:type="lastCol">
      <w:rPr>
        <w:color w:val="FFFFFF" w:themeColor="background1"/>
      </w:rPr>
      <w:tblPr/>
      <w:tcPr>
        <w:tcBorders>
          <w:top w:val="nil"/>
          <w:left w:val="nil"/>
          <w:bottom w:val="nil"/>
          <w:right w:val="nil"/>
          <w:insideH w:val="nil"/>
          <w:insideV w:val="nil"/>
        </w:tcBorders>
        <w:shd w:val="clear" w:color="auto" w:fill="276A7C" w:themeFill="accent5" w:themeFillShade="99"/>
      </w:tcPr>
    </w:tblStylePr>
    <w:tblStylePr w:type="band1Vert">
      <w:tblPr/>
      <w:tcPr>
        <w:shd w:val="clear" w:color="auto" w:fill="B6DDE8" w:themeFill="accent5" w:themeFillTint="66"/>
      </w:tcPr>
    </w:tblStylePr>
    <w:tblStylePr w:type="band1Horz">
      <w:tblPr/>
      <w:tcPr>
        <w:shd w:val="clear" w:color="auto" w:fill="A5D5E2" w:themeFill="accent5" w:themeFillTint="7F"/>
      </w:tcPr>
    </w:tblStylePr>
    <w:tblStylePr w:type="neCell">
      <w:rPr>
        <w:color w:val="000000" w:themeColor="text1"/>
      </w:rPr>
    </w:tblStylePr>
    <w:tblStylePr w:type="nwCell">
      <w:rPr>
        <w:color w:val="000000" w:themeColor="text1"/>
      </w:rPr>
    </w:tblStylePr>
  </w:style>
  <w:style w:type="table" w:styleId="ColorfulShading-Accent6">
    <w:name w:val="Colorful Shading Accent 6"/>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4BACC6" w:themeColor="accent5"/>
        <w:left w:val="single" w:sz="4" w:space="0" w:color="F79646" w:themeColor="accent6"/>
        <w:bottom w:val="single" w:sz="4" w:space="0" w:color="F79646" w:themeColor="accent6"/>
        <w:right w:val="single" w:sz="4" w:space="0" w:color="F79646" w:themeColor="accent6"/>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EF4EC" w:themeFill="accent6" w:themeFillTint="19"/>
    </w:tcPr>
    <w:tblStylePr w:type="firstRow">
      <w:rPr>
        <w:b/>
        <w:bCs/>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B65608" w:themeFill="accent6" w:themeFillShade="99"/>
      </w:tcPr>
    </w:tblStylePr>
    <w:tblStylePr w:type="firstCol">
      <w:rPr>
        <w:color w:val="FFFFFF" w:themeColor="background1"/>
      </w:rPr>
      <w:tblPr/>
      <w:tcPr>
        <w:tcBorders>
          <w:top w:val="nil"/>
          <w:left w:val="nil"/>
          <w:bottom w:val="nil"/>
          <w:right w:val="nil"/>
          <w:insideH w:val="single" w:sz="4" w:space="0" w:color="B65608" w:themeColor="accent6" w:themeShade="99"/>
          <w:insideV w:val="nil"/>
        </w:tcBorders>
        <w:shd w:val="clear" w:color="auto" w:fill="B65608" w:themeFill="accent6" w:themeFillShade="99"/>
      </w:tcPr>
    </w:tblStylePr>
    <w:tblStylePr w:type="lastCol">
      <w:rPr>
        <w:color w:val="FFFFFF" w:themeColor="background1"/>
      </w:rPr>
      <w:tblPr/>
      <w:tcPr>
        <w:tcBorders>
          <w:top w:val="nil"/>
          <w:left w:val="nil"/>
          <w:bottom w:val="nil"/>
          <w:right w:val="nil"/>
          <w:insideH w:val="nil"/>
          <w:insideV w:val="nil"/>
        </w:tcBorders>
        <w:shd w:val="clear" w:color="auto" w:fill="B65608" w:themeFill="accent6" w:themeFillShade="99"/>
      </w:tcPr>
    </w:tblStylePr>
    <w:tblStylePr w:type="band1Vert">
      <w:tblPr/>
      <w:tcPr>
        <w:shd w:val="clear" w:color="auto" w:fill="FBD4B4" w:themeFill="accent6" w:themeFillTint="66"/>
      </w:tcPr>
    </w:tblStylePr>
    <w:tblStylePr w:type="band1Horz">
      <w:tblPr/>
      <w:tcPr>
        <w:shd w:val="clear" w:color="auto" w:fill="FBCAA2" w:themeFill="accent6" w:themeFillTint="7F"/>
      </w:tcPr>
    </w:tblStylePr>
    <w:tblStylePr w:type="neCell">
      <w:rPr>
        <w:color w:val="000000" w:themeColor="text1"/>
      </w:rPr>
    </w:tblStylePr>
    <w:tblStylePr w:type="nwCell">
      <w:rPr>
        <w:color w:val="000000" w:themeColor="text1"/>
      </w:rPr>
    </w:tblStylePr>
  </w:style>
  <w:style w:type="table" w:styleId="ColorfulList">
    <w:name w:val="Colorful List"/>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6E6E6" w:themeFill="tex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C0C0C0" w:themeFill="text1" w:themeFillTint="3F"/>
      </w:tcPr>
    </w:tblStylePr>
    <w:tblStylePr w:type="band1Horz">
      <w:tblPr/>
      <w:tcPr>
        <w:shd w:val="clear" w:color="auto" w:fill="CCCCCC" w:themeFill="text1" w:themeFillTint="33"/>
      </w:tcPr>
    </w:tblStylePr>
  </w:style>
  <w:style w:type="table" w:styleId="ColorfulList-Accent1">
    <w:name w:val="Colorful List Accent 1"/>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2F8" w:themeFill="accen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3DFEE" w:themeFill="accent1" w:themeFillTint="3F"/>
      </w:tcPr>
    </w:tblStylePr>
    <w:tblStylePr w:type="band1Horz">
      <w:tblPr/>
      <w:tcPr>
        <w:shd w:val="clear" w:color="auto" w:fill="DBE5F1" w:themeFill="accent1" w:themeFillTint="33"/>
      </w:tcPr>
    </w:tblStylePr>
  </w:style>
  <w:style w:type="table" w:styleId="ColorfulList-Accent2">
    <w:name w:val="Colorful List Accent 2"/>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8EDED" w:themeFill="accent2"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FD3D2" w:themeFill="accent2" w:themeFillTint="3F"/>
      </w:tcPr>
    </w:tblStylePr>
    <w:tblStylePr w:type="band1Horz">
      <w:tblPr/>
      <w:tcPr>
        <w:shd w:val="clear" w:color="auto" w:fill="F2DBDB" w:themeFill="accent2" w:themeFillTint="33"/>
      </w:tcPr>
    </w:tblStylePr>
  </w:style>
  <w:style w:type="table" w:styleId="ColorfulList-Accent3">
    <w:name w:val="Colorful List Accent 3"/>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5F8EE" w:themeFill="accent3" w:themeFillTint="19"/>
    </w:tcPr>
    <w:tblStylePr w:type="firstRow">
      <w:rPr>
        <w:b/>
        <w:bCs/>
        <w:color w:val="FFFFFF" w:themeColor="background1"/>
      </w:rPr>
      <w:tblPr/>
      <w:tcPr>
        <w:tcBorders>
          <w:bottom w:val="single" w:sz="12" w:space="0" w:color="FFFFFF" w:themeColor="background1"/>
        </w:tcBorders>
        <w:shd w:val="clear" w:color="auto" w:fill="664E82" w:themeFill="accent4" w:themeFillShade="CC"/>
      </w:tcPr>
    </w:tblStylePr>
    <w:tblStylePr w:type="lastRow">
      <w:rPr>
        <w:b/>
        <w:bCs/>
        <w:color w:val="664E82" w:themeColor="accent4"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6EED5" w:themeFill="accent3" w:themeFillTint="3F"/>
      </w:tcPr>
    </w:tblStylePr>
    <w:tblStylePr w:type="band1Horz">
      <w:tblPr/>
      <w:tcPr>
        <w:shd w:val="clear" w:color="auto" w:fill="EAF1DD" w:themeFill="accent3" w:themeFillTint="33"/>
      </w:tcPr>
    </w:tblStylePr>
  </w:style>
  <w:style w:type="table" w:styleId="ColorfulList-Accent4">
    <w:name w:val="Colorful List Accent 4"/>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2EFF6" w:themeFill="accent4" w:themeFillTint="19"/>
    </w:tcPr>
    <w:tblStylePr w:type="firstRow">
      <w:rPr>
        <w:b/>
        <w:bCs/>
        <w:color w:val="FFFFFF" w:themeColor="background1"/>
      </w:rPr>
      <w:tblPr/>
      <w:tcPr>
        <w:tcBorders>
          <w:bottom w:val="single" w:sz="12" w:space="0" w:color="FFFFFF" w:themeColor="background1"/>
        </w:tcBorders>
        <w:shd w:val="clear" w:color="auto" w:fill="7E9C40" w:themeFill="accent3" w:themeFillShade="CC"/>
      </w:tcPr>
    </w:tblStylePr>
    <w:tblStylePr w:type="lastRow">
      <w:rPr>
        <w:b/>
        <w:bCs/>
        <w:color w:val="7E9C40" w:themeColor="accent3"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FD8E8" w:themeFill="accent4" w:themeFillTint="3F"/>
      </w:tcPr>
    </w:tblStylePr>
    <w:tblStylePr w:type="band1Horz">
      <w:tblPr/>
      <w:tcPr>
        <w:shd w:val="clear" w:color="auto" w:fill="E5DFEC" w:themeFill="accent4" w:themeFillTint="33"/>
      </w:tcPr>
    </w:tblStylePr>
  </w:style>
  <w:style w:type="table" w:styleId="ColorfulList-Accent5">
    <w:name w:val="Colorful List Accent 5"/>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6F9" w:themeFill="accent5" w:themeFillTint="19"/>
    </w:tcPr>
    <w:tblStylePr w:type="firstRow">
      <w:rPr>
        <w:b/>
        <w:bCs/>
        <w:color w:val="FFFFFF" w:themeColor="background1"/>
      </w:rPr>
      <w:tblPr/>
      <w:tcPr>
        <w:tcBorders>
          <w:bottom w:val="single" w:sz="12" w:space="0" w:color="FFFFFF" w:themeColor="background1"/>
        </w:tcBorders>
        <w:shd w:val="clear" w:color="auto" w:fill="F2730A" w:themeFill="accent6" w:themeFillShade="CC"/>
      </w:tcPr>
    </w:tblStylePr>
    <w:tblStylePr w:type="lastRow">
      <w:rPr>
        <w:b/>
        <w:bCs/>
        <w:color w:val="F2730A" w:themeColor="accent6"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2EAF1" w:themeFill="accent5" w:themeFillTint="3F"/>
      </w:tcPr>
    </w:tblStylePr>
    <w:tblStylePr w:type="band1Horz">
      <w:tblPr/>
      <w:tcPr>
        <w:shd w:val="clear" w:color="auto" w:fill="DAEEF3" w:themeFill="accent5" w:themeFillTint="33"/>
      </w:tcPr>
    </w:tblStylePr>
  </w:style>
  <w:style w:type="table" w:styleId="ColorfulList-Accent6">
    <w:name w:val="Colorful List Accent 6"/>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EF4EC" w:themeFill="accent6" w:themeFillTint="19"/>
    </w:tcPr>
    <w:tblStylePr w:type="firstRow">
      <w:rPr>
        <w:b/>
        <w:bCs/>
        <w:color w:val="FFFFFF" w:themeColor="background1"/>
      </w:rPr>
      <w:tblPr/>
      <w:tcPr>
        <w:tcBorders>
          <w:bottom w:val="single" w:sz="12" w:space="0" w:color="FFFFFF" w:themeColor="background1"/>
        </w:tcBorders>
        <w:shd w:val="clear" w:color="auto" w:fill="348DA5" w:themeFill="accent5" w:themeFillShade="CC"/>
      </w:tcPr>
    </w:tblStylePr>
    <w:tblStylePr w:type="lastRow">
      <w:rPr>
        <w:b/>
        <w:bCs/>
        <w:color w:val="348DA5" w:themeColor="accent5"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FDE4D0" w:themeFill="accent6" w:themeFillTint="3F"/>
      </w:tcPr>
    </w:tblStylePr>
    <w:tblStylePr w:type="band1Horz">
      <w:tblPr/>
      <w:tcPr>
        <w:shd w:val="clear" w:color="auto" w:fill="FDE9D9" w:themeFill="accent6" w:themeFillTint="33"/>
      </w:tcPr>
    </w:tblStylePr>
  </w:style>
  <w:style w:type="table" w:styleId="ColorfulGrid">
    <w:name w:val="Colorful Grid"/>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CCCCCC" w:themeFill="text1" w:themeFillTint="33"/>
    </w:tcPr>
    <w:tblStylePr w:type="firstRow">
      <w:rPr>
        <w:b/>
        <w:bCs/>
      </w:rPr>
      <w:tblPr/>
      <w:tcPr>
        <w:shd w:val="clear" w:color="auto" w:fill="999999" w:themeFill="text1" w:themeFillTint="66"/>
      </w:tcPr>
    </w:tblStylePr>
    <w:tblStylePr w:type="lastRow">
      <w:rPr>
        <w:b/>
        <w:bCs/>
        <w:color w:val="000000" w:themeColor="text1"/>
      </w:rPr>
      <w:tblPr/>
      <w:tcPr>
        <w:shd w:val="clear" w:color="auto" w:fill="999999" w:themeFill="text1" w:themeFillTint="66"/>
      </w:tcPr>
    </w:tblStylePr>
    <w:tblStylePr w:type="firstCol">
      <w:rPr>
        <w:color w:val="FFFFFF" w:themeColor="background1"/>
      </w:rPr>
      <w:tblPr/>
      <w:tcPr>
        <w:shd w:val="clear" w:color="auto" w:fill="000000" w:themeFill="text1" w:themeFillShade="BF"/>
      </w:tcPr>
    </w:tblStylePr>
    <w:tblStylePr w:type="lastCol">
      <w:rPr>
        <w:color w:val="FFFFFF" w:themeColor="background1"/>
      </w:rPr>
      <w:tblPr/>
      <w:tcPr>
        <w:shd w:val="clear" w:color="auto" w:fill="000000" w:themeFill="text1" w:themeFillShade="BF"/>
      </w:tc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ColorfulGrid-Accent1">
    <w:name w:val="Colorful Grid Accent 1"/>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BE5F1" w:themeFill="accent1" w:themeFillTint="33"/>
    </w:tcPr>
    <w:tblStylePr w:type="firstRow">
      <w:rPr>
        <w:b/>
        <w:bCs/>
      </w:rPr>
      <w:tblPr/>
      <w:tcPr>
        <w:shd w:val="clear" w:color="auto" w:fill="B8CCE4" w:themeFill="accent1" w:themeFillTint="66"/>
      </w:tcPr>
    </w:tblStylePr>
    <w:tblStylePr w:type="lastRow">
      <w:rPr>
        <w:b/>
        <w:bCs/>
        <w:color w:val="000000" w:themeColor="text1"/>
      </w:rPr>
      <w:tblPr/>
      <w:tcPr>
        <w:shd w:val="clear" w:color="auto" w:fill="B8CCE4" w:themeFill="accent1" w:themeFillTint="66"/>
      </w:tcPr>
    </w:tblStylePr>
    <w:tblStylePr w:type="firstCol">
      <w:rPr>
        <w:color w:val="FFFFFF" w:themeColor="background1"/>
      </w:rPr>
      <w:tblPr/>
      <w:tcPr>
        <w:shd w:val="clear" w:color="auto" w:fill="365F91" w:themeFill="accent1" w:themeFillShade="BF"/>
      </w:tcPr>
    </w:tblStylePr>
    <w:tblStylePr w:type="lastCol">
      <w:rPr>
        <w:color w:val="FFFFFF" w:themeColor="background1"/>
      </w:rPr>
      <w:tblPr/>
      <w:tcPr>
        <w:shd w:val="clear" w:color="auto" w:fill="365F91" w:themeFill="accent1" w:themeFillShade="BF"/>
      </w:tc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ColorfulGrid-Accent2">
    <w:name w:val="Colorful Grid Accent 2"/>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2DBDB" w:themeFill="accent2" w:themeFillTint="33"/>
    </w:tcPr>
    <w:tblStylePr w:type="firstRow">
      <w:rPr>
        <w:b/>
        <w:bCs/>
      </w:rPr>
      <w:tblPr/>
      <w:tcPr>
        <w:shd w:val="clear" w:color="auto" w:fill="E5B8B7" w:themeFill="accent2" w:themeFillTint="66"/>
      </w:tcPr>
    </w:tblStylePr>
    <w:tblStylePr w:type="lastRow">
      <w:rPr>
        <w:b/>
        <w:bCs/>
        <w:color w:val="000000" w:themeColor="text1"/>
      </w:rPr>
      <w:tblPr/>
      <w:tcPr>
        <w:shd w:val="clear" w:color="auto" w:fill="E5B8B7" w:themeFill="accent2" w:themeFillTint="66"/>
      </w:tcPr>
    </w:tblStylePr>
    <w:tblStylePr w:type="firstCol">
      <w:rPr>
        <w:color w:val="FFFFFF" w:themeColor="background1"/>
      </w:rPr>
      <w:tblPr/>
      <w:tcPr>
        <w:shd w:val="clear" w:color="auto" w:fill="943634" w:themeFill="accent2" w:themeFillShade="BF"/>
      </w:tcPr>
    </w:tblStylePr>
    <w:tblStylePr w:type="lastCol">
      <w:rPr>
        <w:color w:val="FFFFFF" w:themeColor="background1"/>
      </w:rPr>
      <w:tblPr/>
      <w:tcPr>
        <w:shd w:val="clear" w:color="auto" w:fill="943634" w:themeFill="accent2" w:themeFillShade="BF"/>
      </w:tc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ColorfulGrid-Accent3">
    <w:name w:val="Colorful Grid Accent 3"/>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AF1DD" w:themeFill="accent3" w:themeFillTint="33"/>
    </w:tcPr>
    <w:tblStylePr w:type="firstRow">
      <w:rPr>
        <w:b/>
        <w:bCs/>
      </w:rPr>
      <w:tblPr/>
      <w:tcPr>
        <w:shd w:val="clear" w:color="auto" w:fill="D6E3BC" w:themeFill="accent3" w:themeFillTint="66"/>
      </w:tcPr>
    </w:tblStylePr>
    <w:tblStylePr w:type="lastRow">
      <w:rPr>
        <w:b/>
        <w:bCs/>
        <w:color w:val="000000" w:themeColor="text1"/>
      </w:rPr>
      <w:tblPr/>
      <w:tcPr>
        <w:shd w:val="clear" w:color="auto" w:fill="D6E3BC" w:themeFill="accent3" w:themeFillTint="66"/>
      </w:tcPr>
    </w:tblStylePr>
    <w:tblStylePr w:type="firstCol">
      <w:rPr>
        <w:color w:val="FFFFFF" w:themeColor="background1"/>
      </w:rPr>
      <w:tblPr/>
      <w:tcPr>
        <w:shd w:val="clear" w:color="auto" w:fill="76923C" w:themeFill="accent3" w:themeFillShade="BF"/>
      </w:tcPr>
    </w:tblStylePr>
    <w:tblStylePr w:type="lastCol">
      <w:rPr>
        <w:color w:val="FFFFFF" w:themeColor="background1"/>
      </w:rPr>
      <w:tblPr/>
      <w:tcPr>
        <w:shd w:val="clear" w:color="auto" w:fill="76923C" w:themeFill="accent3" w:themeFillShade="BF"/>
      </w:tc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ColorfulGrid-Accent4">
    <w:name w:val="Colorful Grid Accent 4"/>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5DFEC" w:themeFill="accent4" w:themeFillTint="33"/>
    </w:tcPr>
    <w:tblStylePr w:type="firstRow">
      <w:rPr>
        <w:b/>
        <w:bCs/>
      </w:rPr>
      <w:tblPr/>
      <w:tcPr>
        <w:shd w:val="clear" w:color="auto" w:fill="CCC0D9" w:themeFill="accent4" w:themeFillTint="66"/>
      </w:tcPr>
    </w:tblStylePr>
    <w:tblStylePr w:type="lastRow">
      <w:rPr>
        <w:b/>
        <w:bCs/>
        <w:color w:val="000000" w:themeColor="text1"/>
      </w:rPr>
      <w:tblPr/>
      <w:tcPr>
        <w:shd w:val="clear" w:color="auto" w:fill="CCC0D9" w:themeFill="accent4" w:themeFillTint="66"/>
      </w:tcPr>
    </w:tblStylePr>
    <w:tblStylePr w:type="firstCol">
      <w:rPr>
        <w:color w:val="FFFFFF" w:themeColor="background1"/>
      </w:rPr>
      <w:tblPr/>
      <w:tcPr>
        <w:shd w:val="clear" w:color="auto" w:fill="5F497A" w:themeFill="accent4" w:themeFillShade="BF"/>
      </w:tcPr>
    </w:tblStylePr>
    <w:tblStylePr w:type="lastCol">
      <w:rPr>
        <w:color w:val="FFFFFF" w:themeColor="background1"/>
      </w:rPr>
      <w:tblPr/>
      <w:tcPr>
        <w:shd w:val="clear" w:color="auto" w:fill="5F497A" w:themeFill="accent4" w:themeFillShade="BF"/>
      </w:tc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ColorfulGrid-Accent5">
    <w:name w:val="Colorful Grid Accent 5"/>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AEEF3" w:themeFill="accent5" w:themeFillTint="33"/>
    </w:tcPr>
    <w:tblStylePr w:type="firstRow">
      <w:rPr>
        <w:b/>
        <w:bCs/>
      </w:rPr>
      <w:tblPr/>
      <w:tcPr>
        <w:shd w:val="clear" w:color="auto" w:fill="B6DDE8" w:themeFill="accent5" w:themeFillTint="66"/>
      </w:tcPr>
    </w:tblStylePr>
    <w:tblStylePr w:type="lastRow">
      <w:rPr>
        <w:b/>
        <w:bCs/>
        <w:color w:val="000000" w:themeColor="text1"/>
      </w:rPr>
      <w:tblPr/>
      <w:tcPr>
        <w:shd w:val="clear" w:color="auto" w:fill="B6DDE8" w:themeFill="accent5" w:themeFillTint="66"/>
      </w:tcPr>
    </w:tblStylePr>
    <w:tblStylePr w:type="firstCol">
      <w:rPr>
        <w:color w:val="FFFFFF" w:themeColor="background1"/>
      </w:rPr>
      <w:tblPr/>
      <w:tcPr>
        <w:shd w:val="clear" w:color="auto" w:fill="31849B" w:themeFill="accent5" w:themeFillShade="BF"/>
      </w:tcPr>
    </w:tblStylePr>
    <w:tblStylePr w:type="lastCol">
      <w:rPr>
        <w:color w:val="FFFFFF" w:themeColor="background1"/>
      </w:rPr>
      <w:tblPr/>
      <w:tcPr>
        <w:shd w:val="clear" w:color="auto" w:fill="31849B" w:themeFill="accent5" w:themeFillShade="BF"/>
      </w:tc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ColorfulGrid-Accent6">
    <w:name w:val="Colorful Grid Accent 6"/>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DE9D9" w:themeFill="accent6" w:themeFillTint="33"/>
    </w:tcPr>
    <w:tblStylePr w:type="firstRow">
      <w:rPr>
        <w:b/>
        <w:bCs/>
      </w:rPr>
      <w:tblPr/>
      <w:tcPr>
        <w:shd w:val="clear" w:color="auto" w:fill="FBD4B4" w:themeFill="accent6" w:themeFillTint="66"/>
      </w:tcPr>
    </w:tblStylePr>
    <w:tblStylePr w:type="lastRow">
      <w:rPr>
        <w:b/>
        <w:bCs/>
        <w:color w:val="000000" w:themeColor="text1"/>
      </w:rPr>
      <w:tblPr/>
      <w:tcPr>
        <w:shd w:val="clear" w:color="auto" w:fill="FBD4B4" w:themeFill="accent6" w:themeFillTint="66"/>
      </w:tcPr>
    </w:tblStylePr>
    <w:tblStylePr w:type="firstCol">
      <w:rPr>
        <w:color w:val="FFFFFF" w:themeColor="background1"/>
      </w:rPr>
      <w:tblPr/>
      <w:tcPr>
        <w:shd w:val="clear" w:color="auto" w:fill="E36C0A" w:themeFill="accent6" w:themeFillShade="BF"/>
      </w:tcPr>
    </w:tblStylePr>
    <w:tblStylePr w:type="lastCol">
      <w:rPr>
        <w:color w:val="FFFFFF" w:themeColor="background1"/>
      </w:rPr>
      <w:tblPr/>
      <w:tcPr>
        <w:shd w:val="clear" w:color="auto" w:fill="E36C0A" w:themeFill="accent6" w:themeFillShade="BF"/>
      </w:tc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s>
</file>

<file path=word/stylesWithEffects.xml><?xml version="1.0" encoding="utf-8"?>
<w:styles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docDefaults>
    <w:rPrDefault>
      <w:rPr>
        <w:rFonts w:asciiTheme="minorHAnsi" w:eastAsiaTheme="minorEastAsia"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76">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FC693F"/>
  </w:style>
  <w:style w:type="paragraph" w:styleId="Heading1">
    <w:name w:val="heading 1"/>
    <w:basedOn w:val="Normal"/>
    <w:next w:val="Normal"/>
    <w:link w:val="Heading1Char"/>
    <w:uiPriority w:val="9"/>
    <w:qFormat/>
    <w:rsid w:val="00FC693F"/>
    <w:pPr>
      <w:keepNext/>
      <w:keepLines/>
      <w:spacing w:before="480" w:after="0"/>
      <w:outlineLvl w:val="0"/>
    </w:pPr>
    <w:rPr>
      <w:rFonts w:asciiTheme="majorHAnsi" w:eastAsiaTheme="majorEastAsia" w:hAnsiTheme="majorHAnsi" w:cstheme="majorBidi"/>
      <w:b/>
      <w:bCs/>
      <w:color w:val="365F91" w:themeColor="accent1" w:themeShade="BF"/>
      <w:sz w:val="28"/>
      <w:szCs w:val="28"/>
    </w:rPr>
  </w:style>
  <w:style w:type="paragraph" w:styleId="Heading2">
    <w:name w:val="heading 2"/>
    <w:basedOn w:val="Normal"/>
    <w:next w:val="Normal"/>
    <w:link w:val="Heading2Char"/>
    <w:uiPriority w:val="9"/>
    <w:unhideWhenUsed/>
    <w:qFormat/>
    <w:rsid w:val="00FC693F"/>
    <w:pPr>
      <w:keepNext/>
      <w:keepLines/>
      <w:spacing w:before="200" w:after="0"/>
      <w:outlineLvl w:val="1"/>
    </w:pPr>
    <w:rPr>
      <w:rFonts w:asciiTheme="majorHAnsi" w:eastAsiaTheme="majorEastAsia" w:hAnsiTheme="majorHAnsi" w:cstheme="majorBidi"/>
      <w:b/>
      <w:bCs/>
      <w:color w:val="4F81BD" w:themeColor="accent1"/>
      <w:sz w:val="26"/>
      <w:szCs w:val="26"/>
    </w:rPr>
  </w:style>
  <w:style w:type="paragraph" w:styleId="Heading3">
    <w:name w:val="heading 3"/>
    <w:basedOn w:val="Normal"/>
    <w:next w:val="Normal"/>
    <w:link w:val="Heading3Char"/>
    <w:uiPriority w:val="9"/>
    <w:unhideWhenUsed/>
    <w:qFormat/>
    <w:rsid w:val="00FC693F"/>
    <w:pPr>
      <w:keepNext/>
      <w:keepLines/>
      <w:spacing w:before="200" w:after="0"/>
      <w:outlineLvl w:val="2"/>
    </w:pPr>
    <w:rPr>
      <w:rFonts w:asciiTheme="majorHAnsi" w:eastAsiaTheme="majorEastAsia" w:hAnsiTheme="majorHAnsi" w:cstheme="majorBidi"/>
      <w:b/>
      <w:bCs/>
      <w:color w:val="4F81BD" w:themeColor="accent1"/>
    </w:rPr>
  </w:style>
  <w:style w:type="paragraph" w:styleId="Heading4">
    <w:name w:val="heading 4"/>
    <w:basedOn w:val="Normal"/>
    <w:next w:val="Normal"/>
    <w:link w:val="Heading4Char"/>
    <w:uiPriority w:val="9"/>
    <w:semiHidden/>
    <w:unhideWhenUsed/>
    <w:qFormat/>
    <w:rsid w:val="00FC693F"/>
    <w:pPr>
      <w:keepNext/>
      <w:keepLines/>
      <w:spacing w:before="200" w:after="0"/>
      <w:outlineLvl w:val="3"/>
    </w:pPr>
    <w:rPr>
      <w:rFonts w:asciiTheme="majorHAnsi" w:eastAsiaTheme="majorEastAsia" w:hAnsiTheme="majorHAnsi" w:cstheme="majorBidi"/>
      <w:b/>
      <w:bCs/>
      <w:i/>
      <w:iCs/>
      <w:color w:val="4F81BD" w:themeColor="accent1"/>
    </w:rPr>
  </w:style>
  <w:style w:type="paragraph" w:styleId="Heading5">
    <w:name w:val="heading 5"/>
    <w:basedOn w:val="Normal"/>
    <w:next w:val="Normal"/>
    <w:link w:val="Heading5Char"/>
    <w:uiPriority w:val="9"/>
    <w:semiHidden/>
    <w:unhideWhenUsed/>
    <w:qFormat/>
    <w:rsid w:val="00FC693F"/>
    <w:pPr>
      <w:keepNext/>
      <w:keepLines/>
      <w:spacing w:before="200" w:after="0"/>
      <w:outlineLvl w:val="4"/>
    </w:pPr>
    <w:rPr>
      <w:rFonts w:asciiTheme="majorHAnsi" w:eastAsiaTheme="majorEastAsia" w:hAnsiTheme="majorHAnsi" w:cstheme="majorBidi"/>
      <w:color w:val="243F60" w:themeColor="accent1" w:themeShade="7F"/>
    </w:rPr>
  </w:style>
  <w:style w:type="paragraph" w:styleId="Heading6">
    <w:name w:val="heading 6"/>
    <w:basedOn w:val="Normal"/>
    <w:next w:val="Normal"/>
    <w:link w:val="Heading6Char"/>
    <w:uiPriority w:val="9"/>
    <w:semiHidden/>
    <w:unhideWhenUsed/>
    <w:qFormat/>
    <w:rsid w:val="00FC693F"/>
    <w:pPr>
      <w:keepNext/>
      <w:keepLines/>
      <w:spacing w:before="200" w:after="0"/>
      <w:outlineLvl w:val="5"/>
    </w:pPr>
    <w:rPr>
      <w:rFonts w:asciiTheme="majorHAnsi" w:eastAsiaTheme="majorEastAsia" w:hAnsiTheme="majorHAnsi" w:cstheme="majorBidi"/>
      <w:i/>
      <w:iCs/>
      <w:color w:val="243F60" w:themeColor="accent1" w:themeShade="7F"/>
    </w:rPr>
  </w:style>
  <w:style w:type="paragraph" w:styleId="Heading7">
    <w:name w:val="heading 7"/>
    <w:basedOn w:val="Normal"/>
    <w:next w:val="Normal"/>
    <w:link w:val="Heading7Char"/>
    <w:uiPriority w:val="9"/>
    <w:semiHidden/>
    <w:unhideWhenUsed/>
    <w:qFormat/>
    <w:rsid w:val="00FC693F"/>
    <w:pPr>
      <w:keepNext/>
      <w:keepLines/>
      <w:spacing w:before="200" w:after="0"/>
      <w:outlineLvl w:val="6"/>
    </w:pPr>
    <w:rPr>
      <w:rFonts w:asciiTheme="majorHAnsi" w:eastAsiaTheme="majorEastAsia" w:hAnsiTheme="majorHAnsi" w:cstheme="majorBidi"/>
      <w:i/>
      <w:iCs/>
      <w:color w:val="404040" w:themeColor="text1" w:themeTint="BF"/>
    </w:rPr>
  </w:style>
  <w:style w:type="paragraph" w:styleId="Heading8">
    <w:name w:val="heading 8"/>
    <w:basedOn w:val="Normal"/>
    <w:next w:val="Normal"/>
    <w:link w:val="Heading8Char"/>
    <w:uiPriority w:val="9"/>
    <w:semiHidden/>
    <w:unhideWhenUsed/>
    <w:qFormat/>
    <w:rsid w:val="00FC693F"/>
    <w:pPr>
      <w:keepNext/>
      <w:keepLines/>
      <w:spacing w:before="200" w:after="0"/>
      <w:outlineLvl w:val="7"/>
    </w:pPr>
    <w:rPr>
      <w:rFonts w:asciiTheme="majorHAnsi" w:eastAsiaTheme="majorEastAsia" w:hAnsiTheme="majorHAnsi" w:cstheme="majorBidi"/>
      <w:color w:val="4F81BD" w:themeColor="accent1"/>
      <w:sz w:val="20"/>
      <w:szCs w:val="20"/>
    </w:rPr>
  </w:style>
  <w:style w:type="paragraph" w:styleId="Heading9">
    <w:name w:val="heading 9"/>
    <w:basedOn w:val="Normal"/>
    <w:next w:val="Normal"/>
    <w:link w:val="Heading9Char"/>
    <w:uiPriority w:val="9"/>
    <w:semiHidden/>
    <w:unhideWhenUsed/>
    <w:qFormat/>
    <w:rsid w:val="00FC693F"/>
    <w:pPr>
      <w:keepNext/>
      <w:keepLines/>
      <w:spacing w:before="200" w:after="0"/>
      <w:outlineLvl w:val="8"/>
    </w:pPr>
    <w:rPr>
      <w:rFonts w:asciiTheme="majorHAnsi" w:eastAsiaTheme="majorEastAsia" w:hAnsiTheme="majorHAnsi" w:cstheme="majorBidi"/>
      <w:i/>
      <w:iCs/>
      <w:color w:val="404040" w:themeColor="text1" w:themeTint="BF"/>
      <w:sz w:val="20"/>
      <w:szCs w:val="2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NoSpacing">
    <w:name w:val="No Spacing"/>
    <w:uiPriority w:val="1"/>
    <w:qFormat/>
    <w:rsid w:val="00FC693F"/>
    <w:pPr>
      <w:spacing w:after="0" w:line="240" w:lineRule="auto"/>
    </w:pPr>
  </w:style>
  <w:style w:type="character" w:customStyle="1" w:styleId="Heading1Char">
    <w:name w:val="Heading 1 Char"/>
    <w:basedOn w:val="DefaultParagraphFont"/>
    <w:link w:val="Heading1"/>
    <w:uiPriority w:val="9"/>
    <w:rsid w:val="00FC693F"/>
    <w:rPr>
      <w:rFonts w:asciiTheme="majorHAnsi" w:eastAsiaTheme="majorEastAsia" w:hAnsiTheme="majorHAnsi" w:cstheme="majorBidi"/>
      <w:b/>
      <w:bCs/>
      <w:color w:val="365F91" w:themeColor="accent1" w:themeShade="BF"/>
      <w:sz w:val="28"/>
      <w:szCs w:val="28"/>
    </w:rPr>
  </w:style>
  <w:style w:type="character" w:customStyle="1" w:styleId="Heading2Char">
    <w:name w:val="Heading 2 Char"/>
    <w:basedOn w:val="DefaultParagraphFont"/>
    <w:link w:val="Heading2"/>
    <w:uiPriority w:val="9"/>
    <w:rsid w:val="00FC693F"/>
    <w:rPr>
      <w:rFonts w:asciiTheme="majorHAnsi" w:eastAsiaTheme="majorEastAsia" w:hAnsiTheme="majorHAnsi" w:cstheme="majorBidi"/>
      <w:b/>
      <w:bCs/>
      <w:color w:val="4F81BD" w:themeColor="accent1"/>
      <w:sz w:val="26"/>
      <w:szCs w:val="26"/>
    </w:rPr>
  </w:style>
  <w:style w:type="character" w:customStyle="1" w:styleId="Heading3Char">
    <w:name w:val="Heading 3 Char"/>
    <w:basedOn w:val="DefaultParagraphFont"/>
    <w:link w:val="Heading3"/>
    <w:uiPriority w:val="9"/>
    <w:rsid w:val="00FC693F"/>
    <w:rPr>
      <w:rFonts w:asciiTheme="majorHAnsi" w:eastAsiaTheme="majorEastAsia" w:hAnsiTheme="majorHAnsi" w:cstheme="majorBidi"/>
      <w:b/>
      <w:bCs/>
      <w:color w:val="4F81BD" w:themeColor="accent1"/>
    </w:rPr>
  </w:style>
  <w:style w:type="paragraph" w:styleId="Title">
    <w:name w:val="Title"/>
    <w:basedOn w:val="Normal"/>
    <w:next w:val="Normal"/>
    <w:link w:val="TitleChar"/>
    <w:uiPriority w:val="10"/>
    <w:qFormat/>
    <w:rsid w:val="00FC693F"/>
    <w:pPr>
      <w:pBdr>
        <w:bottom w:val="single" w:sz="8" w:space="4" w:color="4F81BD" w:themeColor="accent1"/>
      </w:pBdr>
      <w:spacing w:after="300" w:line="240" w:lineRule="auto"/>
      <w:contextualSpacing/>
    </w:pPr>
    <w:rPr>
      <w:rFonts w:asciiTheme="majorHAnsi" w:eastAsiaTheme="majorEastAsia" w:hAnsiTheme="majorHAnsi" w:cstheme="majorBidi"/>
      <w:color w:val="17365D" w:themeColor="text2" w:themeShade="BF"/>
      <w:spacing w:val="5"/>
      <w:kern w:val="28"/>
      <w:sz w:val="52"/>
      <w:szCs w:val="52"/>
    </w:rPr>
  </w:style>
  <w:style w:type="character" w:customStyle="1" w:styleId="TitleChar">
    <w:name w:val="Title Char"/>
    <w:basedOn w:val="DefaultParagraphFont"/>
    <w:link w:val="Title"/>
    <w:uiPriority w:val="10"/>
    <w:rsid w:val="00FC693F"/>
    <w:rPr>
      <w:rFonts w:asciiTheme="majorHAnsi" w:eastAsiaTheme="majorEastAsia" w:hAnsiTheme="majorHAnsi" w:cstheme="majorBidi"/>
      <w:color w:val="17365D" w:themeColor="text2" w:themeShade="BF"/>
      <w:spacing w:val="5"/>
      <w:kern w:val="28"/>
      <w:sz w:val="52"/>
      <w:szCs w:val="52"/>
    </w:rPr>
  </w:style>
  <w:style w:type="paragraph" w:styleId="Subtitle">
    <w:name w:val="Subtitle"/>
    <w:basedOn w:val="Normal"/>
    <w:next w:val="Normal"/>
    <w:link w:val="SubtitleChar"/>
    <w:uiPriority w:val="11"/>
    <w:qFormat/>
    <w:rsid w:val="00FC693F"/>
    <w:pPr>
      <w:numPr>
        <w:ilvl w:val="1"/>
      </w:numPr>
    </w:pPr>
    <w:rPr>
      <w:rFonts w:asciiTheme="majorHAnsi" w:eastAsiaTheme="majorEastAsia" w:hAnsiTheme="majorHAnsi" w:cstheme="majorBidi"/>
      <w:i/>
      <w:iCs/>
      <w:color w:val="4F81BD" w:themeColor="accent1"/>
      <w:spacing w:val="15"/>
      <w:sz w:val="24"/>
      <w:szCs w:val="24"/>
    </w:rPr>
  </w:style>
  <w:style w:type="character" w:customStyle="1" w:styleId="SubtitleChar">
    <w:name w:val="Subtitle Char"/>
    <w:basedOn w:val="DefaultParagraphFont"/>
    <w:link w:val="Subtitle"/>
    <w:uiPriority w:val="11"/>
    <w:rsid w:val="00FC693F"/>
    <w:rPr>
      <w:rFonts w:asciiTheme="majorHAnsi" w:eastAsiaTheme="majorEastAsia" w:hAnsiTheme="majorHAnsi" w:cstheme="majorBidi"/>
      <w:i/>
      <w:iCs/>
      <w:color w:val="4F81BD" w:themeColor="accent1"/>
      <w:spacing w:val="15"/>
      <w:sz w:val="24"/>
      <w:szCs w:val="24"/>
    </w:rPr>
  </w:style>
  <w:style w:type="paragraph" w:styleId="ListParagraph">
    <w:name w:val="List Paragraph"/>
    <w:basedOn w:val="Normal"/>
    <w:uiPriority w:val="34"/>
    <w:qFormat/>
    <w:rsid w:val="00FC693F"/>
    <w:pPr>
      <w:ind w:left="720"/>
      <w:contextualSpacing/>
    </w:pPr>
  </w:style>
  <w:style w:type="paragraph" w:styleId="BodyText">
    <w:name w:val="Body Text"/>
    <w:basedOn w:val="Normal"/>
    <w:link w:val="BodyTextChar"/>
    <w:uiPriority w:val="99"/>
    <w:unhideWhenUsed/>
    <w:rsid w:val="00AA1D8D"/>
    <w:pPr>
      <w:spacing w:after="120"/>
    </w:pPr>
  </w:style>
  <w:style w:type="character" w:customStyle="1" w:styleId="BodyTextChar">
    <w:name w:val="Body Text Char"/>
    <w:basedOn w:val="DefaultParagraphFont"/>
    <w:link w:val="BodyText"/>
    <w:uiPriority w:val="99"/>
    <w:rsid w:val="00AA1D8D"/>
  </w:style>
  <w:style w:type="paragraph" w:styleId="BodyText2">
    <w:name w:val="Body Text 2"/>
    <w:basedOn w:val="Normal"/>
    <w:link w:val="BodyText2Char"/>
    <w:uiPriority w:val="99"/>
    <w:unhideWhenUsed/>
    <w:rsid w:val="00AA1D8D"/>
    <w:pPr>
      <w:spacing w:after="120" w:line="480" w:lineRule="auto"/>
    </w:pPr>
  </w:style>
  <w:style w:type="character" w:customStyle="1" w:styleId="BodyText2Char">
    <w:name w:val="Body Text 2 Char"/>
    <w:basedOn w:val="DefaultParagraphFont"/>
    <w:link w:val="BodyText2"/>
    <w:uiPriority w:val="99"/>
    <w:rsid w:val="00AA1D8D"/>
  </w:style>
  <w:style w:type="paragraph" w:styleId="BodyText3">
    <w:name w:val="Body Text 3"/>
    <w:basedOn w:val="Normal"/>
    <w:link w:val="BodyText3Char"/>
    <w:uiPriority w:val="99"/>
    <w:unhideWhenUsed/>
    <w:rsid w:val="00AA1D8D"/>
    <w:pPr>
      <w:spacing w:after="120"/>
    </w:pPr>
    <w:rPr>
      <w:sz w:val="16"/>
      <w:szCs w:val="16"/>
    </w:rPr>
  </w:style>
  <w:style w:type="character" w:customStyle="1" w:styleId="BodyText3Char">
    <w:name w:val="Body Text 3 Char"/>
    <w:basedOn w:val="DefaultParagraphFont"/>
    <w:link w:val="BodyText3"/>
    <w:uiPriority w:val="99"/>
    <w:rsid w:val="00AA1D8D"/>
    <w:rPr>
      <w:sz w:val="16"/>
      <w:szCs w:val="16"/>
    </w:rPr>
  </w:style>
  <w:style w:type="paragraph" w:styleId="List">
    <w:name w:val="List"/>
    <w:basedOn w:val="Normal"/>
    <w:uiPriority w:val="99"/>
    <w:unhideWhenUsed/>
    <w:rsid w:val="00AA1D8D"/>
    <w:pPr>
      <w:ind w:left="360" w:hanging="360"/>
      <w:contextualSpacing/>
    </w:pPr>
  </w:style>
  <w:style w:type="paragraph" w:styleId="List2">
    <w:name w:val="List 2"/>
    <w:basedOn w:val="Normal"/>
    <w:uiPriority w:val="99"/>
    <w:unhideWhenUsed/>
    <w:rsid w:val="00326F90"/>
    <w:pPr>
      <w:ind w:left="720" w:hanging="360"/>
      <w:contextualSpacing/>
    </w:pPr>
  </w:style>
  <w:style w:type="paragraph" w:styleId="List3">
    <w:name w:val="List 3"/>
    <w:basedOn w:val="Normal"/>
    <w:uiPriority w:val="99"/>
    <w:unhideWhenUsed/>
    <w:rsid w:val="00326F90"/>
    <w:pPr>
      <w:ind w:left="1080" w:hanging="360"/>
      <w:contextualSpacing/>
    </w:pPr>
  </w:style>
  <w:style w:type="paragraph" w:styleId="ListBullet">
    <w:name w:val="List Bullet"/>
    <w:basedOn w:val="Normal"/>
    <w:uiPriority w:val="99"/>
    <w:unhideWhenUsed/>
    <w:rsid w:val="00326F90"/>
    <w:pPr>
      <w:numPr>
        <w:numId w:val="1"/>
      </w:numPr>
      <w:contextualSpacing/>
    </w:pPr>
  </w:style>
  <w:style w:type="paragraph" w:styleId="ListBullet2">
    <w:name w:val="List Bullet 2"/>
    <w:basedOn w:val="Normal"/>
    <w:uiPriority w:val="99"/>
    <w:unhideWhenUsed/>
    <w:rsid w:val="00326F90"/>
    <w:pPr>
      <w:numPr>
        <w:numId w:val="2"/>
      </w:numPr>
      <w:contextualSpacing/>
    </w:pPr>
  </w:style>
  <w:style w:type="paragraph" w:styleId="ListBullet3">
    <w:name w:val="List Bullet 3"/>
    <w:basedOn w:val="Normal"/>
    <w:uiPriority w:val="99"/>
    <w:unhideWhenUsed/>
    <w:rsid w:val="00326F90"/>
    <w:pPr>
      <w:numPr>
        <w:numId w:val="3"/>
      </w:numPr>
      <w:contextualSpacing/>
    </w:pPr>
  </w:style>
  <w:style w:type="paragraph" w:styleId="ListNumber">
    <w:name w:val="List Number"/>
    <w:basedOn w:val="Normal"/>
    <w:uiPriority w:val="99"/>
    <w:unhideWhenUsed/>
    <w:rsid w:val="00326F90"/>
    <w:pPr>
      <w:numPr>
        <w:numId w:val="5"/>
      </w:numPr>
      <w:contextualSpacing/>
    </w:pPr>
  </w:style>
  <w:style w:type="paragraph" w:styleId="ListNumber2">
    <w:name w:val="List Number 2"/>
    <w:basedOn w:val="Normal"/>
    <w:uiPriority w:val="99"/>
    <w:unhideWhenUsed/>
    <w:rsid w:val="0029639D"/>
    <w:pPr>
      <w:numPr>
        <w:numId w:val="6"/>
      </w:numPr>
      <w:contextualSpacing/>
    </w:pPr>
  </w:style>
  <w:style w:type="paragraph" w:styleId="ListNumber3">
    <w:name w:val="List Number 3"/>
    <w:basedOn w:val="Normal"/>
    <w:uiPriority w:val="99"/>
    <w:unhideWhenUsed/>
    <w:rsid w:val="0029639D"/>
    <w:pPr>
      <w:numPr>
        <w:numId w:val="7"/>
      </w:numPr>
      <w:contextualSpacing/>
    </w:pPr>
  </w:style>
  <w:style w:type="paragraph" w:styleId="ListContinue">
    <w:name w:val="List Continue"/>
    <w:basedOn w:val="Normal"/>
    <w:uiPriority w:val="99"/>
    <w:unhideWhenUsed/>
    <w:rsid w:val="0029639D"/>
    <w:pPr>
      <w:spacing w:after="120"/>
      <w:ind w:left="360"/>
      <w:contextualSpacing/>
    </w:pPr>
  </w:style>
  <w:style w:type="paragraph" w:styleId="ListContinue2">
    <w:name w:val="List Continue 2"/>
    <w:basedOn w:val="Normal"/>
    <w:uiPriority w:val="99"/>
    <w:unhideWhenUsed/>
    <w:rsid w:val="0029639D"/>
    <w:pPr>
      <w:spacing w:after="120"/>
      <w:ind w:left="720"/>
      <w:contextualSpacing/>
    </w:pPr>
  </w:style>
  <w:style w:type="paragraph" w:styleId="ListContinue3">
    <w:name w:val="List Continue 3"/>
    <w:basedOn w:val="Normal"/>
    <w:uiPriority w:val="99"/>
    <w:unhideWhenUsed/>
    <w:rsid w:val="0029639D"/>
    <w:pPr>
      <w:spacing w:after="120"/>
      <w:ind w:left="1080"/>
      <w:contextualSpacing/>
    </w:pPr>
  </w:style>
  <w:style w:type="paragraph" w:styleId="MacroText">
    <w:name w:val="macro"/>
    <w:link w:val="MacroTextChar"/>
    <w:uiPriority w:val="99"/>
    <w:unhideWhenUsed/>
    <w:rsid w:val="0029639D"/>
    <w:pPr>
      <w:tabs>
        <w:tab w:val="left" w:pos="576"/>
        <w:tab w:val="left" w:pos="1152"/>
        <w:tab w:val="left" w:pos="1728"/>
        <w:tab w:val="left" w:pos="2304"/>
        <w:tab w:val="left" w:pos="2880"/>
        <w:tab w:val="left" w:pos="3456"/>
        <w:tab w:val="left" w:pos="4032"/>
      </w:tabs>
    </w:pPr>
    <w:rPr>
      <w:rFonts w:ascii="Courier" w:hAnsi="Courier"/>
      <w:sz w:val="20"/>
      <w:szCs w:val="20"/>
    </w:rPr>
  </w:style>
  <w:style w:type="character" w:customStyle="1" w:styleId="MacroTextChar">
    <w:name w:val="Macro Text Char"/>
    <w:basedOn w:val="DefaultParagraphFont"/>
    <w:link w:val="MacroText"/>
    <w:uiPriority w:val="99"/>
    <w:rsid w:val="0029639D"/>
    <w:rPr>
      <w:rFonts w:ascii="Courier" w:hAnsi="Courier"/>
      <w:sz w:val="20"/>
      <w:szCs w:val="20"/>
    </w:rPr>
  </w:style>
  <w:style w:type="paragraph" w:styleId="Quote">
    <w:name w:val="Quote"/>
    <w:basedOn w:val="Normal"/>
    <w:next w:val="Normal"/>
    <w:link w:val="QuoteChar"/>
    <w:uiPriority w:val="29"/>
    <w:qFormat/>
    <w:rsid w:val="00FC693F"/>
    <w:rPr>
      <w:i/>
      <w:iCs/>
      <w:color w:val="000000" w:themeColor="text1"/>
    </w:rPr>
  </w:style>
  <w:style w:type="character" w:customStyle="1" w:styleId="QuoteChar">
    <w:name w:val="Quote Char"/>
    <w:basedOn w:val="DefaultParagraphFont"/>
    <w:link w:val="Quote"/>
    <w:uiPriority w:val="29"/>
    <w:rsid w:val="00FC693F"/>
    <w:rPr>
      <w:i/>
      <w:iCs/>
      <w:color w:val="000000" w:themeColor="text1"/>
    </w:rPr>
  </w:style>
  <w:style w:type="character" w:customStyle="1" w:styleId="Heading4Char">
    <w:name w:val="Heading 4 Char"/>
    <w:basedOn w:val="DefaultParagraphFont"/>
    <w:link w:val="Heading4"/>
    <w:uiPriority w:val="9"/>
    <w:semiHidden/>
    <w:rsid w:val="00FC693F"/>
    <w:rPr>
      <w:rFonts w:asciiTheme="majorHAnsi" w:eastAsiaTheme="majorEastAsia" w:hAnsiTheme="majorHAnsi" w:cstheme="majorBidi"/>
      <w:b/>
      <w:bCs/>
      <w:i/>
      <w:iCs/>
      <w:color w:val="4F81BD" w:themeColor="accent1"/>
    </w:rPr>
  </w:style>
  <w:style w:type="character" w:customStyle="1" w:styleId="Heading5Char">
    <w:name w:val="Heading 5 Char"/>
    <w:basedOn w:val="DefaultParagraphFont"/>
    <w:link w:val="Heading5"/>
    <w:uiPriority w:val="9"/>
    <w:semiHidden/>
    <w:rsid w:val="00FC693F"/>
    <w:rPr>
      <w:rFonts w:asciiTheme="majorHAnsi" w:eastAsiaTheme="majorEastAsia" w:hAnsiTheme="majorHAnsi" w:cstheme="majorBidi"/>
      <w:color w:val="243F60" w:themeColor="accent1" w:themeShade="7F"/>
    </w:rPr>
  </w:style>
  <w:style w:type="character" w:customStyle="1" w:styleId="Heading6Char">
    <w:name w:val="Heading 6 Char"/>
    <w:basedOn w:val="DefaultParagraphFont"/>
    <w:link w:val="Heading6"/>
    <w:uiPriority w:val="9"/>
    <w:semiHidden/>
    <w:rsid w:val="00FC693F"/>
    <w:rPr>
      <w:rFonts w:asciiTheme="majorHAnsi" w:eastAsiaTheme="majorEastAsia" w:hAnsiTheme="majorHAnsi" w:cstheme="majorBidi"/>
      <w:i/>
      <w:iCs/>
      <w:color w:val="243F60" w:themeColor="accent1" w:themeShade="7F"/>
    </w:rPr>
  </w:style>
  <w:style w:type="character" w:customStyle="1" w:styleId="Heading7Char">
    <w:name w:val="Heading 7 Char"/>
    <w:basedOn w:val="DefaultParagraphFont"/>
    <w:link w:val="Heading7"/>
    <w:uiPriority w:val="9"/>
    <w:semiHidden/>
    <w:rsid w:val="00FC693F"/>
    <w:rPr>
      <w:rFonts w:asciiTheme="majorHAnsi" w:eastAsiaTheme="majorEastAsia" w:hAnsiTheme="majorHAnsi" w:cstheme="majorBidi"/>
      <w:i/>
      <w:iCs/>
      <w:color w:val="404040" w:themeColor="text1" w:themeTint="BF"/>
    </w:rPr>
  </w:style>
  <w:style w:type="character" w:customStyle="1" w:styleId="Heading8Char">
    <w:name w:val="Heading 8 Char"/>
    <w:basedOn w:val="DefaultParagraphFont"/>
    <w:link w:val="Heading8"/>
    <w:uiPriority w:val="9"/>
    <w:semiHidden/>
    <w:rsid w:val="00FC693F"/>
    <w:rPr>
      <w:rFonts w:asciiTheme="majorHAnsi" w:eastAsiaTheme="majorEastAsia" w:hAnsiTheme="majorHAnsi" w:cstheme="majorBidi"/>
      <w:color w:val="4F81BD" w:themeColor="accent1"/>
      <w:sz w:val="20"/>
      <w:szCs w:val="20"/>
    </w:rPr>
  </w:style>
  <w:style w:type="character" w:customStyle="1" w:styleId="Heading9Char">
    <w:name w:val="Heading 9 Char"/>
    <w:basedOn w:val="DefaultParagraphFont"/>
    <w:link w:val="Heading9"/>
    <w:uiPriority w:val="9"/>
    <w:semiHidden/>
    <w:rsid w:val="00FC693F"/>
    <w:rPr>
      <w:rFonts w:asciiTheme="majorHAnsi" w:eastAsiaTheme="majorEastAsia" w:hAnsiTheme="majorHAnsi" w:cstheme="majorBidi"/>
      <w:i/>
      <w:iCs/>
      <w:color w:val="404040" w:themeColor="text1" w:themeTint="BF"/>
      <w:sz w:val="20"/>
      <w:szCs w:val="20"/>
    </w:rPr>
  </w:style>
  <w:style w:type="paragraph" w:styleId="Caption">
    <w:name w:val="caption"/>
    <w:basedOn w:val="Normal"/>
    <w:next w:val="Normal"/>
    <w:uiPriority w:val="35"/>
    <w:semiHidden/>
    <w:unhideWhenUsed/>
    <w:qFormat/>
    <w:rsid w:val="00FC693F"/>
    <w:pPr>
      <w:spacing w:line="240" w:lineRule="auto"/>
    </w:pPr>
    <w:rPr>
      <w:b/>
      <w:bCs/>
      <w:color w:val="4F81BD" w:themeColor="accent1"/>
      <w:sz w:val="18"/>
      <w:szCs w:val="18"/>
    </w:rPr>
  </w:style>
  <w:style w:type="character" w:styleId="Strong">
    <w:name w:val="Strong"/>
    <w:basedOn w:val="DefaultParagraphFont"/>
    <w:uiPriority w:val="22"/>
    <w:qFormat/>
    <w:rsid w:val="00FC693F"/>
    <w:rPr>
      <w:b/>
      <w:bCs/>
    </w:rPr>
  </w:style>
  <w:style w:type="character" w:styleId="Emphasis">
    <w:name w:val="Emphasis"/>
    <w:basedOn w:val="DefaultParagraphFont"/>
    <w:uiPriority w:val="20"/>
    <w:qFormat/>
    <w:rsid w:val="00FC693F"/>
    <w:rPr>
      <w:i/>
      <w:iCs/>
    </w:rPr>
  </w:style>
  <w:style w:type="paragraph" w:styleId="IntenseQuote">
    <w:name w:val="Intense Quote"/>
    <w:basedOn w:val="Normal"/>
    <w:next w:val="Normal"/>
    <w:link w:val="IntenseQuoteChar"/>
    <w:uiPriority w:val="30"/>
    <w:qFormat/>
    <w:rsid w:val="00FC693F"/>
    <w:pPr>
      <w:pBdr>
        <w:bottom w:val="single" w:sz="4" w:space="4" w:color="4F81BD" w:themeColor="accent1"/>
      </w:pBdr>
      <w:spacing w:before="200" w:after="280"/>
      <w:ind w:left="936" w:right="936"/>
    </w:pPr>
    <w:rPr>
      <w:b/>
      <w:bCs/>
      <w:i/>
      <w:iCs/>
      <w:color w:val="4F81BD" w:themeColor="accent1"/>
    </w:rPr>
  </w:style>
  <w:style w:type="character" w:customStyle="1" w:styleId="IntenseQuoteChar">
    <w:name w:val="Intense Quote Char"/>
    <w:basedOn w:val="DefaultParagraphFont"/>
    <w:link w:val="IntenseQuote"/>
    <w:uiPriority w:val="30"/>
    <w:rsid w:val="00FC693F"/>
    <w:rPr>
      <w:b/>
      <w:bCs/>
      <w:i/>
      <w:iCs/>
      <w:color w:val="4F81BD" w:themeColor="accent1"/>
    </w:rPr>
  </w:style>
  <w:style w:type="character" w:styleId="SubtleEmphasis">
    <w:name w:val="Subtle Emphasis"/>
    <w:basedOn w:val="DefaultParagraphFont"/>
    <w:uiPriority w:val="19"/>
    <w:qFormat/>
    <w:rsid w:val="00FC693F"/>
    <w:rPr>
      <w:i/>
      <w:iCs/>
      <w:color w:val="808080" w:themeColor="text1" w:themeTint="7F"/>
    </w:rPr>
  </w:style>
  <w:style w:type="character" w:styleId="IntenseEmphasis">
    <w:name w:val="Intense Emphasis"/>
    <w:basedOn w:val="DefaultParagraphFont"/>
    <w:uiPriority w:val="21"/>
    <w:qFormat/>
    <w:rsid w:val="00FC693F"/>
    <w:rPr>
      <w:b/>
      <w:bCs/>
      <w:i/>
      <w:iCs/>
      <w:color w:val="4F81BD" w:themeColor="accent1"/>
    </w:rPr>
  </w:style>
  <w:style w:type="character" w:styleId="SubtleReference">
    <w:name w:val="Subtle Reference"/>
    <w:basedOn w:val="DefaultParagraphFont"/>
    <w:uiPriority w:val="31"/>
    <w:qFormat/>
    <w:rsid w:val="00FC693F"/>
    <w:rPr>
      <w:smallCaps/>
      <w:color w:val="C0504D" w:themeColor="accent2"/>
      <w:u w:val="single"/>
    </w:rPr>
  </w:style>
  <w:style w:type="character" w:styleId="IntenseReference">
    <w:name w:val="Intense Reference"/>
    <w:basedOn w:val="DefaultParagraphFont"/>
    <w:uiPriority w:val="32"/>
    <w:qFormat/>
    <w:rsid w:val="00FC693F"/>
    <w:rPr>
      <w:b/>
      <w:bCs/>
      <w:smallCaps/>
      <w:color w:val="C0504D" w:themeColor="accent2"/>
      <w:spacing w:val="5"/>
      <w:u w:val="single"/>
    </w:rPr>
  </w:style>
  <w:style w:type="character" w:styleId="BookTitle">
    <w:name w:val="Book Title"/>
    <w:basedOn w:val="DefaultParagraphFont"/>
    <w:uiPriority w:val="33"/>
    <w:qFormat/>
    <w:rsid w:val="00FC693F"/>
    <w:rPr>
      <w:b/>
      <w:bCs/>
      <w:smallCaps/>
      <w:spacing w:val="5"/>
    </w:rPr>
  </w:style>
  <w:style w:type="paragraph" w:styleId="TOCHeading">
    <w:name w:val="TOC Heading"/>
    <w:basedOn w:val="Heading1"/>
    <w:next w:val="Normal"/>
    <w:uiPriority w:val="39"/>
    <w:semiHidden/>
    <w:unhideWhenUsed/>
    <w:qFormat/>
    <w:rsid w:val="00FC693F"/>
    <w:pPr>
      <w:outlineLvl w:val="9"/>
    </w:pPr>
  </w:style>
  <w:style w:type="table" w:styleId="TableGrid">
    <w:name w:val="Table Grid"/>
    <w:basedOn w:val="TableNormal"/>
    <w:uiPriority w:val="59"/>
    <w:rsid w:val="00FC693F"/>
    <w:pPr>
      <w:spacing w:after="0" w:line="240" w:lineRule="auto"/>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styleId="LightShading">
    <w:name w:val="Light Shading"/>
    <w:basedOn w:val="TableNormal"/>
    <w:uiPriority w:val="60"/>
    <w:rsid w:val="00FC693F"/>
    <w:pPr>
      <w:spacing w:after="0" w:line="240" w:lineRule="auto"/>
    </w:pPr>
    <w:rPr>
      <w:color w:val="000000" w:themeColor="text1" w:themeShade="BF"/>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la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left w:val="nil"/>
          <w:right w:val="nil"/>
          <w:insideH w:val="nil"/>
          <w:insideV w:val="nil"/>
        </w:tcBorders>
        <w:shd w:val="clear" w:color="auto" w:fill="C0C0C0" w:themeFill="text1" w:themeFillTint="3F"/>
      </w:tcPr>
    </w:tblStylePr>
  </w:style>
  <w:style w:type="table" w:styleId="LightShading-Accent1">
    <w:name w:val="Light Shading Accent 1"/>
    <w:basedOn w:val="TableNormal"/>
    <w:uiPriority w:val="60"/>
    <w:rsid w:val="00FC693F"/>
    <w:pPr>
      <w:spacing w:after="0" w:line="240" w:lineRule="auto"/>
    </w:pPr>
    <w:rPr>
      <w:color w:val="365F91" w:themeColor="accent1" w:themeShade="BF"/>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la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left w:val="nil"/>
          <w:right w:val="nil"/>
          <w:insideH w:val="nil"/>
          <w:insideV w:val="nil"/>
        </w:tcBorders>
        <w:shd w:val="clear" w:color="auto" w:fill="D3DFEE" w:themeFill="accent1" w:themeFillTint="3F"/>
      </w:tcPr>
    </w:tblStylePr>
  </w:style>
  <w:style w:type="table" w:styleId="LightShading-Accent2">
    <w:name w:val="Light Shading Accent 2"/>
    <w:basedOn w:val="TableNormal"/>
    <w:uiPriority w:val="60"/>
    <w:rsid w:val="00FC693F"/>
    <w:pPr>
      <w:spacing w:after="0" w:line="240" w:lineRule="auto"/>
    </w:pPr>
    <w:rPr>
      <w:color w:val="943634" w:themeColor="accent2" w:themeShade="BF"/>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la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left w:val="nil"/>
          <w:right w:val="nil"/>
          <w:insideH w:val="nil"/>
          <w:insideV w:val="nil"/>
        </w:tcBorders>
        <w:shd w:val="clear" w:color="auto" w:fill="EFD3D2" w:themeFill="accent2" w:themeFillTint="3F"/>
      </w:tcPr>
    </w:tblStylePr>
  </w:style>
  <w:style w:type="table" w:styleId="LightShading-Accent3">
    <w:name w:val="Light Shading Accent 3"/>
    <w:basedOn w:val="TableNormal"/>
    <w:uiPriority w:val="60"/>
    <w:rsid w:val="00FC693F"/>
    <w:pPr>
      <w:spacing w:after="0" w:line="240" w:lineRule="auto"/>
    </w:pPr>
    <w:rPr>
      <w:color w:val="76923C" w:themeColor="accent3" w:themeShade="BF"/>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la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left w:val="nil"/>
          <w:right w:val="nil"/>
          <w:insideH w:val="nil"/>
          <w:insideV w:val="nil"/>
        </w:tcBorders>
        <w:shd w:val="clear" w:color="auto" w:fill="E6EED5" w:themeFill="accent3" w:themeFillTint="3F"/>
      </w:tcPr>
    </w:tblStylePr>
  </w:style>
  <w:style w:type="table" w:styleId="LightShading-Accent4">
    <w:name w:val="Light Shading Accent 4"/>
    <w:basedOn w:val="TableNormal"/>
    <w:uiPriority w:val="60"/>
    <w:rsid w:val="00FC693F"/>
    <w:pPr>
      <w:spacing w:after="0" w:line="240" w:lineRule="auto"/>
    </w:pPr>
    <w:rPr>
      <w:color w:val="5F497A" w:themeColor="accent4" w:themeShade="BF"/>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la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left w:val="nil"/>
          <w:right w:val="nil"/>
          <w:insideH w:val="nil"/>
          <w:insideV w:val="nil"/>
        </w:tcBorders>
        <w:shd w:val="clear" w:color="auto" w:fill="DFD8E8" w:themeFill="accent4" w:themeFillTint="3F"/>
      </w:tcPr>
    </w:tblStylePr>
  </w:style>
  <w:style w:type="table" w:styleId="LightShading-Accent5">
    <w:name w:val="Light Shading Accent 5"/>
    <w:basedOn w:val="TableNormal"/>
    <w:uiPriority w:val="60"/>
    <w:rsid w:val="00FC693F"/>
    <w:pPr>
      <w:spacing w:after="0" w:line="240" w:lineRule="auto"/>
    </w:pPr>
    <w:rPr>
      <w:color w:val="31849B" w:themeColor="accent5" w:themeShade="BF"/>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la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left w:val="nil"/>
          <w:right w:val="nil"/>
          <w:insideH w:val="nil"/>
          <w:insideV w:val="nil"/>
        </w:tcBorders>
        <w:shd w:val="clear" w:color="auto" w:fill="D2EAF1" w:themeFill="accent5" w:themeFillTint="3F"/>
      </w:tcPr>
    </w:tblStylePr>
  </w:style>
  <w:style w:type="table" w:styleId="LightShading-Accent6">
    <w:name w:val="Light Shading Accent 6"/>
    <w:basedOn w:val="TableNormal"/>
    <w:uiPriority w:val="60"/>
    <w:rsid w:val="00FC693F"/>
    <w:pPr>
      <w:spacing w:after="0" w:line="240" w:lineRule="auto"/>
    </w:pPr>
    <w:rPr>
      <w:color w:val="E36C0A" w:themeColor="accent6" w:themeShade="BF"/>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la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left w:val="nil"/>
          <w:right w:val="nil"/>
          <w:insideH w:val="nil"/>
          <w:insideV w:val="nil"/>
        </w:tcBorders>
        <w:shd w:val="clear" w:color="auto" w:fill="FDE4D0" w:themeFill="accent6" w:themeFillTint="3F"/>
      </w:tcPr>
    </w:tblStylePr>
  </w:style>
  <w:style w:type="table" w:styleId="LightList">
    <w:name w:val="Light List"/>
    <w:basedOn w:val="TableNormal"/>
    <w:uiPriority w:val="61"/>
    <w:rsid w:val="00FC693F"/>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000000" w:themeFill="text1"/>
      </w:tcPr>
    </w:tblStylePr>
    <w:tblStylePr w:type="lastRow">
      <w:pPr>
        <w:spacing w:before="0" w:after="0" w:line="240" w:lineRule="auto"/>
      </w:pPr>
      <w:rPr>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tcBorders>
      </w:tcPr>
    </w:tblStylePr>
    <w:tblStylePr w:type="firstCol">
      <w:rPr>
        <w:b/>
        <w:bCs/>
      </w:rPr>
    </w:tblStylePr>
    <w:tblStylePr w:type="lastCol">
      <w:rPr>
        <w:b/>
        <w:bCs/>
      </w:r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style>
  <w:style w:type="table" w:styleId="LightList-Accent1">
    <w:name w:val="Light List Accent 1"/>
    <w:basedOn w:val="TableNormal"/>
    <w:uiPriority w:val="61"/>
    <w:rsid w:val="00FC693F"/>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F81BD" w:themeFill="accent1"/>
      </w:tcPr>
    </w:tblStylePr>
    <w:tblStylePr w:type="lastRow">
      <w:pPr>
        <w:spacing w:before="0" w:after="0" w:line="240" w:lineRule="auto"/>
      </w:pPr>
      <w:rPr>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tcBorders>
      </w:tcPr>
    </w:tblStylePr>
    <w:tblStylePr w:type="firstCol">
      <w:rPr>
        <w:b/>
        <w:bCs/>
      </w:rPr>
    </w:tblStylePr>
    <w:tblStylePr w:type="lastCol">
      <w:rPr>
        <w:b/>
        <w:bCs/>
      </w:r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style>
  <w:style w:type="table" w:styleId="LightList-Accent2">
    <w:name w:val="Light List Accent 2"/>
    <w:basedOn w:val="TableNormal"/>
    <w:uiPriority w:val="61"/>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C0504D" w:themeFill="accent2"/>
      </w:tcPr>
    </w:tblStylePr>
    <w:tblStylePr w:type="lastRow">
      <w:pPr>
        <w:spacing w:before="0" w:after="0" w:line="240" w:lineRule="auto"/>
      </w:pPr>
      <w:rPr>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tcBorders>
      </w:tcPr>
    </w:tblStylePr>
    <w:tblStylePr w:type="firstCol">
      <w:rPr>
        <w:b/>
        <w:bCs/>
      </w:rPr>
    </w:tblStylePr>
    <w:tblStylePr w:type="lastCol">
      <w:rPr>
        <w:b/>
        <w:bCs/>
      </w:r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style>
  <w:style w:type="table" w:styleId="LightList-Accent3">
    <w:name w:val="Light List Accent 3"/>
    <w:basedOn w:val="TableNormal"/>
    <w:uiPriority w:val="61"/>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9BBB59" w:themeFill="accent3"/>
      </w:tcPr>
    </w:tblStylePr>
    <w:tblStylePr w:type="lastRow">
      <w:pPr>
        <w:spacing w:before="0" w:after="0" w:line="240" w:lineRule="auto"/>
      </w:pPr>
      <w:rPr>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tcBorders>
      </w:tcPr>
    </w:tblStylePr>
    <w:tblStylePr w:type="firstCol">
      <w:rPr>
        <w:b/>
        <w:bCs/>
      </w:rPr>
    </w:tblStylePr>
    <w:tblStylePr w:type="lastCol">
      <w:rPr>
        <w:b/>
        <w:bCs/>
      </w:r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style>
  <w:style w:type="table" w:styleId="LightList-Accent4">
    <w:name w:val="Light List Accent 4"/>
    <w:basedOn w:val="TableNormal"/>
    <w:uiPriority w:val="61"/>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8064A2" w:themeFill="accent4"/>
      </w:tcPr>
    </w:tblStylePr>
    <w:tblStylePr w:type="lastRow">
      <w:pPr>
        <w:spacing w:before="0" w:after="0" w:line="240" w:lineRule="auto"/>
      </w:pPr>
      <w:rPr>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tcBorders>
      </w:tcPr>
    </w:tblStylePr>
    <w:tblStylePr w:type="firstCol">
      <w:rPr>
        <w:b/>
        <w:bCs/>
      </w:rPr>
    </w:tblStylePr>
    <w:tblStylePr w:type="lastCol">
      <w:rPr>
        <w:b/>
        <w:bCs/>
      </w:r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style>
  <w:style w:type="table" w:styleId="LightList-Accent5">
    <w:name w:val="Light List Accent 5"/>
    <w:basedOn w:val="TableNormal"/>
    <w:uiPriority w:val="61"/>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BACC6" w:themeFill="accent5"/>
      </w:tcPr>
    </w:tblStylePr>
    <w:tblStylePr w:type="lastRow">
      <w:pPr>
        <w:spacing w:before="0" w:after="0" w:line="240" w:lineRule="auto"/>
      </w:pPr>
      <w:rPr>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tcBorders>
      </w:tcPr>
    </w:tblStylePr>
    <w:tblStylePr w:type="firstCol">
      <w:rPr>
        <w:b/>
        <w:bCs/>
      </w:rPr>
    </w:tblStylePr>
    <w:tblStylePr w:type="lastCol">
      <w:rPr>
        <w:b/>
        <w:bCs/>
      </w:r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style>
  <w:style w:type="table" w:styleId="LightList-Accent6">
    <w:name w:val="Light List Accent 6"/>
    <w:basedOn w:val="TableNormal"/>
    <w:uiPriority w:val="61"/>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F79646" w:themeFill="accent6"/>
      </w:tcPr>
    </w:tblStylePr>
    <w:tblStylePr w:type="lastRow">
      <w:pPr>
        <w:spacing w:before="0" w:after="0" w:line="240" w:lineRule="auto"/>
      </w:pPr>
      <w:rPr>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tcBorders>
      </w:tcPr>
    </w:tblStylePr>
    <w:tblStylePr w:type="firstCol">
      <w:rPr>
        <w:b/>
        <w:bCs/>
      </w:rPr>
    </w:tblStylePr>
    <w:tblStylePr w:type="lastCol">
      <w:rPr>
        <w:b/>
        <w:bCs/>
      </w:r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style>
  <w:style w:type="table" w:styleId="LightGrid">
    <w:name w:val="Light Grid"/>
    <w:basedOn w:val="TableNormal"/>
    <w:uiPriority w:val="62"/>
    <w:rsid w:val="00CB0664"/>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18" w:space="0" w:color="000000" w:themeColor="text1"/>
          <w:right w:val="single" w:sz="8" w:space="0" w:color="000000" w:themeColor="text1"/>
          <w:insideH w:val="nil"/>
          <w:insideV w:val="single" w:sz="8" w:space="0" w:color="000000" w:themeColor="tex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insideH w:val="nil"/>
          <w:insideV w:val="single" w:sz="8" w:space="0" w:color="000000" w:themeColor="tex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shd w:val="clear" w:color="auto" w:fill="C0C0C0" w:themeFill="text1" w:themeFillTint="3F"/>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shd w:val="clear" w:color="auto" w:fill="C0C0C0" w:themeFill="text1" w:themeFillTint="3F"/>
      </w:tcPr>
    </w:tblStylePr>
    <w:tblStylePr w:type="band2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tcPr>
    </w:tblStylePr>
  </w:style>
  <w:style w:type="table" w:styleId="LightGrid-Accent1">
    <w:name w:val="Light Grid Accent 1"/>
    <w:basedOn w:val="TableNormal"/>
    <w:uiPriority w:val="62"/>
    <w:rsid w:val="00CB0664"/>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18" w:space="0" w:color="4F81BD" w:themeColor="accent1"/>
          <w:right w:val="single" w:sz="8" w:space="0" w:color="4F81BD" w:themeColor="accent1"/>
          <w:insideH w:val="nil"/>
          <w:insideV w:val="single" w:sz="8" w:space="0" w:color="4F81BD" w:themeColor="accen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insideH w:val="nil"/>
          <w:insideV w:val="single" w:sz="8" w:space="0" w:color="4F81BD" w:themeColor="accen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shd w:val="clear" w:color="auto" w:fill="D3DFEE" w:themeFill="accent1" w:themeFillTint="3F"/>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shd w:val="clear" w:color="auto" w:fill="D3DFEE" w:themeFill="accent1" w:themeFillTint="3F"/>
      </w:tcPr>
    </w:tblStylePr>
    <w:tblStylePr w:type="band2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tcPr>
    </w:tblStylePr>
  </w:style>
  <w:style w:type="table" w:styleId="LightGrid-Accent2">
    <w:name w:val="Light Grid Accent 2"/>
    <w:basedOn w:val="TableNormal"/>
    <w:uiPriority w:val="62"/>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18" w:space="0" w:color="C0504D" w:themeColor="accent2"/>
          <w:right w:val="single" w:sz="8" w:space="0" w:color="C0504D" w:themeColor="accent2"/>
          <w:insideH w:val="nil"/>
          <w:insideV w:val="single" w:sz="8" w:space="0" w:color="C0504D" w:themeColor="accent2"/>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insideH w:val="nil"/>
          <w:insideV w:val="single" w:sz="8" w:space="0" w:color="C0504D" w:themeColor="accent2"/>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shd w:val="clear" w:color="auto" w:fill="EFD3D2" w:themeFill="accent2" w:themeFillTint="3F"/>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shd w:val="clear" w:color="auto" w:fill="EFD3D2" w:themeFill="accent2" w:themeFillTint="3F"/>
      </w:tcPr>
    </w:tblStylePr>
    <w:tblStylePr w:type="band2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tcPr>
    </w:tblStylePr>
  </w:style>
  <w:style w:type="table" w:styleId="LightGrid-Accent3">
    <w:name w:val="Light Grid Accent 3"/>
    <w:basedOn w:val="TableNormal"/>
    <w:uiPriority w:val="62"/>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18" w:space="0" w:color="9BBB59" w:themeColor="accent3"/>
          <w:right w:val="single" w:sz="8" w:space="0" w:color="9BBB59" w:themeColor="accent3"/>
          <w:insideH w:val="nil"/>
          <w:insideV w:val="single" w:sz="8" w:space="0" w:color="9BBB59" w:themeColor="accent3"/>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insideH w:val="nil"/>
          <w:insideV w:val="single" w:sz="8" w:space="0" w:color="9BBB59" w:themeColor="accent3"/>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shd w:val="clear" w:color="auto" w:fill="E6EED5" w:themeFill="accent3" w:themeFillTint="3F"/>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shd w:val="clear" w:color="auto" w:fill="E6EED5" w:themeFill="accent3" w:themeFillTint="3F"/>
      </w:tcPr>
    </w:tblStylePr>
    <w:tblStylePr w:type="band2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tcPr>
    </w:tblStylePr>
  </w:style>
  <w:style w:type="table" w:styleId="LightGrid-Accent4">
    <w:name w:val="Light Grid Accent 4"/>
    <w:basedOn w:val="TableNormal"/>
    <w:uiPriority w:val="62"/>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18" w:space="0" w:color="8064A2" w:themeColor="accent4"/>
          <w:right w:val="single" w:sz="8" w:space="0" w:color="8064A2" w:themeColor="accent4"/>
          <w:insideH w:val="nil"/>
          <w:insideV w:val="single" w:sz="8" w:space="0" w:color="8064A2" w:themeColor="accent4"/>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insideH w:val="nil"/>
          <w:insideV w:val="single" w:sz="8" w:space="0" w:color="8064A2" w:themeColor="accent4"/>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shd w:val="clear" w:color="auto" w:fill="DFD8E8" w:themeFill="accent4" w:themeFillTint="3F"/>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shd w:val="clear" w:color="auto" w:fill="DFD8E8" w:themeFill="accent4" w:themeFillTint="3F"/>
      </w:tcPr>
    </w:tblStylePr>
    <w:tblStylePr w:type="band2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tcPr>
    </w:tblStylePr>
  </w:style>
  <w:style w:type="table" w:styleId="LightGrid-Accent5">
    <w:name w:val="Light Grid Accent 5"/>
    <w:basedOn w:val="TableNormal"/>
    <w:uiPriority w:val="62"/>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18" w:space="0" w:color="4BACC6" w:themeColor="accent5"/>
          <w:right w:val="single" w:sz="8" w:space="0" w:color="4BACC6" w:themeColor="accent5"/>
          <w:insideH w:val="nil"/>
          <w:insideV w:val="single" w:sz="8" w:space="0" w:color="4BACC6" w:themeColor="accent5"/>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insideH w:val="nil"/>
          <w:insideV w:val="single" w:sz="8" w:space="0" w:color="4BACC6" w:themeColor="accent5"/>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shd w:val="clear" w:color="auto" w:fill="D2EAF1" w:themeFill="accent5" w:themeFillTint="3F"/>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shd w:val="clear" w:color="auto" w:fill="D2EAF1" w:themeFill="accent5" w:themeFillTint="3F"/>
      </w:tcPr>
    </w:tblStylePr>
    <w:tblStylePr w:type="band2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tcPr>
    </w:tblStylePr>
  </w:style>
  <w:style w:type="table" w:styleId="LightGrid-Accent6">
    <w:name w:val="Light Grid Accent 6"/>
    <w:basedOn w:val="TableNormal"/>
    <w:uiPriority w:val="62"/>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18" w:space="0" w:color="F79646" w:themeColor="accent6"/>
          <w:right w:val="single" w:sz="8" w:space="0" w:color="F79646" w:themeColor="accent6"/>
          <w:insideH w:val="nil"/>
          <w:insideV w:val="single" w:sz="8" w:space="0" w:color="F79646" w:themeColor="accent6"/>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insideH w:val="nil"/>
          <w:insideV w:val="single" w:sz="8" w:space="0" w:color="F79646" w:themeColor="accent6"/>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shd w:val="clear" w:color="auto" w:fill="FDE4D0" w:themeFill="accent6" w:themeFillTint="3F"/>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shd w:val="clear" w:color="auto" w:fill="FDE4D0" w:themeFill="accent6" w:themeFillTint="3F"/>
      </w:tcPr>
    </w:tblStylePr>
    <w:tblStylePr w:type="band2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tcPr>
    </w:tblStylePr>
  </w:style>
  <w:style w:type="table" w:styleId="MediumShading1">
    <w:name w:val="Medium Shading 1"/>
    <w:basedOn w:val="TableNormal"/>
    <w:uiPriority w:val="63"/>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shd w:val="clear" w:color="auto" w:fill="000000" w:themeFill="text1"/>
      </w:tcPr>
    </w:tblStylePr>
    <w:tblStylePr w:type="lastRow">
      <w:pPr>
        <w:spacing w:before="0" w:after="0" w:line="240" w:lineRule="auto"/>
      </w:pPr>
      <w:rPr>
        <w:b/>
        <w:bCs/>
      </w:rPr>
      <w:tblPr/>
      <w:tcPr>
        <w:tcBorders>
          <w:top w:val="double" w:sz="6"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tcPr>
    </w:tblStylePr>
    <w:tblStylePr w:type="firstCol">
      <w:rPr>
        <w:b/>
        <w:bCs/>
      </w:rPr>
    </w:tblStylePr>
    <w:tblStylePr w:type="lastCol">
      <w:rPr>
        <w:b/>
        <w:bCs/>
      </w:rPr>
    </w:tblStylePr>
    <w:tblStylePr w:type="band1Vert">
      <w:tblPr/>
      <w:tcPr>
        <w:shd w:val="clear" w:color="auto" w:fill="C0C0C0" w:themeFill="text1" w:themeFillTint="3F"/>
      </w:tcPr>
    </w:tblStylePr>
    <w:tblStylePr w:type="band1Horz">
      <w:tblPr/>
      <w:tcPr>
        <w:tcBorders>
          <w:insideH w:val="nil"/>
          <w:insideV w:val="nil"/>
        </w:tcBorders>
        <w:shd w:val="clear" w:color="auto" w:fill="C0C0C0" w:themeFill="text1" w:themeFillTint="3F"/>
      </w:tcPr>
    </w:tblStylePr>
    <w:tblStylePr w:type="band2Horz">
      <w:tblPr/>
      <w:tcPr>
        <w:tcBorders>
          <w:insideH w:val="nil"/>
          <w:insideV w:val="nil"/>
        </w:tcBorders>
      </w:tcPr>
    </w:tblStylePr>
  </w:style>
  <w:style w:type="table" w:styleId="MediumShading1-Accent1">
    <w:name w:val="Medium Shading 1 Accent 1"/>
    <w:basedOn w:val="TableNormal"/>
    <w:uiPriority w:val="63"/>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shd w:val="clear" w:color="auto" w:fill="4F81BD" w:themeFill="accent1"/>
      </w:tcPr>
    </w:tblStylePr>
    <w:tblStylePr w:type="lastRow">
      <w:pPr>
        <w:spacing w:before="0" w:after="0" w:line="240" w:lineRule="auto"/>
      </w:pPr>
      <w:rPr>
        <w:b/>
        <w:bCs/>
      </w:rPr>
      <w:tblPr/>
      <w:tcPr>
        <w:tcBorders>
          <w:top w:val="double" w:sz="6"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tcPr>
    </w:tblStylePr>
    <w:tblStylePr w:type="firstCol">
      <w:rPr>
        <w:b/>
        <w:bCs/>
      </w:rPr>
    </w:tblStylePr>
    <w:tblStylePr w:type="lastCol">
      <w:rPr>
        <w:b/>
        <w:bCs/>
      </w:rPr>
    </w:tblStylePr>
    <w:tblStylePr w:type="band1Vert">
      <w:tblPr/>
      <w:tcPr>
        <w:shd w:val="clear" w:color="auto" w:fill="D3DFEE" w:themeFill="accent1" w:themeFillTint="3F"/>
      </w:tcPr>
    </w:tblStylePr>
    <w:tblStylePr w:type="band1Horz">
      <w:tblPr/>
      <w:tcPr>
        <w:tcBorders>
          <w:insideH w:val="nil"/>
          <w:insideV w:val="nil"/>
        </w:tcBorders>
        <w:shd w:val="clear" w:color="auto" w:fill="D3DFEE" w:themeFill="accent1" w:themeFillTint="3F"/>
      </w:tcPr>
    </w:tblStylePr>
    <w:tblStylePr w:type="band2Horz">
      <w:tblPr/>
      <w:tcPr>
        <w:tcBorders>
          <w:insideH w:val="nil"/>
          <w:insideV w:val="nil"/>
        </w:tcBorders>
      </w:tcPr>
    </w:tblStylePr>
  </w:style>
  <w:style w:type="table" w:styleId="MediumShading1-Accent2">
    <w:name w:val="Medium Shading 1 Accent 2"/>
    <w:basedOn w:val="TableNormal"/>
    <w:uiPriority w:val="63"/>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shd w:val="clear" w:color="auto" w:fill="C0504D" w:themeFill="accent2"/>
      </w:tcPr>
    </w:tblStylePr>
    <w:tblStylePr w:type="lastRow">
      <w:pPr>
        <w:spacing w:before="0" w:after="0" w:line="240" w:lineRule="auto"/>
      </w:pPr>
      <w:rPr>
        <w:b/>
        <w:bCs/>
      </w:rPr>
      <w:tblPr/>
      <w:tcPr>
        <w:tcBorders>
          <w:top w:val="double" w:sz="6"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tcPr>
    </w:tblStylePr>
    <w:tblStylePr w:type="firstCol">
      <w:rPr>
        <w:b/>
        <w:bCs/>
      </w:rPr>
    </w:tblStylePr>
    <w:tblStylePr w:type="lastCol">
      <w:rPr>
        <w:b/>
        <w:bCs/>
      </w:rPr>
    </w:tblStylePr>
    <w:tblStylePr w:type="band1Vert">
      <w:tblPr/>
      <w:tcPr>
        <w:shd w:val="clear" w:color="auto" w:fill="EFD3D2" w:themeFill="accent2" w:themeFillTint="3F"/>
      </w:tcPr>
    </w:tblStylePr>
    <w:tblStylePr w:type="band1Horz">
      <w:tblPr/>
      <w:tcPr>
        <w:tcBorders>
          <w:insideH w:val="nil"/>
          <w:insideV w:val="nil"/>
        </w:tcBorders>
        <w:shd w:val="clear" w:color="auto" w:fill="EFD3D2" w:themeFill="accent2" w:themeFillTint="3F"/>
      </w:tcPr>
    </w:tblStylePr>
    <w:tblStylePr w:type="band2Horz">
      <w:tblPr/>
      <w:tcPr>
        <w:tcBorders>
          <w:insideH w:val="nil"/>
          <w:insideV w:val="nil"/>
        </w:tcBorders>
      </w:tcPr>
    </w:tblStylePr>
  </w:style>
  <w:style w:type="table" w:styleId="MediumShading1-Accent3">
    <w:name w:val="Medium Shading 1 Accent 3"/>
    <w:basedOn w:val="TableNormal"/>
    <w:uiPriority w:val="63"/>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shd w:val="clear" w:color="auto" w:fill="9BBB59" w:themeFill="accent3"/>
      </w:tcPr>
    </w:tblStylePr>
    <w:tblStylePr w:type="lastRow">
      <w:pPr>
        <w:spacing w:before="0" w:after="0" w:line="240" w:lineRule="auto"/>
      </w:pPr>
      <w:rPr>
        <w:b/>
        <w:bCs/>
      </w:rPr>
      <w:tblPr/>
      <w:tcPr>
        <w:tcBorders>
          <w:top w:val="double" w:sz="6"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tcPr>
    </w:tblStylePr>
    <w:tblStylePr w:type="firstCol">
      <w:rPr>
        <w:b/>
        <w:bCs/>
      </w:rPr>
    </w:tblStylePr>
    <w:tblStylePr w:type="lastCol">
      <w:rPr>
        <w:b/>
        <w:bCs/>
      </w:rPr>
    </w:tblStylePr>
    <w:tblStylePr w:type="band1Vert">
      <w:tblPr/>
      <w:tcPr>
        <w:shd w:val="clear" w:color="auto" w:fill="E6EED5" w:themeFill="accent3" w:themeFillTint="3F"/>
      </w:tcPr>
    </w:tblStylePr>
    <w:tblStylePr w:type="band1Horz">
      <w:tblPr/>
      <w:tcPr>
        <w:tcBorders>
          <w:insideH w:val="nil"/>
          <w:insideV w:val="nil"/>
        </w:tcBorders>
        <w:shd w:val="clear" w:color="auto" w:fill="E6EED5" w:themeFill="accent3" w:themeFillTint="3F"/>
      </w:tcPr>
    </w:tblStylePr>
    <w:tblStylePr w:type="band2Horz">
      <w:tblPr/>
      <w:tcPr>
        <w:tcBorders>
          <w:insideH w:val="nil"/>
          <w:insideV w:val="nil"/>
        </w:tcBorders>
      </w:tcPr>
    </w:tblStylePr>
  </w:style>
  <w:style w:type="table" w:styleId="MediumShading1-Accent4">
    <w:name w:val="Medium Shading 1 Accent 4"/>
    <w:basedOn w:val="TableNormal"/>
    <w:uiPriority w:val="63"/>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shd w:val="clear" w:color="auto" w:fill="8064A2" w:themeFill="accent4"/>
      </w:tcPr>
    </w:tblStylePr>
    <w:tblStylePr w:type="lastRow">
      <w:pPr>
        <w:spacing w:before="0" w:after="0" w:line="240" w:lineRule="auto"/>
      </w:pPr>
      <w:rPr>
        <w:b/>
        <w:bCs/>
      </w:rPr>
      <w:tblPr/>
      <w:tcPr>
        <w:tcBorders>
          <w:top w:val="double" w:sz="6"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tcPr>
    </w:tblStylePr>
    <w:tblStylePr w:type="firstCol">
      <w:rPr>
        <w:b/>
        <w:bCs/>
      </w:rPr>
    </w:tblStylePr>
    <w:tblStylePr w:type="lastCol">
      <w:rPr>
        <w:b/>
        <w:bCs/>
      </w:rPr>
    </w:tblStylePr>
    <w:tblStylePr w:type="band1Vert">
      <w:tblPr/>
      <w:tcPr>
        <w:shd w:val="clear" w:color="auto" w:fill="DFD8E8" w:themeFill="accent4" w:themeFillTint="3F"/>
      </w:tcPr>
    </w:tblStylePr>
    <w:tblStylePr w:type="band1Horz">
      <w:tblPr/>
      <w:tcPr>
        <w:tcBorders>
          <w:insideH w:val="nil"/>
          <w:insideV w:val="nil"/>
        </w:tcBorders>
        <w:shd w:val="clear" w:color="auto" w:fill="DFD8E8" w:themeFill="accent4" w:themeFillTint="3F"/>
      </w:tcPr>
    </w:tblStylePr>
    <w:tblStylePr w:type="band2Horz">
      <w:tblPr/>
      <w:tcPr>
        <w:tcBorders>
          <w:insideH w:val="nil"/>
          <w:insideV w:val="nil"/>
        </w:tcBorders>
      </w:tcPr>
    </w:tblStylePr>
  </w:style>
  <w:style w:type="table" w:styleId="MediumShading1-Accent5">
    <w:name w:val="Medium Shading 1 Accent 5"/>
    <w:basedOn w:val="TableNormal"/>
    <w:uiPriority w:val="63"/>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shd w:val="clear" w:color="auto" w:fill="4BACC6" w:themeFill="accent5"/>
      </w:tcPr>
    </w:tblStylePr>
    <w:tblStylePr w:type="lastRow">
      <w:pPr>
        <w:spacing w:before="0" w:after="0" w:line="240" w:lineRule="auto"/>
      </w:pPr>
      <w:rPr>
        <w:b/>
        <w:bCs/>
      </w:rPr>
      <w:tblPr/>
      <w:tcPr>
        <w:tcBorders>
          <w:top w:val="double" w:sz="6"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tcPr>
    </w:tblStylePr>
    <w:tblStylePr w:type="firstCol">
      <w:rPr>
        <w:b/>
        <w:bCs/>
      </w:rPr>
    </w:tblStylePr>
    <w:tblStylePr w:type="lastCol">
      <w:rPr>
        <w:b/>
        <w:bCs/>
      </w:rPr>
    </w:tblStylePr>
    <w:tblStylePr w:type="band1Vert">
      <w:tblPr/>
      <w:tcPr>
        <w:shd w:val="clear" w:color="auto" w:fill="D2EAF1" w:themeFill="accent5" w:themeFillTint="3F"/>
      </w:tcPr>
    </w:tblStylePr>
    <w:tblStylePr w:type="band1Horz">
      <w:tblPr/>
      <w:tcPr>
        <w:tcBorders>
          <w:insideH w:val="nil"/>
          <w:insideV w:val="nil"/>
        </w:tcBorders>
        <w:shd w:val="clear" w:color="auto" w:fill="D2EAF1" w:themeFill="accent5" w:themeFillTint="3F"/>
      </w:tcPr>
    </w:tblStylePr>
    <w:tblStylePr w:type="band2Horz">
      <w:tblPr/>
      <w:tcPr>
        <w:tcBorders>
          <w:insideH w:val="nil"/>
          <w:insideV w:val="nil"/>
        </w:tcBorders>
      </w:tcPr>
    </w:tblStylePr>
  </w:style>
  <w:style w:type="table" w:styleId="MediumShading1-Accent6">
    <w:name w:val="Medium Shading 1 Accent 6"/>
    <w:basedOn w:val="TableNormal"/>
    <w:uiPriority w:val="63"/>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shd w:val="clear" w:color="auto" w:fill="F79646" w:themeFill="accent6"/>
      </w:tcPr>
    </w:tblStylePr>
    <w:tblStylePr w:type="lastRow">
      <w:pPr>
        <w:spacing w:before="0" w:after="0" w:line="240" w:lineRule="auto"/>
      </w:pPr>
      <w:rPr>
        <w:b/>
        <w:bCs/>
      </w:rPr>
      <w:tblPr/>
      <w:tcPr>
        <w:tcBorders>
          <w:top w:val="double" w:sz="6"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tcPr>
    </w:tblStylePr>
    <w:tblStylePr w:type="firstCol">
      <w:rPr>
        <w:b/>
        <w:bCs/>
      </w:rPr>
    </w:tblStylePr>
    <w:tblStylePr w:type="lastCol">
      <w:rPr>
        <w:b/>
        <w:bCs/>
      </w:rPr>
    </w:tblStylePr>
    <w:tblStylePr w:type="band1Vert">
      <w:tblPr/>
      <w:tcPr>
        <w:shd w:val="clear" w:color="auto" w:fill="FDE4D0" w:themeFill="accent6" w:themeFillTint="3F"/>
      </w:tcPr>
    </w:tblStylePr>
    <w:tblStylePr w:type="band1Horz">
      <w:tblPr/>
      <w:tcPr>
        <w:tcBorders>
          <w:insideH w:val="nil"/>
          <w:insideV w:val="nil"/>
        </w:tcBorders>
        <w:shd w:val="clear" w:color="auto" w:fill="FDE4D0" w:themeFill="accent6" w:themeFillTint="3F"/>
      </w:tcPr>
    </w:tblStylePr>
    <w:tblStylePr w:type="band2Horz">
      <w:tblPr/>
      <w:tcPr>
        <w:tcBorders>
          <w:insideH w:val="nil"/>
          <w:insideV w:val="nil"/>
        </w:tcBorders>
      </w:tcPr>
    </w:tblStylePr>
  </w:style>
  <w:style w:type="table" w:styleId="MediumShading2">
    <w:name w:val="Medium Shading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000000" w:themeFill="tex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000000" w:themeFill="text1"/>
      </w:tcPr>
    </w:tblStylePr>
    <w:tblStylePr w:type="lastCol">
      <w:rPr>
        <w:b/>
        <w:bCs/>
        <w:color w:val="FFFFFF" w:themeColor="background1"/>
      </w:rPr>
      <w:tblPr/>
      <w:tcPr>
        <w:tcBorders>
          <w:left w:val="nil"/>
          <w:right w:val="nil"/>
          <w:insideH w:val="nil"/>
          <w:insideV w:val="nil"/>
        </w:tcBorders>
        <w:shd w:val="clear" w:color="auto" w:fill="000000" w:themeFill="tex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1">
    <w:name w:val="Medium Shading 2 Accent 1"/>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F81BD" w:themeFill="accen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F81BD" w:themeFill="accent1"/>
      </w:tcPr>
    </w:tblStylePr>
    <w:tblStylePr w:type="lastCol">
      <w:rPr>
        <w:b/>
        <w:bCs/>
        <w:color w:val="FFFFFF" w:themeColor="background1"/>
      </w:rPr>
      <w:tblPr/>
      <w:tcPr>
        <w:tcBorders>
          <w:left w:val="nil"/>
          <w:right w:val="nil"/>
          <w:insideH w:val="nil"/>
          <w:insideV w:val="nil"/>
        </w:tcBorders>
        <w:shd w:val="clear" w:color="auto" w:fill="4F81BD" w:themeFill="accen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2">
    <w:name w:val="Medium Shading 2 Accent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C0504D" w:themeFill="accent2"/>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C0504D" w:themeFill="accent2"/>
      </w:tcPr>
    </w:tblStylePr>
    <w:tblStylePr w:type="lastCol">
      <w:rPr>
        <w:b/>
        <w:bCs/>
        <w:color w:val="FFFFFF" w:themeColor="background1"/>
      </w:rPr>
      <w:tblPr/>
      <w:tcPr>
        <w:tcBorders>
          <w:left w:val="nil"/>
          <w:right w:val="nil"/>
          <w:insideH w:val="nil"/>
          <w:insideV w:val="nil"/>
        </w:tcBorders>
        <w:shd w:val="clear" w:color="auto" w:fill="C0504D" w:themeFill="accent2"/>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3">
    <w:name w:val="Medium Shading 2 Accent 3"/>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9BBB59" w:themeFill="accent3"/>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9BBB59" w:themeFill="accent3"/>
      </w:tcPr>
    </w:tblStylePr>
    <w:tblStylePr w:type="lastCol">
      <w:rPr>
        <w:b/>
        <w:bCs/>
        <w:color w:val="FFFFFF" w:themeColor="background1"/>
      </w:rPr>
      <w:tblPr/>
      <w:tcPr>
        <w:tcBorders>
          <w:left w:val="nil"/>
          <w:right w:val="nil"/>
          <w:insideH w:val="nil"/>
          <w:insideV w:val="nil"/>
        </w:tcBorders>
        <w:shd w:val="clear" w:color="auto" w:fill="9BBB59" w:themeFill="accent3"/>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4">
    <w:name w:val="Medium Shading 2 Accent 4"/>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8064A2" w:themeFill="accent4"/>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8064A2" w:themeFill="accent4"/>
      </w:tcPr>
    </w:tblStylePr>
    <w:tblStylePr w:type="lastCol">
      <w:rPr>
        <w:b/>
        <w:bCs/>
        <w:color w:val="FFFFFF" w:themeColor="background1"/>
      </w:rPr>
      <w:tblPr/>
      <w:tcPr>
        <w:tcBorders>
          <w:left w:val="nil"/>
          <w:right w:val="nil"/>
          <w:insideH w:val="nil"/>
          <w:insideV w:val="nil"/>
        </w:tcBorders>
        <w:shd w:val="clear" w:color="auto" w:fill="8064A2" w:themeFill="accent4"/>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5">
    <w:name w:val="Medium Shading 2 Accent 5"/>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BACC6" w:themeFill="accent5"/>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BACC6" w:themeFill="accent5"/>
      </w:tcPr>
    </w:tblStylePr>
    <w:tblStylePr w:type="lastCol">
      <w:rPr>
        <w:b/>
        <w:bCs/>
        <w:color w:val="FFFFFF" w:themeColor="background1"/>
      </w:rPr>
      <w:tblPr/>
      <w:tcPr>
        <w:tcBorders>
          <w:left w:val="nil"/>
          <w:right w:val="nil"/>
          <w:insideH w:val="nil"/>
          <w:insideV w:val="nil"/>
        </w:tcBorders>
        <w:shd w:val="clear" w:color="auto" w:fill="4BACC6" w:themeFill="accent5"/>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6">
    <w:name w:val="Medium Shading 2 Accent 6"/>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F79646" w:themeFill="accent6"/>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F79646" w:themeFill="accent6"/>
      </w:tcPr>
    </w:tblStylePr>
    <w:tblStylePr w:type="lastCol">
      <w:rPr>
        <w:b/>
        <w:bCs/>
        <w:color w:val="FFFFFF" w:themeColor="background1"/>
      </w:rPr>
      <w:tblPr/>
      <w:tcPr>
        <w:tcBorders>
          <w:left w:val="nil"/>
          <w:right w:val="nil"/>
          <w:insideH w:val="nil"/>
          <w:insideV w:val="nil"/>
        </w:tcBorders>
        <w:shd w:val="clear" w:color="auto" w:fill="F79646" w:themeFill="accent6"/>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List1">
    <w:name w:val="Medium Lis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000000" w:themeColor="text1"/>
        </w:tcBorders>
      </w:tcPr>
    </w:tblStylePr>
    <w:tblStylePr w:type="lastRow">
      <w:rPr>
        <w:b/>
        <w:bCs/>
        <w:color w:val="1F497D" w:themeColor="text2"/>
      </w:rPr>
      <w:tblPr/>
      <w:tcPr>
        <w:tcBorders>
          <w:top w:val="single" w:sz="8" w:space="0" w:color="000000" w:themeColor="text1"/>
          <w:bottom w:val="single" w:sz="8" w:space="0" w:color="000000" w:themeColor="text1"/>
        </w:tcBorders>
      </w:tcPr>
    </w:tblStylePr>
    <w:tblStylePr w:type="firstCol">
      <w:rPr>
        <w:b/>
        <w:bCs/>
      </w:rPr>
    </w:tblStylePr>
    <w:tblStylePr w:type="lastCol">
      <w:rPr>
        <w:b/>
        <w:bCs/>
      </w:rPr>
      <w:tblPr/>
      <w:tcPr>
        <w:tcBorders>
          <w:top w:val="single" w:sz="8" w:space="0" w:color="000000" w:themeColor="text1"/>
          <w:bottom w:val="single" w:sz="8" w:space="0" w:color="000000" w:themeColor="text1"/>
        </w:tcBorders>
      </w:tcPr>
    </w:tblStylePr>
    <w:tblStylePr w:type="band1Vert">
      <w:tblPr/>
      <w:tcPr>
        <w:shd w:val="clear" w:color="auto" w:fill="C0C0C0" w:themeFill="text1" w:themeFillTint="3F"/>
      </w:tcPr>
    </w:tblStylePr>
    <w:tblStylePr w:type="band1Horz">
      <w:tblPr/>
      <w:tcPr>
        <w:shd w:val="clear" w:color="auto" w:fill="C0C0C0" w:themeFill="text1" w:themeFillTint="3F"/>
      </w:tcPr>
    </w:tblStylePr>
  </w:style>
  <w:style w:type="table" w:styleId="MediumList1-Accent1">
    <w:name w:val="Medium List 1 Accen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F81BD" w:themeColor="accent1"/>
        </w:tcBorders>
      </w:tcPr>
    </w:tblStylePr>
    <w:tblStylePr w:type="lastRow">
      <w:rPr>
        <w:b/>
        <w:bCs/>
        <w:color w:val="1F497D" w:themeColor="text2"/>
      </w:rPr>
      <w:tblPr/>
      <w:tcPr>
        <w:tcBorders>
          <w:top w:val="single" w:sz="8" w:space="0" w:color="4F81BD" w:themeColor="accent1"/>
          <w:bottom w:val="single" w:sz="8" w:space="0" w:color="4F81BD" w:themeColor="accent1"/>
        </w:tcBorders>
      </w:tcPr>
    </w:tblStylePr>
    <w:tblStylePr w:type="firstCol">
      <w:rPr>
        <w:b/>
        <w:bCs/>
      </w:rPr>
    </w:tblStylePr>
    <w:tblStylePr w:type="lastCol">
      <w:rPr>
        <w:b/>
        <w:bCs/>
      </w:rPr>
      <w:tblPr/>
      <w:tcPr>
        <w:tcBorders>
          <w:top w:val="single" w:sz="8" w:space="0" w:color="4F81BD" w:themeColor="accent1"/>
          <w:bottom w:val="single" w:sz="8" w:space="0" w:color="4F81BD" w:themeColor="accent1"/>
        </w:tcBorders>
      </w:tcPr>
    </w:tblStylePr>
    <w:tblStylePr w:type="band1Vert">
      <w:tblPr/>
      <w:tcPr>
        <w:shd w:val="clear" w:color="auto" w:fill="D3DFEE" w:themeFill="accent1" w:themeFillTint="3F"/>
      </w:tcPr>
    </w:tblStylePr>
    <w:tblStylePr w:type="band1Horz">
      <w:tblPr/>
      <w:tcPr>
        <w:shd w:val="clear" w:color="auto" w:fill="D3DFEE" w:themeFill="accent1" w:themeFillTint="3F"/>
      </w:tcPr>
    </w:tblStylePr>
  </w:style>
  <w:style w:type="table" w:styleId="MediumList1-Accent2">
    <w:name w:val="Medium List 1 Accent 2"/>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C0504D" w:themeColor="accent2"/>
        </w:tcBorders>
      </w:tcPr>
    </w:tblStylePr>
    <w:tblStylePr w:type="lastRow">
      <w:rPr>
        <w:b/>
        <w:bCs/>
        <w:color w:val="1F497D" w:themeColor="text2"/>
      </w:rPr>
      <w:tblPr/>
      <w:tcPr>
        <w:tcBorders>
          <w:top w:val="single" w:sz="8" w:space="0" w:color="C0504D" w:themeColor="accent2"/>
          <w:bottom w:val="single" w:sz="8" w:space="0" w:color="C0504D" w:themeColor="accent2"/>
        </w:tcBorders>
      </w:tcPr>
    </w:tblStylePr>
    <w:tblStylePr w:type="firstCol">
      <w:rPr>
        <w:b/>
        <w:bCs/>
      </w:rPr>
    </w:tblStylePr>
    <w:tblStylePr w:type="lastCol">
      <w:rPr>
        <w:b/>
        <w:bCs/>
      </w:rPr>
      <w:tblPr/>
      <w:tcPr>
        <w:tcBorders>
          <w:top w:val="single" w:sz="8" w:space="0" w:color="C0504D" w:themeColor="accent2"/>
          <w:bottom w:val="single" w:sz="8" w:space="0" w:color="C0504D" w:themeColor="accent2"/>
        </w:tcBorders>
      </w:tcPr>
    </w:tblStylePr>
    <w:tblStylePr w:type="band1Vert">
      <w:tblPr/>
      <w:tcPr>
        <w:shd w:val="clear" w:color="auto" w:fill="EFD3D2" w:themeFill="accent2" w:themeFillTint="3F"/>
      </w:tcPr>
    </w:tblStylePr>
    <w:tblStylePr w:type="band1Horz">
      <w:tblPr/>
      <w:tcPr>
        <w:shd w:val="clear" w:color="auto" w:fill="EFD3D2" w:themeFill="accent2" w:themeFillTint="3F"/>
      </w:tcPr>
    </w:tblStylePr>
  </w:style>
  <w:style w:type="table" w:styleId="MediumList1-Accent3">
    <w:name w:val="Medium List 1 Accent 3"/>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9BBB59" w:themeColor="accent3"/>
        </w:tcBorders>
      </w:tcPr>
    </w:tblStylePr>
    <w:tblStylePr w:type="lastRow">
      <w:rPr>
        <w:b/>
        <w:bCs/>
        <w:color w:val="1F497D" w:themeColor="text2"/>
      </w:rPr>
      <w:tblPr/>
      <w:tcPr>
        <w:tcBorders>
          <w:top w:val="single" w:sz="8" w:space="0" w:color="9BBB59" w:themeColor="accent3"/>
          <w:bottom w:val="single" w:sz="8" w:space="0" w:color="9BBB59" w:themeColor="accent3"/>
        </w:tcBorders>
      </w:tcPr>
    </w:tblStylePr>
    <w:tblStylePr w:type="firstCol">
      <w:rPr>
        <w:b/>
        <w:bCs/>
      </w:rPr>
    </w:tblStylePr>
    <w:tblStylePr w:type="lastCol">
      <w:rPr>
        <w:b/>
        <w:bCs/>
      </w:rPr>
      <w:tblPr/>
      <w:tcPr>
        <w:tcBorders>
          <w:top w:val="single" w:sz="8" w:space="0" w:color="9BBB59" w:themeColor="accent3"/>
          <w:bottom w:val="single" w:sz="8" w:space="0" w:color="9BBB59" w:themeColor="accent3"/>
        </w:tcBorders>
      </w:tcPr>
    </w:tblStylePr>
    <w:tblStylePr w:type="band1Vert">
      <w:tblPr/>
      <w:tcPr>
        <w:shd w:val="clear" w:color="auto" w:fill="E6EED5" w:themeFill="accent3" w:themeFillTint="3F"/>
      </w:tcPr>
    </w:tblStylePr>
    <w:tblStylePr w:type="band1Horz">
      <w:tblPr/>
      <w:tcPr>
        <w:shd w:val="clear" w:color="auto" w:fill="E6EED5" w:themeFill="accent3" w:themeFillTint="3F"/>
      </w:tcPr>
    </w:tblStylePr>
  </w:style>
  <w:style w:type="table" w:styleId="MediumList1-Accent4">
    <w:name w:val="Medium List 1 Accent 4"/>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8064A2" w:themeColor="accent4"/>
        </w:tcBorders>
      </w:tcPr>
    </w:tblStylePr>
    <w:tblStylePr w:type="lastRow">
      <w:rPr>
        <w:b/>
        <w:bCs/>
        <w:color w:val="1F497D" w:themeColor="text2"/>
      </w:rPr>
      <w:tblPr/>
      <w:tcPr>
        <w:tcBorders>
          <w:top w:val="single" w:sz="8" w:space="0" w:color="8064A2" w:themeColor="accent4"/>
          <w:bottom w:val="single" w:sz="8" w:space="0" w:color="8064A2" w:themeColor="accent4"/>
        </w:tcBorders>
      </w:tcPr>
    </w:tblStylePr>
    <w:tblStylePr w:type="firstCol">
      <w:rPr>
        <w:b/>
        <w:bCs/>
      </w:rPr>
    </w:tblStylePr>
    <w:tblStylePr w:type="lastCol">
      <w:rPr>
        <w:b/>
        <w:bCs/>
      </w:rPr>
      <w:tblPr/>
      <w:tcPr>
        <w:tcBorders>
          <w:top w:val="single" w:sz="8" w:space="0" w:color="8064A2" w:themeColor="accent4"/>
          <w:bottom w:val="single" w:sz="8" w:space="0" w:color="8064A2" w:themeColor="accent4"/>
        </w:tcBorders>
      </w:tcPr>
    </w:tblStylePr>
    <w:tblStylePr w:type="band1Vert">
      <w:tblPr/>
      <w:tcPr>
        <w:shd w:val="clear" w:color="auto" w:fill="DFD8E8" w:themeFill="accent4" w:themeFillTint="3F"/>
      </w:tcPr>
    </w:tblStylePr>
    <w:tblStylePr w:type="band1Horz">
      <w:tblPr/>
      <w:tcPr>
        <w:shd w:val="clear" w:color="auto" w:fill="DFD8E8" w:themeFill="accent4" w:themeFillTint="3F"/>
      </w:tcPr>
    </w:tblStylePr>
  </w:style>
  <w:style w:type="table" w:styleId="MediumList1-Accent5">
    <w:name w:val="Medium List 1 Accent 5"/>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BACC6" w:themeColor="accent5"/>
        </w:tcBorders>
      </w:tcPr>
    </w:tblStylePr>
    <w:tblStylePr w:type="lastRow">
      <w:rPr>
        <w:b/>
        <w:bCs/>
        <w:color w:val="1F497D" w:themeColor="text2"/>
      </w:rPr>
      <w:tblPr/>
      <w:tcPr>
        <w:tcBorders>
          <w:top w:val="single" w:sz="8" w:space="0" w:color="4BACC6" w:themeColor="accent5"/>
          <w:bottom w:val="single" w:sz="8" w:space="0" w:color="4BACC6" w:themeColor="accent5"/>
        </w:tcBorders>
      </w:tcPr>
    </w:tblStylePr>
    <w:tblStylePr w:type="firstCol">
      <w:rPr>
        <w:b/>
        <w:bCs/>
      </w:rPr>
    </w:tblStylePr>
    <w:tblStylePr w:type="lastCol">
      <w:rPr>
        <w:b/>
        <w:bCs/>
      </w:rPr>
      <w:tblPr/>
      <w:tcPr>
        <w:tcBorders>
          <w:top w:val="single" w:sz="8" w:space="0" w:color="4BACC6" w:themeColor="accent5"/>
          <w:bottom w:val="single" w:sz="8" w:space="0" w:color="4BACC6" w:themeColor="accent5"/>
        </w:tcBorders>
      </w:tcPr>
    </w:tblStylePr>
    <w:tblStylePr w:type="band1Vert">
      <w:tblPr/>
      <w:tcPr>
        <w:shd w:val="clear" w:color="auto" w:fill="D2EAF1" w:themeFill="accent5" w:themeFillTint="3F"/>
      </w:tcPr>
    </w:tblStylePr>
    <w:tblStylePr w:type="band1Horz">
      <w:tblPr/>
      <w:tcPr>
        <w:shd w:val="clear" w:color="auto" w:fill="D2EAF1" w:themeFill="accent5" w:themeFillTint="3F"/>
      </w:tcPr>
    </w:tblStylePr>
  </w:style>
  <w:style w:type="table" w:styleId="MediumList1-Accent6">
    <w:name w:val="Medium List 1 Accent 6"/>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F79646" w:themeColor="accent6"/>
        </w:tcBorders>
      </w:tcPr>
    </w:tblStylePr>
    <w:tblStylePr w:type="lastRow">
      <w:rPr>
        <w:b/>
        <w:bCs/>
        <w:color w:val="1F497D" w:themeColor="text2"/>
      </w:rPr>
      <w:tblPr/>
      <w:tcPr>
        <w:tcBorders>
          <w:top w:val="single" w:sz="8" w:space="0" w:color="F79646" w:themeColor="accent6"/>
          <w:bottom w:val="single" w:sz="8" w:space="0" w:color="F79646" w:themeColor="accent6"/>
        </w:tcBorders>
      </w:tcPr>
    </w:tblStylePr>
    <w:tblStylePr w:type="firstCol">
      <w:rPr>
        <w:b/>
        <w:bCs/>
      </w:rPr>
    </w:tblStylePr>
    <w:tblStylePr w:type="lastCol">
      <w:rPr>
        <w:b/>
        <w:bCs/>
      </w:rPr>
      <w:tblPr/>
      <w:tcPr>
        <w:tcBorders>
          <w:top w:val="single" w:sz="8" w:space="0" w:color="F79646" w:themeColor="accent6"/>
          <w:bottom w:val="single" w:sz="8" w:space="0" w:color="F79646" w:themeColor="accent6"/>
        </w:tcBorders>
      </w:tcPr>
    </w:tblStylePr>
    <w:tblStylePr w:type="band1Vert">
      <w:tblPr/>
      <w:tcPr>
        <w:shd w:val="clear" w:color="auto" w:fill="FDE4D0" w:themeFill="accent6" w:themeFillTint="3F"/>
      </w:tcPr>
    </w:tblStylePr>
    <w:tblStylePr w:type="band1Horz">
      <w:tblPr/>
      <w:tcPr>
        <w:shd w:val="clear" w:color="auto" w:fill="FDE4D0" w:themeFill="accent6" w:themeFillTint="3F"/>
      </w:tcPr>
    </w:tblStylePr>
  </w:style>
  <w:style w:type="table" w:styleId="MediumList2">
    <w:name w:val="Medium Lis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rPr>
        <w:sz w:val="24"/>
        <w:szCs w:val="24"/>
      </w:rPr>
      <w:tblPr/>
      <w:tcPr>
        <w:tcBorders>
          <w:top w:val="nil"/>
          <w:left w:val="nil"/>
          <w:bottom w:val="single" w:sz="24" w:space="0" w:color="000000" w:themeColor="text1"/>
          <w:right w:val="nil"/>
          <w:insideH w:val="nil"/>
          <w:insideV w:val="nil"/>
        </w:tcBorders>
        <w:shd w:val="clear" w:color="auto" w:fill="FFFFFF" w:themeFill="background1"/>
      </w:tcPr>
    </w:tblStylePr>
    <w:tblStylePr w:type="lastRow">
      <w:tblPr/>
      <w:tcPr>
        <w:tcBorders>
          <w:top w:val="single" w:sz="8" w:space="0" w:color="000000" w:themeColor="tex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000000" w:themeColor="text1"/>
          <w:insideH w:val="nil"/>
          <w:insideV w:val="nil"/>
        </w:tcBorders>
        <w:shd w:val="clear" w:color="auto" w:fill="FFFFFF" w:themeFill="background1"/>
      </w:tcPr>
    </w:tblStylePr>
    <w:tblStylePr w:type="lastCol">
      <w:tblPr/>
      <w:tcPr>
        <w:tcBorders>
          <w:top w:val="nil"/>
          <w:left w:val="single" w:sz="8" w:space="0" w:color="000000" w:themeColor="tex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top w:val="nil"/>
          <w:bottom w:val="nil"/>
          <w:insideH w:val="nil"/>
          <w:insideV w:val="nil"/>
        </w:tcBorders>
        <w:shd w:val="clear" w:color="auto" w:fill="C0C0C0" w:themeFill="tex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1">
    <w:name w:val="Medium List 2 Accent 1"/>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rPr>
        <w:sz w:val="24"/>
        <w:szCs w:val="24"/>
      </w:rPr>
      <w:tblPr/>
      <w:tcPr>
        <w:tcBorders>
          <w:top w:val="nil"/>
          <w:left w:val="nil"/>
          <w:bottom w:val="single" w:sz="24" w:space="0" w:color="4F81BD" w:themeColor="accent1"/>
          <w:right w:val="nil"/>
          <w:insideH w:val="nil"/>
          <w:insideV w:val="nil"/>
        </w:tcBorders>
        <w:shd w:val="clear" w:color="auto" w:fill="FFFFFF" w:themeFill="background1"/>
      </w:tcPr>
    </w:tblStylePr>
    <w:tblStylePr w:type="lastRow">
      <w:tblPr/>
      <w:tcPr>
        <w:tcBorders>
          <w:top w:val="single" w:sz="8" w:space="0" w:color="4F81BD" w:themeColor="accen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F81BD" w:themeColor="accent1"/>
          <w:insideH w:val="nil"/>
          <w:insideV w:val="nil"/>
        </w:tcBorders>
        <w:shd w:val="clear" w:color="auto" w:fill="FFFFFF" w:themeFill="background1"/>
      </w:tcPr>
    </w:tblStylePr>
    <w:tblStylePr w:type="lastCol">
      <w:tblPr/>
      <w:tcPr>
        <w:tcBorders>
          <w:top w:val="nil"/>
          <w:left w:val="single" w:sz="8" w:space="0" w:color="4F81BD" w:themeColor="accen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top w:val="nil"/>
          <w:bottom w:val="nil"/>
          <w:insideH w:val="nil"/>
          <w:insideV w:val="nil"/>
        </w:tcBorders>
        <w:shd w:val="clear" w:color="auto" w:fill="D3DFEE" w:themeFill="accen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2">
    <w:name w:val="Medium List 2 Accen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rPr>
        <w:sz w:val="24"/>
        <w:szCs w:val="24"/>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tblPr/>
      <w:tcPr>
        <w:tcBorders>
          <w:top w:val="single" w:sz="8" w:space="0" w:color="C0504D" w:themeColor="accent2"/>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C0504D" w:themeColor="accent2"/>
          <w:insideH w:val="nil"/>
          <w:insideV w:val="nil"/>
        </w:tcBorders>
        <w:shd w:val="clear" w:color="auto" w:fill="FFFFFF" w:themeFill="background1"/>
      </w:tcPr>
    </w:tblStylePr>
    <w:tblStylePr w:type="lastCol">
      <w:tblPr/>
      <w:tcPr>
        <w:tcBorders>
          <w:top w:val="nil"/>
          <w:left w:val="single" w:sz="8" w:space="0" w:color="C0504D" w:themeColor="accent2"/>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top w:val="nil"/>
          <w:bottom w:val="nil"/>
          <w:insideH w:val="nil"/>
          <w:insideV w:val="nil"/>
        </w:tcBorders>
        <w:shd w:val="clear" w:color="auto" w:fill="EFD3D2" w:themeFill="accent2"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3">
    <w:name w:val="Medium List 2 Accent 3"/>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rPr>
        <w:sz w:val="24"/>
        <w:szCs w:val="24"/>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tblPr/>
      <w:tcPr>
        <w:tcBorders>
          <w:top w:val="single" w:sz="8" w:space="0" w:color="9BBB59" w:themeColor="accent3"/>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9BBB59" w:themeColor="accent3"/>
          <w:insideH w:val="nil"/>
          <w:insideV w:val="nil"/>
        </w:tcBorders>
        <w:shd w:val="clear" w:color="auto" w:fill="FFFFFF" w:themeFill="background1"/>
      </w:tcPr>
    </w:tblStylePr>
    <w:tblStylePr w:type="lastCol">
      <w:tblPr/>
      <w:tcPr>
        <w:tcBorders>
          <w:top w:val="nil"/>
          <w:left w:val="single" w:sz="8" w:space="0" w:color="9BBB59" w:themeColor="accent3"/>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top w:val="nil"/>
          <w:bottom w:val="nil"/>
          <w:insideH w:val="nil"/>
          <w:insideV w:val="nil"/>
        </w:tcBorders>
        <w:shd w:val="clear" w:color="auto" w:fill="E6EED5" w:themeFill="accent3"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4">
    <w:name w:val="Medium List 2 Accent 4"/>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rPr>
        <w:sz w:val="24"/>
        <w:szCs w:val="24"/>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tblPr/>
      <w:tcPr>
        <w:tcBorders>
          <w:top w:val="single" w:sz="8" w:space="0" w:color="8064A2" w:themeColor="accent4"/>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8064A2" w:themeColor="accent4"/>
          <w:insideH w:val="nil"/>
          <w:insideV w:val="nil"/>
        </w:tcBorders>
        <w:shd w:val="clear" w:color="auto" w:fill="FFFFFF" w:themeFill="background1"/>
      </w:tcPr>
    </w:tblStylePr>
    <w:tblStylePr w:type="lastCol">
      <w:tblPr/>
      <w:tcPr>
        <w:tcBorders>
          <w:top w:val="nil"/>
          <w:left w:val="single" w:sz="8" w:space="0" w:color="8064A2" w:themeColor="accent4"/>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top w:val="nil"/>
          <w:bottom w:val="nil"/>
          <w:insideH w:val="nil"/>
          <w:insideV w:val="nil"/>
        </w:tcBorders>
        <w:shd w:val="clear" w:color="auto" w:fill="DFD8E8" w:themeFill="accent4"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5">
    <w:name w:val="Medium List 2 Accent 5"/>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rPr>
        <w:sz w:val="24"/>
        <w:szCs w:val="24"/>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tblPr/>
      <w:tcPr>
        <w:tcBorders>
          <w:top w:val="single" w:sz="8" w:space="0" w:color="4BACC6" w:themeColor="accent5"/>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BACC6" w:themeColor="accent5"/>
          <w:insideH w:val="nil"/>
          <w:insideV w:val="nil"/>
        </w:tcBorders>
        <w:shd w:val="clear" w:color="auto" w:fill="FFFFFF" w:themeFill="background1"/>
      </w:tcPr>
    </w:tblStylePr>
    <w:tblStylePr w:type="lastCol">
      <w:tblPr/>
      <w:tcPr>
        <w:tcBorders>
          <w:top w:val="nil"/>
          <w:left w:val="single" w:sz="8" w:space="0" w:color="4BACC6" w:themeColor="accent5"/>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top w:val="nil"/>
          <w:bottom w:val="nil"/>
          <w:insideH w:val="nil"/>
          <w:insideV w:val="nil"/>
        </w:tcBorders>
        <w:shd w:val="clear" w:color="auto" w:fill="D2EAF1" w:themeFill="accent5"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6">
    <w:name w:val="Medium List 2 Accent 6"/>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rPr>
        <w:sz w:val="24"/>
        <w:szCs w:val="24"/>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tblPr/>
      <w:tcPr>
        <w:tcBorders>
          <w:top w:val="single" w:sz="8" w:space="0" w:color="F79646" w:themeColor="accent6"/>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F79646" w:themeColor="accent6"/>
          <w:insideH w:val="nil"/>
          <w:insideV w:val="nil"/>
        </w:tcBorders>
        <w:shd w:val="clear" w:color="auto" w:fill="FFFFFF" w:themeFill="background1"/>
      </w:tcPr>
    </w:tblStylePr>
    <w:tblStylePr w:type="lastCol">
      <w:tblPr/>
      <w:tcPr>
        <w:tcBorders>
          <w:top w:val="nil"/>
          <w:left w:val="single" w:sz="8" w:space="0" w:color="F79646" w:themeColor="accent6"/>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top w:val="nil"/>
          <w:bottom w:val="nil"/>
          <w:insideH w:val="nil"/>
          <w:insideV w:val="nil"/>
        </w:tcBorders>
        <w:shd w:val="clear" w:color="auto" w:fill="FDE4D0" w:themeFill="accent6"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Grid1">
    <w:name w:val="Medium Grid 1"/>
    <w:basedOn w:val="TableNormal"/>
    <w:uiPriority w:val="67"/>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insideV w:val="single" w:sz="8" w:space="0" w:color="404040" w:themeColor="text1" w:themeTint="BF"/>
      </w:tblBorders>
      <w:tblCellMar>
        <w:top w:w="0" w:type="dxa"/>
        <w:left w:w="108" w:type="dxa"/>
        <w:bottom w:w="0" w:type="dxa"/>
        <w:right w:w="108" w:type="dxa"/>
      </w:tblCellMar>
    </w:tblPr>
    <w:tcPr>
      <w:shd w:val="clear" w:color="auto" w:fill="C0C0C0" w:themeFill="text1" w:themeFillTint="3F"/>
    </w:tcPr>
    <w:tblStylePr w:type="firstRow">
      <w:rPr>
        <w:b/>
        <w:bCs/>
      </w:rPr>
    </w:tblStylePr>
    <w:tblStylePr w:type="lastRow">
      <w:rPr>
        <w:b/>
        <w:bCs/>
      </w:rPr>
      <w:tblPr/>
      <w:tcPr>
        <w:tcBorders>
          <w:top w:val="single" w:sz="18" w:space="0" w:color="404040" w:themeColor="text1" w:themeTint="BF"/>
        </w:tcBorders>
      </w:tcPr>
    </w:tblStylePr>
    <w:tblStylePr w:type="firstCol">
      <w:rPr>
        <w:b/>
        <w:bCs/>
      </w:rPr>
    </w:tblStylePr>
    <w:tblStylePr w:type="lastCol">
      <w:rPr>
        <w:b/>
        <w:bCs/>
      </w:r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MediumGrid1-Accent1">
    <w:name w:val="Medium Grid 1 Accent 1"/>
    <w:basedOn w:val="TableNormal"/>
    <w:uiPriority w:val="67"/>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insideV w:val="single" w:sz="8" w:space="0" w:color="7BA0CD" w:themeColor="accent1" w:themeTint="BF"/>
      </w:tblBorders>
      <w:tblCellMar>
        <w:top w:w="0" w:type="dxa"/>
        <w:left w:w="108" w:type="dxa"/>
        <w:bottom w:w="0" w:type="dxa"/>
        <w:right w:w="108" w:type="dxa"/>
      </w:tblCellMar>
    </w:tblPr>
    <w:tcPr>
      <w:shd w:val="clear" w:color="auto" w:fill="D3DFEE" w:themeFill="accent1" w:themeFillTint="3F"/>
    </w:tcPr>
    <w:tblStylePr w:type="firstRow">
      <w:rPr>
        <w:b/>
        <w:bCs/>
      </w:rPr>
    </w:tblStylePr>
    <w:tblStylePr w:type="lastRow">
      <w:rPr>
        <w:b/>
        <w:bCs/>
      </w:rPr>
      <w:tblPr/>
      <w:tcPr>
        <w:tcBorders>
          <w:top w:val="single" w:sz="18" w:space="0" w:color="7BA0CD" w:themeColor="accent1" w:themeTint="BF"/>
        </w:tcBorders>
      </w:tcPr>
    </w:tblStylePr>
    <w:tblStylePr w:type="firstCol">
      <w:rPr>
        <w:b/>
        <w:bCs/>
      </w:rPr>
    </w:tblStylePr>
    <w:tblStylePr w:type="lastCol">
      <w:rPr>
        <w:b/>
        <w:bCs/>
      </w:r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MediumGrid1-Accent2">
    <w:name w:val="Medium Grid 1 Accent 2"/>
    <w:basedOn w:val="TableNormal"/>
    <w:uiPriority w:val="67"/>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insideV w:val="single" w:sz="8" w:space="0" w:color="CF7B79" w:themeColor="accent2" w:themeTint="BF"/>
      </w:tblBorders>
      <w:tblCellMar>
        <w:top w:w="0" w:type="dxa"/>
        <w:left w:w="108" w:type="dxa"/>
        <w:bottom w:w="0" w:type="dxa"/>
        <w:right w:w="108" w:type="dxa"/>
      </w:tblCellMar>
    </w:tblPr>
    <w:tcPr>
      <w:shd w:val="clear" w:color="auto" w:fill="EFD3D2" w:themeFill="accent2" w:themeFillTint="3F"/>
    </w:tcPr>
    <w:tblStylePr w:type="firstRow">
      <w:rPr>
        <w:b/>
        <w:bCs/>
      </w:rPr>
    </w:tblStylePr>
    <w:tblStylePr w:type="lastRow">
      <w:rPr>
        <w:b/>
        <w:bCs/>
      </w:rPr>
      <w:tblPr/>
      <w:tcPr>
        <w:tcBorders>
          <w:top w:val="single" w:sz="18" w:space="0" w:color="CF7B79" w:themeColor="accent2" w:themeTint="BF"/>
        </w:tcBorders>
      </w:tcPr>
    </w:tblStylePr>
    <w:tblStylePr w:type="firstCol">
      <w:rPr>
        <w:b/>
        <w:bCs/>
      </w:rPr>
    </w:tblStylePr>
    <w:tblStylePr w:type="lastCol">
      <w:rPr>
        <w:b/>
        <w:bCs/>
      </w:r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MediumGrid1-Accent3">
    <w:name w:val="Medium Grid 1 Accent 3"/>
    <w:basedOn w:val="TableNormal"/>
    <w:uiPriority w:val="67"/>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insideV w:val="single" w:sz="8" w:space="0" w:color="B3CC82" w:themeColor="accent3" w:themeTint="BF"/>
      </w:tblBorders>
      <w:tblCellMar>
        <w:top w:w="0" w:type="dxa"/>
        <w:left w:w="108" w:type="dxa"/>
        <w:bottom w:w="0" w:type="dxa"/>
        <w:right w:w="108" w:type="dxa"/>
      </w:tblCellMar>
    </w:tblPr>
    <w:tcPr>
      <w:shd w:val="clear" w:color="auto" w:fill="E6EED5" w:themeFill="accent3" w:themeFillTint="3F"/>
    </w:tcPr>
    <w:tblStylePr w:type="firstRow">
      <w:rPr>
        <w:b/>
        <w:bCs/>
      </w:rPr>
    </w:tblStylePr>
    <w:tblStylePr w:type="lastRow">
      <w:rPr>
        <w:b/>
        <w:bCs/>
      </w:rPr>
      <w:tblPr/>
      <w:tcPr>
        <w:tcBorders>
          <w:top w:val="single" w:sz="18" w:space="0" w:color="B3CC82" w:themeColor="accent3" w:themeTint="BF"/>
        </w:tcBorders>
      </w:tcPr>
    </w:tblStylePr>
    <w:tblStylePr w:type="firstCol">
      <w:rPr>
        <w:b/>
        <w:bCs/>
      </w:rPr>
    </w:tblStylePr>
    <w:tblStylePr w:type="lastCol">
      <w:rPr>
        <w:b/>
        <w:bCs/>
      </w:r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MediumGrid1-Accent4">
    <w:name w:val="Medium Grid 1 Accent 4"/>
    <w:basedOn w:val="TableNormal"/>
    <w:uiPriority w:val="67"/>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insideV w:val="single" w:sz="8" w:space="0" w:color="9F8AB9" w:themeColor="accent4" w:themeTint="BF"/>
      </w:tblBorders>
      <w:tblCellMar>
        <w:top w:w="0" w:type="dxa"/>
        <w:left w:w="108" w:type="dxa"/>
        <w:bottom w:w="0" w:type="dxa"/>
        <w:right w:w="108" w:type="dxa"/>
      </w:tblCellMar>
    </w:tblPr>
    <w:tcPr>
      <w:shd w:val="clear" w:color="auto" w:fill="DFD8E8" w:themeFill="accent4" w:themeFillTint="3F"/>
    </w:tcPr>
    <w:tblStylePr w:type="firstRow">
      <w:rPr>
        <w:b/>
        <w:bCs/>
      </w:rPr>
    </w:tblStylePr>
    <w:tblStylePr w:type="lastRow">
      <w:rPr>
        <w:b/>
        <w:bCs/>
      </w:rPr>
      <w:tblPr/>
      <w:tcPr>
        <w:tcBorders>
          <w:top w:val="single" w:sz="18" w:space="0" w:color="9F8AB9" w:themeColor="accent4" w:themeTint="BF"/>
        </w:tcBorders>
      </w:tcPr>
    </w:tblStylePr>
    <w:tblStylePr w:type="firstCol">
      <w:rPr>
        <w:b/>
        <w:bCs/>
      </w:rPr>
    </w:tblStylePr>
    <w:tblStylePr w:type="lastCol">
      <w:rPr>
        <w:b/>
        <w:bCs/>
      </w:r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MediumGrid1-Accent5">
    <w:name w:val="Medium Grid 1 Accent 5"/>
    <w:basedOn w:val="TableNormal"/>
    <w:uiPriority w:val="67"/>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insideV w:val="single" w:sz="8" w:space="0" w:color="78C0D4" w:themeColor="accent5" w:themeTint="BF"/>
      </w:tblBorders>
      <w:tblCellMar>
        <w:top w:w="0" w:type="dxa"/>
        <w:left w:w="108" w:type="dxa"/>
        <w:bottom w:w="0" w:type="dxa"/>
        <w:right w:w="108" w:type="dxa"/>
      </w:tblCellMar>
    </w:tblPr>
    <w:tcPr>
      <w:shd w:val="clear" w:color="auto" w:fill="D2EAF1" w:themeFill="accent5" w:themeFillTint="3F"/>
    </w:tcPr>
    <w:tblStylePr w:type="firstRow">
      <w:rPr>
        <w:b/>
        <w:bCs/>
      </w:rPr>
    </w:tblStylePr>
    <w:tblStylePr w:type="lastRow">
      <w:rPr>
        <w:b/>
        <w:bCs/>
      </w:rPr>
      <w:tblPr/>
      <w:tcPr>
        <w:tcBorders>
          <w:top w:val="single" w:sz="18" w:space="0" w:color="78C0D4" w:themeColor="accent5" w:themeTint="BF"/>
        </w:tcBorders>
      </w:tcPr>
    </w:tblStylePr>
    <w:tblStylePr w:type="firstCol">
      <w:rPr>
        <w:b/>
        <w:bCs/>
      </w:rPr>
    </w:tblStylePr>
    <w:tblStylePr w:type="lastCol">
      <w:rPr>
        <w:b/>
        <w:bCs/>
      </w:r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MediumGrid1-Accent6">
    <w:name w:val="Medium Grid 1 Accent 6"/>
    <w:basedOn w:val="TableNormal"/>
    <w:uiPriority w:val="67"/>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insideV w:val="single" w:sz="8" w:space="0" w:color="F9B074" w:themeColor="accent6" w:themeTint="BF"/>
      </w:tblBorders>
      <w:tblCellMar>
        <w:top w:w="0" w:type="dxa"/>
        <w:left w:w="108" w:type="dxa"/>
        <w:bottom w:w="0" w:type="dxa"/>
        <w:right w:w="108" w:type="dxa"/>
      </w:tblCellMar>
    </w:tblPr>
    <w:tcPr>
      <w:shd w:val="clear" w:color="auto" w:fill="FDE4D0" w:themeFill="accent6" w:themeFillTint="3F"/>
    </w:tcPr>
    <w:tblStylePr w:type="firstRow">
      <w:rPr>
        <w:b/>
        <w:bCs/>
      </w:rPr>
    </w:tblStylePr>
    <w:tblStylePr w:type="lastRow">
      <w:rPr>
        <w:b/>
        <w:bCs/>
      </w:rPr>
      <w:tblPr/>
      <w:tcPr>
        <w:tcBorders>
          <w:top w:val="single" w:sz="18" w:space="0" w:color="F9B074" w:themeColor="accent6" w:themeTint="BF"/>
        </w:tcBorders>
      </w:tcPr>
    </w:tblStylePr>
    <w:tblStylePr w:type="firstCol">
      <w:rPr>
        <w:b/>
        <w:bCs/>
      </w:rPr>
    </w:tblStylePr>
    <w:tblStylePr w:type="lastCol">
      <w:rPr>
        <w:b/>
        <w:bCs/>
      </w:r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 w:type="table" w:styleId="MediumGrid2">
    <w:name w:val="Medium Grid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cPr>
      <w:shd w:val="clear" w:color="auto" w:fill="C0C0C0" w:themeFill="text1" w:themeFillTint="3F"/>
    </w:tcPr>
    <w:tblStylePr w:type="firstRow">
      <w:rPr>
        <w:b/>
        <w:bCs/>
        <w:color w:val="000000" w:themeColor="text1"/>
      </w:rPr>
      <w:tblPr/>
      <w:tcPr>
        <w:shd w:val="clear" w:color="auto" w:fill="E6E6E6" w:themeFill="tex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CCCCCC" w:themeFill="text1" w:themeFillTint="33"/>
      </w:tcPr>
    </w:tblStylePr>
    <w:tblStylePr w:type="band1Vert">
      <w:tblPr/>
      <w:tcPr>
        <w:shd w:val="clear" w:color="auto" w:fill="808080" w:themeFill="text1" w:themeFillTint="7F"/>
      </w:tcPr>
    </w:tblStylePr>
    <w:tblStylePr w:type="band1Horz">
      <w:tblPr/>
      <w:tcPr>
        <w:tcBorders>
          <w:insideH w:val="single" w:sz="6" w:space="0" w:color="000000" w:themeColor="text1"/>
          <w:insideV w:val="single" w:sz="6" w:space="0" w:color="000000" w:themeColor="text1"/>
        </w:tcBorders>
        <w:shd w:val="clear" w:color="auto" w:fill="808080" w:themeFill="text1" w:themeFillTint="7F"/>
      </w:tcPr>
    </w:tblStylePr>
    <w:tblStylePr w:type="nwCell">
      <w:tblPr/>
      <w:tcPr>
        <w:shd w:val="clear" w:color="auto" w:fill="FFFFFF" w:themeFill="background1"/>
      </w:tcPr>
    </w:tblStylePr>
  </w:style>
  <w:style w:type="table" w:styleId="MediumGrid2-Accent1">
    <w:name w:val="Medium Grid 2 Accent 1"/>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cPr>
      <w:shd w:val="clear" w:color="auto" w:fill="D3DFEE" w:themeFill="accent1" w:themeFillTint="3F"/>
    </w:tcPr>
    <w:tblStylePr w:type="firstRow">
      <w:rPr>
        <w:b/>
        <w:bCs/>
        <w:color w:val="000000" w:themeColor="text1"/>
      </w:rPr>
      <w:tblPr/>
      <w:tcPr>
        <w:shd w:val="clear" w:color="auto" w:fill="EDF2F8" w:themeFill="accen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BE5F1" w:themeFill="accent1" w:themeFillTint="33"/>
      </w:tcPr>
    </w:tblStylePr>
    <w:tblStylePr w:type="band1Vert">
      <w:tblPr/>
      <w:tcPr>
        <w:shd w:val="clear" w:color="auto" w:fill="A7BFDE" w:themeFill="accent1" w:themeFillTint="7F"/>
      </w:tcPr>
    </w:tblStylePr>
    <w:tblStylePr w:type="band1Horz">
      <w:tblPr/>
      <w:tcPr>
        <w:tcBorders>
          <w:insideH w:val="single" w:sz="6" w:space="0" w:color="4F81BD" w:themeColor="accent1"/>
          <w:insideV w:val="single" w:sz="6" w:space="0" w:color="4F81BD" w:themeColor="accent1"/>
        </w:tcBorders>
        <w:shd w:val="clear" w:color="auto" w:fill="A7BFDE" w:themeFill="accent1" w:themeFillTint="7F"/>
      </w:tcPr>
    </w:tblStylePr>
    <w:tblStylePr w:type="nwCell">
      <w:tblPr/>
      <w:tcPr>
        <w:shd w:val="clear" w:color="auto" w:fill="FFFFFF" w:themeFill="background1"/>
      </w:tcPr>
    </w:tblStylePr>
  </w:style>
  <w:style w:type="table" w:styleId="MediumGrid2-Accent2">
    <w:name w:val="Medium Grid 2 Accent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cPr>
      <w:shd w:val="clear" w:color="auto" w:fill="EFD3D2" w:themeFill="accent2" w:themeFillTint="3F"/>
    </w:tcPr>
    <w:tblStylePr w:type="firstRow">
      <w:rPr>
        <w:b/>
        <w:bCs/>
        <w:color w:val="000000" w:themeColor="text1"/>
      </w:rPr>
      <w:tblPr/>
      <w:tcPr>
        <w:shd w:val="clear" w:color="auto" w:fill="F8EDED" w:themeFill="accent2"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2DBDB" w:themeFill="accent2" w:themeFillTint="33"/>
      </w:tcPr>
    </w:tblStylePr>
    <w:tblStylePr w:type="band1Vert">
      <w:tblPr/>
      <w:tcPr>
        <w:shd w:val="clear" w:color="auto" w:fill="DFA7A6" w:themeFill="accent2" w:themeFillTint="7F"/>
      </w:tcPr>
    </w:tblStylePr>
    <w:tblStylePr w:type="band1Horz">
      <w:tblPr/>
      <w:tcPr>
        <w:tcBorders>
          <w:insideH w:val="single" w:sz="6" w:space="0" w:color="C0504D" w:themeColor="accent2"/>
          <w:insideV w:val="single" w:sz="6" w:space="0" w:color="C0504D" w:themeColor="accent2"/>
        </w:tcBorders>
        <w:shd w:val="clear" w:color="auto" w:fill="DFA7A6" w:themeFill="accent2" w:themeFillTint="7F"/>
      </w:tcPr>
    </w:tblStylePr>
    <w:tblStylePr w:type="nwCell">
      <w:tblPr/>
      <w:tcPr>
        <w:shd w:val="clear" w:color="auto" w:fill="FFFFFF" w:themeFill="background1"/>
      </w:tcPr>
    </w:tblStylePr>
  </w:style>
  <w:style w:type="table" w:styleId="MediumGrid2-Accent3">
    <w:name w:val="Medium Grid 2 Accent 3"/>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cPr>
      <w:shd w:val="clear" w:color="auto" w:fill="E6EED5" w:themeFill="accent3" w:themeFillTint="3F"/>
    </w:tcPr>
    <w:tblStylePr w:type="firstRow">
      <w:rPr>
        <w:b/>
        <w:bCs/>
        <w:color w:val="000000" w:themeColor="text1"/>
      </w:rPr>
      <w:tblPr/>
      <w:tcPr>
        <w:shd w:val="clear" w:color="auto" w:fill="F5F8EE" w:themeFill="accent3"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AF1DD" w:themeFill="accent3" w:themeFillTint="33"/>
      </w:tcPr>
    </w:tblStylePr>
    <w:tblStylePr w:type="band1Vert">
      <w:tblPr/>
      <w:tcPr>
        <w:shd w:val="clear" w:color="auto" w:fill="CDDDAC" w:themeFill="accent3" w:themeFillTint="7F"/>
      </w:tcPr>
    </w:tblStylePr>
    <w:tblStylePr w:type="band1Horz">
      <w:tblPr/>
      <w:tcPr>
        <w:tcBorders>
          <w:insideH w:val="single" w:sz="6" w:space="0" w:color="9BBB59" w:themeColor="accent3"/>
          <w:insideV w:val="single" w:sz="6" w:space="0" w:color="9BBB59" w:themeColor="accent3"/>
        </w:tcBorders>
        <w:shd w:val="clear" w:color="auto" w:fill="CDDDAC" w:themeFill="accent3" w:themeFillTint="7F"/>
      </w:tcPr>
    </w:tblStylePr>
    <w:tblStylePr w:type="nwCell">
      <w:tblPr/>
      <w:tcPr>
        <w:shd w:val="clear" w:color="auto" w:fill="FFFFFF" w:themeFill="background1"/>
      </w:tcPr>
    </w:tblStylePr>
  </w:style>
  <w:style w:type="table" w:styleId="MediumGrid2-Accent4">
    <w:name w:val="Medium Grid 2 Accent 4"/>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cPr>
      <w:shd w:val="clear" w:color="auto" w:fill="DFD8E8" w:themeFill="accent4" w:themeFillTint="3F"/>
    </w:tcPr>
    <w:tblStylePr w:type="firstRow">
      <w:rPr>
        <w:b/>
        <w:bCs/>
        <w:color w:val="000000" w:themeColor="text1"/>
      </w:rPr>
      <w:tblPr/>
      <w:tcPr>
        <w:shd w:val="clear" w:color="auto" w:fill="F2EFF6" w:themeFill="accent4"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5DFEC" w:themeFill="accent4" w:themeFillTint="33"/>
      </w:tcPr>
    </w:tblStylePr>
    <w:tblStylePr w:type="band1Vert">
      <w:tblPr/>
      <w:tcPr>
        <w:shd w:val="clear" w:color="auto" w:fill="BFB1D0" w:themeFill="accent4" w:themeFillTint="7F"/>
      </w:tcPr>
    </w:tblStylePr>
    <w:tblStylePr w:type="band1Horz">
      <w:tblPr/>
      <w:tcPr>
        <w:tcBorders>
          <w:insideH w:val="single" w:sz="6" w:space="0" w:color="8064A2" w:themeColor="accent4"/>
          <w:insideV w:val="single" w:sz="6" w:space="0" w:color="8064A2" w:themeColor="accent4"/>
        </w:tcBorders>
        <w:shd w:val="clear" w:color="auto" w:fill="BFB1D0" w:themeFill="accent4" w:themeFillTint="7F"/>
      </w:tcPr>
    </w:tblStylePr>
    <w:tblStylePr w:type="nwCell">
      <w:tblPr/>
      <w:tcPr>
        <w:shd w:val="clear" w:color="auto" w:fill="FFFFFF" w:themeFill="background1"/>
      </w:tcPr>
    </w:tblStylePr>
  </w:style>
  <w:style w:type="table" w:styleId="MediumGrid2-Accent5">
    <w:name w:val="Medium Grid 2 Accent 5"/>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cPr>
      <w:shd w:val="clear" w:color="auto" w:fill="D2EAF1" w:themeFill="accent5" w:themeFillTint="3F"/>
    </w:tcPr>
    <w:tblStylePr w:type="firstRow">
      <w:rPr>
        <w:b/>
        <w:bCs/>
        <w:color w:val="000000" w:themeColor="text1"/>
      </w:rPr>
      <w:tblPr/>
      <w:tcPr>
        <w:shd w:val="clear" w:color="auto" w:fill="EDF6F9" w:themeFill="accent5"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AEEF3" w:themeFill="accent5" w:themeFillTint="33"/>
      </w:tcPr>
    </w:tblStylePr>
    <w:tblStylePr w:type="band1Vert">
      <w:tblPr/>
      <w:tcPr>
        <w:shd w:val="clear" w:color="auto" w:fill="A5D5E2" w:themeFill="accent5" w:themeFillTint="7F"/>
      </w:tcPr>
    </w:tblStylePr>
    <w:tblStylePr w:type="band1Horz">
      <w:tblPr/>
      <w:tcPr>
        <w:tcBorders>
          <w:insideH w:val="single" w:sz="6" w:space="0" w:color="4BACC6" w:themeColor="accent5"/>
          <w:insideV w:val="single" w:sz="6" w:space="0" w:color="4BACC6" w:themeColor="accent5"/>
        </w:tcBorders>
        <w:shd w:val="clear" w:color="auto" w:fill="A5D5E2" w:themeFill="accent5" w:themeFillTint="7F"/>
      </w:tcPr>
    </w:tblStylePr>
    <w:tblStylePr w:type="nwCell">
      <w:tblPr/>
      <w:tcPr>
        <w:shd w:val="clear" w:color="auto" w:fill="FFFFFF" w:themeFill="background1"/>
      </w:tcPr>
    </w:tblStylePr>
  </w:style>
  <w:style w:type="table" w:styleId="MediumGrid2-Accent6">
    <w:name w:val="Medium Grid 2 Accent 6"/>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cPr>
      <w:shd w:val="clear" w:color="auto" w:fill="FDE4D0" w:themeFill="accent6" w:themeFillTint="3F"/>
    </w:tcPr>
    <w:tblStylePr w:type="firstRow">
      <w:rPr>
        <w:b/>
        <w:bCs/>
        <w:color w:val="000000" w:themeColor="text1"/>
      </w:rPr>
      <w:tblPr/>
      <w:tcPr>
        <w:shd w:val="clear" w:color="auto" w:fill="FEF4EC" w:themeFill="accent6"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DE9D9" w:themeFill="accent6" w:themeFillTint="33"/>
      </w:tcPr>
    </w:tblStylePr>
    <w:tblStylePr w:type="band1Vert">
      <w:tblPr/>
      <w:tcPr>
        <w:shd w:val="clear" w:color="auto" w:fill="FBCAA2" w:themeFill="accent6" w:themeFillTint="7F"/>
      </w:tcPr>
    </w:tblStylePr>
    <w:tblStylePr w:type="band1Horz">
      <w:tblPr/>
      <w:tcPr>
        <w:tcBorders>
          <w:insideH w:val="single" w:sz="6" w:space="0" w:color="F79646" w:themeColor="accent6"/>
          <w:insideV w:val="single" w:sz="6" w:space="0" w:color="F79646" w:themeColor="accent6"/>
        </w:tcBorders>
        <w:shd w:val="clear" w:color="auto" w:fill="FBCAA2" w:themeFill="accent6" w:themeFillTint="7F"/>
      </w:tcPr>
    </w:tblStylePr>
    <w:tblStylePr w:type="nwCell">
      <w:tblPr/>
      <w:tcPr>
        <w:shd w:val="clear" w:color="auto" w:fill="FFFFFF" w:themeFill="background1"/>
      </w:tcPr>
    </w:tblStylePr>
  </w:style>
  <w:style w:type="table" w:styleId="MediumGrid3">
    <w:name w:val="Medium Grid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C0C0C0" w:themeFill="tex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000000" w:themeFill="tex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000000" w:themeFill="tex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808080" w:themeFill="tex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808080" w:themeFill="text1" w:themeFillTint="7F"/>
      </w:tcPr>
    </w:tblStylePr>
  </w:style>
  <w:style w:type="table" w:styleId="MediumGrid3-Accent1">
    <w:name w:val="Medium Grid 3 Accent 1"/>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3DFEE" w:themeFill="accen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F81BD" w:themeFill="accen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F81BD" w:themeFill="accen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7BFDE" w:themeFill="accen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7BFDE" w:themeFill="accent1" w:themeFillTint="7F"/>
      </w:tcPr>
    </w:tblStylePr>
  </w:style>
  <w:style w:type="table" w:styleId="MediumGrid3-Accent2">
    <w:name w:val="Medium Grid 3 Accent 2"/>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FD3D2" w:themeFill="accent2"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C0504D" w:themeFill="accent2"/>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C0504D" w:themeFill="accent2"/>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DFA7A6" w:themeFill="accent2"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DFA7A6" w:themeFill="accent2" w:themeFillTint="7F"/>
      </w:tcPr>
    </w:tblStylePr>
  </w:style>
  <w:style w:type="table" w:styleId="MediumGrid3-Accent3">
    <w:name w:val="Medium Grid 3 Accent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6EED5" w:themeFill="accent3"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9BBB59" w:themeFill="accent3"/>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9BBB59" w:themeFill="accent3"/>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CDDDAC" w:themeFill="accent3"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CDDDAC" w:themeFill="accent3" w:themeFillTint="7F"/>
      </w:tcPr>
    </w:tblStylePr>
  </w:style>
  <w:style w:type="table" w:styleId="MediumGrid3-Accent4">
    <w:name w:val="Medium Grid 3 Accent 4"/>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FD8E8" w:themeFill="accent4"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8064A2" w:themeFill="accent4"/>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8064A2" w:themeFill="accent4"/>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BFB1D0" w:themeFill="accent4"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BFB1D0" w:themeFill="accent4" w:themeFillTint="7F"/>
      </w:tcPr>
    </w:tblStylePr>
  </w:style>
  <w:style w:type="table" w:styleId="MediumGrid3-Accent5">
    <w:name w:val="Medium Grid 3 Accent 5"/>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2EAF1" w:themeFill="accent5"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BACC6" w:themeFill="accent5"/>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BACC6" w:themeFill="accent5"/>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5D5E2" w:themeFill="accent5"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5D5E2" w:themeFill="accent5" w:themeFillTint="7F"/>
      </w:tcPr>
    </w:tblStylePr>
  </w:style>
  <w:style w:type="table" w:styleId="MediumGrid3-Accent6">
    <w:name w:val="Medium Grid 3 Accent 6"/>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FDE4D0" w:themeFill="accent6"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F79646" w:themeFill="accent6"/>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F79646" w:themeFill="accent6"/>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FBCAA2" w:themeFill="accent6"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FBCAA2" w:themeFill="accent6" w:themeFillTint="7F"/>
      </w:tcPr>
    </w:tblStylePr>
  </w:style>
  <w:style w:type="table" w:styleId="DarkList">
    <w:name w:val="Dark List"/>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000000" w:themeFill="tex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000000" w:themeFill="text1" w:themeFillShade="7F"/>
      </w:tcPr>
    </w:tblStylePr>
    <w:tblStylePr w:type="firstCol">
      <w:tblPr/>
      <w:tcPr>
        <w:tcBorders>
          <w:top w:val="nil"/>
          <w:left w:val="nil"/>
          <w:bottom w:val="nil"/>
          <w:right w:val="single" w:sz="18" w:space="0" w:color="FFFFFF" w:themeColor="background1"/>
          <w:insideH w:val="nil"/>
          <w:insideV w:val="nil"/>
        </w:tcBorders>
        <w:shd w:val="clear" w:color="auto" w:fill="000000" w:themeFill="text1" w:themeFillShade="BF"/>
      </w:tcPr>
    </w:tblStylePr>
    <w:tblStylePr w:type="lastCol">
      <w:tblPr/>
      <w:tcPr>
        <w:tcBorders>
          <w:top w:val="nil"/>
          <w:left w:val="single" w:sz="18" w:space="0" w:color="FFFFFF" w:themeColor="background1"/>
          <w:bottom w:val="nil"/>
          <w:right w:val="nil"/>
          <w:insideH w:val="nil"/>
          <w:insideV w:val="nil"/>
        </w:tcBorders>
        <w:shd w:val="clear" w:color="auto" w:fill="000000" w:themeFill="text1" w:themeFillShade="BF"/>
      </w:tcPr>
    </w:tblStylePr>
    <w:tblStylePr w:type="band1Vert">
      <w:tblPr/>
      <w:tcPr>
        <w:tcBorders>
          <w:top w:val="nil"/>
          <w:left w:val="nil"/>
          <w:bottom w:val="nil"/>
          <w:right w:val="nil"/>
          <w:insideH w:val="nil"/>
          <w:insideV w:val="nil"/>
        </w:tcBorders>
        <w:shd w:val="clear" w:color="auto" w:fill="000000" w:themeFill="text1" w:themeFillShade="BF"/>
      </w:tcPr>
    </w:tblStylePr>
    <w:tblStylePr w:type="band1Horz">
      <w:tblPr/>
      <w:tcPr>
        <w:tcBorders>
          <w:top w:val="nil"/>
          <w:left w:val="nil"/>
          <w:bottom w:val="nil"/>
          <w:right w:val="nil"/>
          <w:insideH w:val="nil"/>
          <w:insideV w:val="nil"/>
        </w:tcBorders>
        <w:shd w:val="clear" w:color="auto" w:fill="000000" w:themeFill="text1" w:themeFillShade="BF"/>
      </w:tcPr>
    </w:tblStylePr>
  </w:style>
  <w:style w:type="table" w:styleId="DarkList-Accent1">
    <w:name w:val="Dark List Accent 1"/>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F81BD" w:themeFill="accen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43F60" w:themeFill="accent1" w:themeFillShade="7F"/>
      </w:tcPr>
    </w:tblStylePr>
    <w:tblStylePr w:type="firstCol">
      <w:tblPr/>
      <w:tcPr>
        <w:tcBorders>
          <w:top w:val="nil"/>
          <w:left w:val="nil"/>
          <w:bottom w:val="nil"/>
          <w:right w:val="single" w:sz="18" w:space="0" w:color="FFFFFF" w:themeColor="background1"/>
          <w:insideH w:val="nil"/>
          <w:insideV w:val="nil"/>
        </w:tcBorders>
        <w:shd w:val="clear" w:color="auto" w:fill="365F91" w:themeFill="accent1" w:themeFillShade="BF"/>
      </w:tcPr>
    </w:tblStylePr>
    <w:tblStylePr w:type="lastCol">
      <w:tblPr/>
      <w:tcPr>
        <w:tcBorders>
          <w:top w:val="nil"/>
          <w:left w:val="single" w:sz="18" w:space="0" w:color="FFFFFF" w:themeColor="background1"/>
          <w:bottom w:val="nil"/>
          <w:right w:val="nil"/>
          <w:insideH w:val="nil"/>
          <w:insideV w:val="nil"/>
        </w:tcBorders>
        <w:shd w:val="clear" w:color="auto" w:fill="365F91" w:themeFill="accent1" w:themeFillShade="BF"/>
      </w:tcPr>
    </w:tblStylePr>
    <w:tblStylePr w:type="band1Vert">
      <w:tblPr/>
      <w:tcPr>
        <w:tcBorders>
          <w:top w:val="nil"/>
          <w:left w:val="nil"/>
          <w:bottom w:val="nil"/>
          <w:right w:val="nil"/>
          <w:insideH w:val="nil"/>
          <w:insideV w:val="nil"/>
        </w:tcBorders>
        <w:shd w:val="clear" w:color="auto" w:fill="365F91" w:themeFill="accent1" w:themeFillShade="BF"/>
      </w:tcPr>
    </w:tblStylePr>
    <w:tblStylePr w:type="band1Horz">
      <w:tblPr/>
      <w:tcPr>
        <w:tcBorders>
          <w:top w:val="nil"/>
          <w:left w:val="nil"/>
          <w:bottom w:val="nil"/>
          <w:right w:val="nil"/>
          <w:insideH w:val="nil"/>
          <w:insideV w:val="nil"/>
        </w:tcBorders>
        <w:shd w:val="clear" w:color="auto" w:fill="365F91" w:themeFill="accent1" w:themeFillShade="BF"/>
      </w:tcPr>
    </w:tblStylePr>
  </w:style>
  <w:style w:type="table" w:styleId="DarkList-Accent2">
    <w:name w:val="Dark List Accent 2"/>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C0504D" w:themeFill="accent2"/>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622423" w:themeFill="accent2" w:themeFillShade="7F"/>
      </w:tcPr>
    </w:tblStylePr>
    <w:tblStylePr w:type="firstCol">
      <w:tblPr/>
      <w:tcPr>
        <w:tcBorders>
          <w:top w:val="nil"/>
          <w:left w:val="nil"/>
          <w:bottom w:val="nil"/>
          <w:right w:val="single" w:sz="18" w:space="0" w:color="FFFFFF" w:themeColor="background1"/>
          <w:insideH w:val="nil"/>
          <w:insideV w:val="nil"/>
        </w:tcBorders>
        <w:shd w:val="clear" w:color="auto" w:fill="943634" w:themeFill="accent2" w:themeFillShade="BF"/>
      </w:tcPr>
    </w:tblStylePr>
    <w:tblStylePr w:type="lastCol">
      <w:tblPr/>
      <w:tcPr>
        <w:tcBorders>
          <w:top w:val="nil"/>
          <w:left w:val="single" w:sz="18" w:space="0" w:color="FFFFFF" w:themeColor="background1"/>
          <w:bottom w:val="nil"/>
          <w:right w:val="nil"/>
          <w:insideH w:val="nil"/>
          <w:insideV w:val="nil"/>
        </w:tcBorders>
        <w:shd w:val="clear" w:color="auto" w:fill="943634" w:themeFill="accent2" w:themeFillShade="BF"/>
      </w:tcPr>
    </w:tblStylePr>
    <w:tblStylePr w:type="band1Vert">
      <w:tblPr/>
      <w:tcPr>
        <w:tcBorders>
          <w:top w:val="nil"/>
          <w:left w:val="nil"/>
          <w:bottom w:val="nil"/>
          <w:right w:val="nil"/>
          <w:insideH w:val="nil"/>
          <w:insideV w:val="nil"/>
        </w:tcBorders>
        <w:shd w:val="clear" w:color="auto" w:fill="943634" w:themeFill="accent2" w:themeFillShade="BF"/>
      </w:tcPr>
    </w:tblStylePr>
    <w:tblStylePr w:type="band1Horz">
      <w:tblPr/>
      <w:tcPr>
        <w:tcBorders>
          <w:top w:val="nil"/>
          <w:left w:val="nil"/>
          <w:bottom w:val="nil"/>
          <w:right w:val="nil"/>
          <w:insideH w:val="nil"/>
          <w:insideV w:val="nil"/>
        </w:tcBorders>
        <w:shd w:val="clear" w:color="auto" w:fill="943634" w:themeFill="accent2" w:themeFillShade="BF"/>
      </w:tcPr>
    </w:tblStylePr>
  </w:style>
  <w:style w:type="table" w:styleId="DarkList-Accent3">
    <w:name w:val="Dark List Accent 3"/>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9BBB59" w:themeFill="accent3"/>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4E6128" w:themeFill="accent3" w:themeFillShade="7F"/>
      </w:tcPr>
    </w:tblStylePr>
    <w:tblStylePr w:type="firstCol">
      <w:tblPr/>
      <w:tcPr>
        <w:tcBorders>
          <w:top w:val="nil"/>
          <w:left w:val="nil"/>
          <w:bottom w:val="nil"/>
          <w:right w:val="single" w:sz="18" w:space="0" w:color="FFFFFF" w:themeColor="background1"/>
          <w:insideH w:val="nil"/>
          <w:insideV w:val="nil"/>
        </w:tcBorders>
        <w:shd w:val="clear" w:color="auto" w:fill="76923C" w:themeFill="accent3" w:themeFillShade="BF"/>
      </w:tcPr>
    </w:tblStylePr>
    <w:tblStylePr w:type="lastCol">
      <w:tblPr/>
      <w:tcPr>
        <w:tcBorders>
          <w:top w:val="nil"/>
          <w:left w:val="single" w:sz="18" w:space="0" w:color="FFFFFF" w:themeColor="background1"/>
          <w:bottom w:val="nil"/>
          <w:right w:val="nil"/>
          <w:insideH w:val="nil"/>
          <w:insideV w:val="nil"/>
        </w:tcBorders>
        <w:shd w:val="clear" w:color="auto" w:fill="76923C" w:themeFill="accent3" w:themeFillShade="BF"/>
      </w:tcPr>
    </w:tblStylePr>
    <w:tblStylePr w:type="band1Vert">
      <w:tblPr/>
      <w:tcPr>
        <w:tcBorders>
          <w:top w:val="nil"/>
          <w:left w:val="nil"/>
          <w:bottom w:val="nil"/>
          <w:right w:val="nil"/>
          <w:insideH w:val="nil"/>
          <w:insideV w:val="nil"/>
        </w:tcBorders>
        <w:shd w:val="clear" w:color="auto" w:fill="76923C" w:themeFill="accent3" w:themeFillShade="BF"/>
      </w:tcPr>
    </w:tblStylePr>
    <w:tblStylePr w:type="band1Horz">
      <w:tblPr/>
      <w:tcPr>
        <w:tcBorders>
          <w:top w:val="nil"/>
          <w:left w:val="nil"/>
          <w:bottom w:val="nil"/>
          <w:right w:val="nil"/>
          <w:insideH w:val="nil"/>
          <w:insideV w:val="nil"/>
        </w:tcBorders>
        <w:shd w:val="clear" w:color="auto" w:fill="76923C" w:themeFill="accent3" w:themeFillShade="BF"/>
      </w:tcPr>
    </w:tblStylePr>
  </w:style>
  <w:style w:type="table" w:styleId="DarkList-Accent4">
    <w:name w:val="Dark List Accent 4"/>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8064A2" w:themeFill="accent4"/>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3F3151" w:themeFill="accent4" w:themeFillShade="7F"/>
      </w:tcPr>
    </w:tblStylePr>
    <w:tblStylePr w:type="firstCol">
      <w:tblPr/>
      <w:tcPr>
        <w:tcBorders>
          <w:top w:val="nil"/>
          <w:left w:val="nil"/>
          <w:bottom w:val="nil"/>
          <w:right w:val="single" w:sz="18" w:space="0" w:color="FFFFFF" w:themeColor="background1"/>
          <w:insideH w:val="nil"/>
          <w:insideV w:val="nil"/>
        </w:tcBorders>
        <w:shd w:val="clear" w:color="auto" w:fill="5F497A" w:themeFill="accent4" w:themeFillShade="BF"/>
      </w:tcPr>
    </w:tblStylePr>
    <w:tblStylePr w:type="lastCol">
      <w:tblPr/>
      <w:tcPr>
        <w:tcBorders>
          <w:top w:val="nil"/>
          <w:left w:val="single" w:sz="18" w:space="0" w:color="FFFFFF" w:themeColor="background1"/>
          <w:bottom w:val="nil"/>
          <w:right w:val="nil"/>
          <w:insideH w:val="nil"/>
          <w:insideV w:val="nil"/>
        </w:tcBorders>
        <w:shd w:val="clear" w:color="auto" w:fill="5F497A" w:themeFill="accent4" w:themeFillShade="BF"/>
      </w:tcPr>
    </w:tblStylePr>
    <w:tblStylePr w:type="band1Vert">
      <w:tblPr/>
      <w:tcPr>
        <w:tcBorders>
          <w:top w:val="nil"/>
          <w:left w:val="nil"/>
          <w:bottom w:val="nil"/>
          <w:right w:val="nil"/>
          <w:insideH w:val="nil"/>
          <w:insideV w:val="nil"/>
        </w:tcBorders>
        <w:shd w:val="clear" w:color="auto" w:fill="5F497A" w:themeFill="accent4" w:themeFillShade="BF"/>
      </w:tcPr>
    </w:tblStylePr>
    <w:tblStylePr w:type="band1Horz">
      <w:tblPr/>
      <w:tcPr>
        <w:tcBorders>
          <w:top w:val="nil"/>
          <w:left w:val="nil"/>
          <w:bottom w:val="nil"/>
          <w:right w:val="nil"/>
          <w:insideH w:val="nil"/>
          <w:insideV w:val="nil"/>
        </w:tcBorders>
        <w:shd w:val="clear" w:color="auto" w:fill="5F497A" w:themeFill="accent4" w:themeFillShade="BF"/>
      </w:tcPr>
    </w:tblStylePr>
  </w:style>
  <w:style w:type="table" w:styleId="DarkList-Accent5">
    <w:name w:val="Dark List Accent 5"/>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BACC6" w:themeFill="accent5"/>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05867" w:themeFill="accent5" w:themeFillShade="7F"/>
      </w:tcPr>
    </w:tblStylePr>
    <w:tblStylePr w:type="firstCol">
      <w:tblPr/>
      <w:tcPr>
        <w:tcBorders>
          <w:top w:val="nil"/>
          <w:left w:val="nil"/>
          <w:bottom w:val="nil"/>
          <w:right w:val="single" w:sz="18" w:space="0" w:color="FFFFFF" w:themeColor="background1"/>
          <w:insideH w:val="nil"/>
          <w:insideV w:val="nil"/>
        </w:tcBorders>
        <w:shd w:val="clear" w:color="auto" w:fill="31849B" w:themeFill="accent5" w:themeFillShade="BF"/>
      </w:tcPr>
    </w:tblStylePr>
    <w:tblStylePr w:type="lastCol">
      <w:tblPr/>
      <w:tcPr>
        <w:tcBorders>
          <w:top w:val="nil"/>
          <w:left w:val="single" w:sz="18" w:space="0" w:color="FFFFFF" w:themeColor="background1"/>
          <w:bottom w:val="nil"/>
          <w:right w:val="nil"/>
          <w:insideH w:val="nil"/>
          <w:insideV w:val="nil"/>
        </w:tcBorders>
        <w:shd w:val="clear" w:color="auto" w:fill="31849B" w:themeFill="accent5" w:themeFillShade="BF"/>
      </w:tcPr>
    </w:tblStylePr>
    <w:tblStylePr w:type="band1Vert">
      <w:tblPr/>
      <w:tcPr>
        <w:tcBorders>
          <w:top w:val="nil"/>
          <w:left w:val="nil"/>
          <w:bottom w:val="nil"/>
          <w:right w:val="nil"/>
          <w:insideH w:val="nil"/>
          <w:insideV w:val="nil"/>
        </w:tcBorders>
        <w:shd w:val="clear" w:color="auto" w:fill="31849B" w:themeFill="accent5" w:themeFillShade="BF"/>
      </w:tcPr>
    </w:tblStylePr>
    <w:tblStylePr w:type="band1Horz">
      <w:tblPr/>
      <w:tcPr>
        <w:tcBorders>
          <w:top w:val="nil"/>
          <w:left w:val="nil"/>
          <w:bottom w:val="nil"/>
          <w:right w:val="nil"/>
          <w:insideH w:val="nil"/>
          <w:insideV w:val="nil"/>
        </w:tcBorders>
        <w:shd w:val="clear" w:color="auto" w:fill="31849B" w:themeFill="accent5" w:themeFillShade="BF"/>
      </w:tcPr>
    </w:tblStylePr>
  </w:style>
  <w:style w:type="table" w:styleId="DarkList-Accent6">
    <w:name w:val="Dark List Accent 6"/>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F79646" w:themeFill="accent6"/>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974706" w:themeFill="accent6" w:themeFillShade="7F"/>
      </w:tcPr>
    </w:tblStylePr>
    <w:tblStylePr w:type="firstCol">
      <w:tblPr/>
      <w:tcPr>
        <w:tcBorders>
          <w:top w:val="nil"/>
          <w:left w:val="nil"/>
          <w:bottom w:val="nil"/>
          <w:right w:val="single" w:sz="18" w:space="0" w:color="FFFFFF" w:themeColor="background1"/>
          <w:insideH w:val="nil"/>
          <w:insideV w:val="nil"/>
        </w:tcBorders>
        <w:shd w:val="clear" w:color="auto" w:fill="E36C0A" w:themeFill="accent6" w:themeFillShade="BF"/>
      </w:tcPr>
    </w:tblStylePr>
    <w:tblStylePr w:type="lastCol">
      <w:tblPr/>
      <w:tcPr>
        <w:tcBorders>
          <w:top w:val="nil"/>
          <w:left w:val="single" w:sz="18" w:space="0" w:color="FFFFFF" w:themeColor="background1"/>
          <w:bottom w:val="nil"/>
          <w:right w:val="nil"/>
          <w:insideH w:val="nil"/>
          <w:insideV w:val="nil"/>
        </w:tcBorders>
        <w:shd w:val="clear" w:color="auto" w:fill="E36C0A" w:themeFill="accent6" w:themeFillShade="BF"/>
      </w:tcPr>
    </w:tblStylePr>
    <w:tblStylePr w:type="band1Vert">
      <w:tblPr/>
      <w:tcPr>
        <w:tcBorders>
          <w:top w:val="nil"/>
          <w:left w:val="nil"/>
          <w:bottom w:val="nil"/>
          <w:right w:val="nil"/>
          <w:insideH w:val="nil"/>
          <w:insideV w:val="nil"/>
        </w:tcBorders>
        <w:shd w:val="clear" w:color="auto" w:fill="E36C0A" w:themeFill="accent6" w:themeFillShade="BF"/>
      </w:tcPr>
    </w:tblStylePr>
    <w:tblStylePr w:type="band1Horz">
      <w:tblPr/>
      <w:tcPr>
        <w:tcBorders>
          <w:top w:val="nil"/>
          <w:left w:val="nil"/>
          <w:bottom w:val="nil"/>
          <w:right w:val="nil"/>
          <w:insideH w:val="nil"/>
          <w:insideV w:val="nil"/>
        </w:tcBorders>
        <w:shd w:val="clear" w:color="auto" w:fill="E36C0A" w:themeFill="accent6" w:themeFillShade="BF"/>
      </w:tcPr>
    </w:tblStylePr>
  </w:style>
  <w:style w:type="table" w:styleId="ColorfulShading">
    <w:name w:val="Colorful Shading"/>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000000" w:themeColor="text1"/>
        <w:bottom w:val="single" w:sz="4" w:space="0" w:color="000000" w:themeColor="text1"/>
        <w:right w:val="single" w:sz="4" w:space="0" w:color="000000" w:themeColor="tex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6E6E6" w:themeFill="tex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000000" w:themeFill="text1" w:themeFillShade="99"/>
      </w:tcPr>
    </w:tblStylePr>
    <w:tblStylePr w:type="firstCol">
      <w:rPr>
        <w:color w:val="FFFFFF" w:themeColor="background1"/>
      </w:rPr>
      <w:tblPr/>
      <w:tcPr>
        <w:tcBorders>
          <w:top w:val="nil"/>
          <w:left w:val="nil"/>
          <w:bottom w:val="nil"/>
          <w:right w:val="nil"/>
          <w:insideH w:val="single" w:sz="4" w:space="0" w:color="000000" w:themeColor="text1" w:themeShade="99"/>
          <w:insideV w:val="nil"/>
        </w:tcBorders>
        <w:shd w:val="clear" w:color="auto" w:fill="000000" w:themeFill="text1" w:themeFillShade="99"/>
      </w:tcPr>
    </w:tblStylePr>
    <w:tblStylePr w:type="lastCol">
      <w:rPr>
        <w:color w:val="FFFFFF" w:themeColor="background1"/>
      </w:rPr>
      <w:tblPr/>
      <w:tcPr>
        <w:tcBorders>
          <w:top w:val="nil"/>
          <w:left w:val="nil"/>
          <w:bottom w:val="nil"/>
          <w:right w:val="nil"/>
          <w:insideH w:val="nil"/>
          <w:insideV w:val="nil"/>
        </w:tcBorders>
        <w:shd w:val="clear" w:color="auto" w:fill="000000" w:themeFill="text1" w:themeFillShade="BF"/>
      </w:tcPr>
    </w:tblStylePr>
    <w:tblStylePr w:type="band1Vert">
      <w:tblPr/>
      <w:tcPr>
        <w:shd w:val="clear" w:color="auto" w:fill="999999" w:themeFill="text1" w:themeFillTint="66"/>
      </w:tcPr>
    </w:tblStylePr>
    <w:tblStylePr w:type="band1Horz">
      <w:tblPr/>
      <w:tcPr>
        <w:shd w:val="clear" w:color="auto" w:fill="808080" w:themeFill="text1" w:themeFillTint="7F"/>
      </w:tcPr>
    </w:tblStylePr>
    <w:tblStylePr w:type="neCell">
      <w:rPr>
        <w:color w:val="000000" w:themeColor="text1"/>
      </w:rPr>
    </w:tblStylePr>
    <w:tblStylePr w:type="nwCell">
      <w:rPr>
        <w:color w:val="000000" w:themeColor="text1"/>
      </w:rPr>
    </w:tblStylePr>
  </w:style>
  <w:style w:type="table" w:styleId="ColorfulShading-Accent1">
    <w:name w:val="Colorful Shading Accent 1"/>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4F81BD" w:themeColor="accent1"/>
        <w:bottom w:val="single" w:sz="4" w:space="0" w:color="4F81BD" w:themeColor="accent1"/>
        <w:right w:val="single" w:sz="4" w:space="0" w:color="4F81BD" w:themeColor="accen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2F8" w:themeFill="accen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C4C74" w:themeFill="accent1" w:themeFillShade="99"/>
      </w:tcPr>
    </w:tblStylePr>
    <w:tblStylePr w:type="firstCol">
      <w:rPr>
        <w:color w:val="FFFFFF" w:themeColor="background1"/>
      </w:rPr>
      <w:tblPr/>
      <w:tcPr>
        <w:tcBorders>
          <w:top w:val="nil"/>
          <w:left w:val="nil"/>
          <w:bottom w:val="nil"/>
          <w:right w:val="nil"/>
          <w:insideH w:val="single" w:sz="4" w:space="0" w:color="2C4C74" w:themeColor="accent1" w:themeShade="99"/>
          <w:insideV w:val="nil"/>
        </w:tcBorders>
        <w:shd w:val="clear" w:color="auto" w:fill="2C4C74" w:themeFill="accent1" w:themeFillShade="99"/>
      </w:tcPr>
    </w:tblStylePr>
    <w:tblStylePr w:type="lastCol">
      <w:rPr>
        <w:color w:val="FFFFFF" w:themeColor="background1"/>
      </w:rPr>
      <w:tblPr/>
      <w:tcPr>
        <w:tcBorders>
          <w:top w:val="nil"/>
          <w:left w:val="nil"/>
          <w:bottom w:val="nil"/>
          <w:right w:val="nil"/>
          <w:insideH w:val="nil"/>
          <w:insideV w:val="nil"/>
        </w:tcBorders>
        <w:shd w:val="clear" w:color="auto" w:fill="2C4C74" w:themeFill="accent1" w:themeFillShade="99"/>
      </w:tcPr>
    </w:tblStylePr>
    <w:tblStylePr w:type="band1Vert">
      <w:tblPr/>
      <w:tcPr>
        <w:shd w:val="clear" w:color="auto" w:fill="B8CCE4" w:themeFill="accent1" w:themeFillTint="66"/>
      </w:tcPr>
    </w:tblStylePr>
    <w:tblStylePr w:type="band1Horz">
      <w:tblPr/>
      <w:tcPr>
        <w:shd w:val="clear" w:color="auto" w:fill="A7BFDE" w:themeFill="accent1" w:themeFillTint="7F"/>
      </w:tcPr>
    </w:tblStylePr>
    <w:tblStylePr w:type="neCell">
      <w:rPr>
        <w:color w:val="000000" w:themeColor="text1"/>
      </w:rPr>
    </w:tblStylePr>
    <w:tblStylePr w:type="nwCell">
      <w:rPr>
        <w:color w:val="000000" w:themeColor="text1"/>
      </w:rPr>
    </w:tblStylePr>
  </w:style>
  <w:style w:type="table" w:styleId="ColorfulShading-Accent2">
    <w:name w:val="Colorful Shading Accent 2"/>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C0504D" w:themeColor="accent2"/>
        <w:bottom w:val="single" w:sz="4" w:space="0" w:color="C0504D" w:themeColor="accent2"/>
        <w:right w:val="single" w:sz="4" w:space="0" w:color="C0504D" w:themeColor="accent2"/>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8EDED" w:themeFill="accent2"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772C2A" w:themeFill="accent2" w:themeFillShade="99"/>
      </w:tcPr>
    </w:tblStylePr>
    <w:tblStylePr w:type="firstCol">
      <w:rPr>
        <w:color w:val="FFFFFF" w:themeColor="background1"/>
      </w:rPr>
      <w:tblPr/>
      <w:tcPr>
        <w:tcBorders>
          <w:top w:val="nil"/>
          <w:left w:val="nil"/>
          <w:bottom w:val="nil"/>
          <w:right w:val="nil"/>
          <w:insideH w:val="single" w:sz="4" w:space="0" w:color="772C2A" w:themeColor="accent2" w:themeShade="99"/>
          <w:insideV w:val="nil"/>
        </w:tcBorders>
        <w:shd w:val="clear" w:color="auto" w:fill="772C2A" w:themeFill="accent2" w:themeFillShade="99"/>
      </w:tcPr>
    </w:tblStylePr>
    <w:tblStylePr w:type="lastCol">
      <w:rPr>
        <w:color w:val="FFFFFF" w:themeColor="background1"/>
      </w:rPr>
      <w:tblPr/>
      <w:tcPr>
        <w:tcBorders>
          <w:top w:val="nil"/>
          <w:left w:val="nil"/>
          <w:bottom w:val="nil"/>
          <w:right w:val="nil"/>
          <w:insideH w:val="nil"/>
          <w:insideV w:val="nil"/>
        </w:tcBorders>
        <w:shd w:val="clear" w:color="auto" w:fill="772C2A" w:themeFill="accent2" w:themeFillShade="99"/>
      </w:tcPr>
    </w:tblStylePr>
    <w:tblStylePr w:type="band1Vert">
      <w:tblPr/>
      <w:tcPr>
        <w:shd w:val="clear" w:color="auto" w:fill="E5B8B7" w:themeFill="accent2" w:themeFillTint="66"/>
      </w:tcPr>
    </w:tblStylePr>
    <w:tblStylePr w:type="band1Horz">
      <w:tblPr/>
      <w:tcPr>
        <w:shd w:val="clear" w:color="auto" w:fill="DFA7A6" w:themeFill="accent2" w:themeFillTint="7F"/>
      </w:tcPr>
    </w:tblStylePr>
    <w:tblStylePr w:type="neCell">
      <w:rPr>
        <w:color w:val="000000" w:themeColor="text1"/>
      </w:rPr>
    </w:tblStylePr>
    <w:tblStylePr w:type="nwCell">
      <w:rPr>
        <w:color w:val="000000" w:themeColor="text1"/>
      </w:rPr>
    </w:tblStylePr>
  </w:style>
  <w:style w:type="table" w:styleId="ColorfulShading-Accent3">
    <w:name w:val="Colorful Shading Accent 3"/>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8064A2" w:themeColor="accent4"/>
        <w:left w:val="single" w:sz="4" w:space="0" w:color="9BBB59" w:themeColor="accent3"/>
        <w:bottom w:val="single" w:sz="4" w:space="0" w:color="9BBB59" w:themeColor="accent3"/>
        <w:right w:val="single" w:sz="4" w:space="0" w:color="9BBB59" w:themeColor="accent3"/>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5F8EE" w:themeFill="accent3" w:themeFillTint="19"/>
    </w:tcPr>
    <w:tblStylePr w:type="firstRow">
      <w:rPr>
        <w:b/>
        <w:bCs/>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5E7530" w:themeFill="accent3" w:themeFillShade="99"/>
      </w:tcPr>
    </w:tblStylePr>
    <w:tblStylePr w:type="firstCol">
      <w:rPr>
        <w:color w:val="FFFFFF" w:themeColor="background1"/>
      </w:rPr>
      <w:tblPr/>
      <w:tcPr>
        <w:tcBorders>
          <w:top w:val="nil"/>
          <w:left w:val="nil"/>
          <w:bottom w:val="nil"/>
          <w:right w:val="nil"/>
          <w:insideH w:val="single" w:sz="4" w:space="0" w:color="5E7530" w:themeColor="accent3" w:themeShade="99"/>
          <w:insideV w:val="nil"/>
        </w:tcBorders>
        <w:shd w:val="clear" w:color="auto" w:fill="5E7530" w:themeFill="accent3" w:themeFillShade="99"/>
      </w:tcPr>
    </w:tblStylePr>
    <w:tblStylePr w:type="lastCol">
      <w:rPr>
        <w:color w:val="FFFFFF" w:themeColor="background1"/>
      </w:rPr>
      <w:tblPr/>
      <w:tcPr>
        <w:tcBorders>
          <w:top w:val="nil"/>
          <w:left w:val="nil"/>
          <w:bottom w:val="nil"/>
          <w:right w:val="nil"/>
          <w:insideH w:val="nil"/>
          <w:insideV w:val="nil"/>
        </w:tcBorders>
        <w:shd w:val="clear" w:color="auto" w:fill="5E7530" w:themeFill="accent3" w:themeFillShade="99"/>
      </w:tcPr>
    </w:tblStylePr>
    <w:tblStylePr w:type="band1Vert">
      <w:tblPr/>
      <w:tcPr>
        <w:shd w:val="clear" w:color="auto" w:fill="D6E3BC" w:themeFill="accent3" w:themeFillTint="66"/>
      </w:tcPr>
    </w:tblStylePr>
    <w:tblStylePr w:type="band1Horz">
      <w:tblPr/>
      <w:tcPr>
        <w:shd w:val="clear" w:color="auto" w:fill="CDDDAC" w:themeFill="accent3" w:themeFillTint="7F"/>
      </w:tcPr>
    </w:tblStylePr>
  </w:style>
  <w:style w:type="table" w:styleId="ColorfulShading-Accent4">
    <w:name w:val="Colorful Shading Accent 4"/>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9BBB59" w:themeColor="accent3"/>
        <w:left w:val="single" w:sz="4" w:space="0" w:color="8064A2" w:themeColor="accent4"/>
        <w:bottom w:val="single" w:sz="4" w:space="0" w:color="8064A2" w:themeColor="accent4"/>
        <w:right w:val="single" w:sz="4" w:space="0" w:color="8064A2" w:themeColor="accent4"/>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2EFF6" w:themeFill="accent4" w:themeFillTint="19"/>
    </w:tcPr>
    <w:tblStylePr w:type="firstRow">
      <w:rPr>
        <w:b/>
        <w:bCs/>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4C3B62" w:themeFill="accent4" w:themeFillShade="99"/>
      </w:tcPr>
    </w:tblStylePr>
    <w:tblStylePr w:type="firstCol">
      <w:rPr>
        <w:color w:val="FFFFFF" w:themeColor="background1"/>
      </w:rPr>
      <w:tblPr/>
      <w:tcPr>
        <w:tcBorders>
          <w:top w:val="nil"/>
          <w:left w:val="nil"/>
          <w:bottom w:val="nil"/>
          <w:right w:val="nil"/>
          <w:insideH w:val="single" w:sz="4" w:space="0" w:color="4C3B62" w:themeColor="accent4" w:themeShade="99"/>
          <w:insideV w:val="nil"/>
        </w:tcBorders>
        <w:shd w:val="clear" w:color="auto" w:fill="4C3B62" w:themeFill="accent4" w:themeFillShade="99"/>
      </w:tcPr>
    </w:tblStylePr>
    <w:tblStylePr w:type="lastCol">
      <w:rPr>
        <w:color w:val="FFFFFF" w:themeColor="background1"/>
      </w:rPr>
      <w:tblPr/>
      <w:tcPr>
        <w:tcBorders>
          <w:top w:val="nil"/>
          <w:left w:val="nil"/>
          <w:bottom w:val="nil"/>
          <w:right w:val="nil"/>
          <w:insideH w:val="nil"/>
          <w:insideV w:val="nil"/>
        </w:tcBorders>
        <w:shd w:val="clear" w:color="auto" w:fill="4C3B62" w:themeFill="accent4" w:themeFillShade="99"/>
      </w:tcPr>
    </w:tblStylePr>
    <w:tblStylePr w:type="band1Vert">
      <w:tblPr/>
      <w:tcPr>
        <w:shd w:val="clear" w:color="auto" w:fill="CCC0D9" w:themeFill="accent4" w:themeFillTint="66"/>
      </w:tcPr>
    </w:tblStylePr>
    <w:tblStylePr w:type="band1Horz">
      <w:tblPr/>
      <w:tcPr>
        <w:shd w:val="clear" w:color="auto" w:fill="BFB1D0" w:themeFill="accent4" w:themeFillTint="7F"/>
      </w:tcPr>
    </w:tblStylePr>
    <w:tblStylePr w:type="neCell">
      <w:rPr>
        <w:color w:val="000000" w:themeColor="text1"/>
      </w:rPr>
    </w:tblStylePr>
    <w:tblStylePr w:type="nwCell">
      <w:rPr>
        <w:color w:val="000000" w:themeColor="text1"/>
      </w:rPr>
    </w:tblStylePr>
  </w:style>
  <w:style w:type="table" w:styleId="ColorfulShading-Accent5">
    <w:name w:val="Colorful Shading Accent 5"/>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F79646" w:themeColor="accent6"/>
        <w:left w:val="single" w:sz="4" w:space="0" w:color="4BACC6" w:themeColor="accent5"/>
        <w:bottom w:val="single" w:sz="4" w:space="0" w:color="4BACC6" w:themeColor="accent5"/>
        <w:right w:val="single" w:sz="4" w:space="0" w:color="4BACC6" w:themeColor="accent5"/>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6F9" w:themeFill="accent5" w:themeFillTint="19"/>
    </w:tcPr>
    <w:tblStylePr w:type="firstRow">
      <w:rPr>
        <w:b/>
        <w:bCs/>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76A7C" w:themeFill="accent5" w:themeFillShade="99"/>
      </w:tcPr>
    </w:tblStylePr>
    <w:tblStylePr w:type="firstCol">
      <w:rPr>
        <w:color w:val="FFFFFF" w:themeColor="background1"/>
      </w:rPr>
      <w:tblPr/>
      <w:tcPr>
        <w:tcBorders>
          <w:top w:val="nil"/>
          <w:left w:val="nil"/>
          <w:bottom w:val="nil"/>
          <w:right w:val="nil"/>
          <w:insideH w:val="single" w:sz="4" w:space="0" w:color="276A7C" w:themeColor="accent5" w:themeShade="99"/>
          <w:insideV w:val="nil"/>
        </w:tcBorders>
        <w:shd w:val="clear" w:color="auto" w:fill="276A7C" w:themeFill="accent5" w:themeFillShade="99"/>
      </w:tcPr>
    </w:tblStylePr>
    <w:tblStylePr w:type="lastCol">
      <w:rPr>
        <w:color w:val="FFFFFF" w:themeColor="background1"/>
      </w:rPr>
      <w:tblPr/>
      <w:tcPr>
        <w:tcBorders>
          <w:top w:val="nil"/>
          <w:left w:val="nil"/>
          <w:bottom w:val="nil"/>
          <w:right w:val="nil"/>
          <w:insideH w:val="nil"/>
          <w:insideV w:val="nil"/>
        </w:tcBorders>
        <w:shd w:val="clear" w:color="auto" w:fill="276A7C" w:themeFill="accent5" w:themeFillShade="99"/>
      </w:tcPr>
    </w:tblStylePr>
    <w:tblStylePr w:type="band1Vert">
      <w:tblPr/>
      <w:tcPr>
        <w:shd w:val="clear" w:color="auto" w:fill="B6DDE8" w:themeFill="accent5" w:themeFillTint="66"/>
      </w:tcPr>
    </w:tblStylePr>
    <w:tblStylePr w:type="band1Horz">
      <w:tblPr/>
      <w:tcPr>
        <w:shd w:val="clear" w:color="auto" w:fill="A5D5E2" w:themeFill="accent5" w:themeFillTint="7F"/>
      </w:tcPr>
    </w:tblStylePr>
    <w:tblStylePr w:type="neCell">
      <w:rPr>
        <w:color w:val="000000" w:themeColor="text1"/>
      </w:rPr>
    </w:tblStylePr>
    <w:tblStylePr w:type="nwCell">
      <w:rPr>
        <w:color w:val="000000" w:themeColor="text1"/>
      </w:rPr>
    </w:tblStylePr>
  </w:style>
  <w:style w:type="table" w:styleId="ColorfulShading-Accent6">
    <w:name w:val="Colorful Shading Accent 6"/>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4BACC6" w:themeColor="accent5"/>
        <w:left w:val="single" w:sz="4" w:space="0" w:color="F79646" w:themeColor="accent6"/>
        <w:bottom w:val="single" w:sz="4" w:space="0" w:color="F79646" w:themeColor="accent6"/>
        <w:right w:val="single" w:sz="4" w:space="0" w:color="F79646" w:themeColor="accent6"/>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EF4EC" w:themeFill="accent6" w:themeFillTint="19"/>
    </w:tcPr>
    <w:tblStylePr w:type="firstRow">
      <w:rPr>
        <w:b/>
        <w:bCs/>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B65608" w:themeFill="accent6" w:themeFillShade="99"/>
      </w:tcPr>
    </w:tblStylePr>
    <w:tblStylePr w:type="firstCol">
      <w:rPr>
        <w:color w:val="FFFFFF" w:themeColor="background1"/>
      </w:rPr>
      <w:tblPr/>
      <w:tcPr>
        <w:tcBorders>
          <w:top w:val="nil"/>
          <w:left w:val="nil"/>
          <w:bottom w:val="nil"/>
          <w:right w:val="nil"/>
          <w:insideH w:val="single" w:sz="4" w:space="0" w:color="B65608" w:themeColor="accent6" w:themeShade="99"/>
          <w:insideV w:val="nil"/>
        </w:tcBorders>
        <w:shd w:val="clear" w:color="auto" w:fill="B65608" w:themeFill="accent6" w:themeFillShade="99"/>
      </w:tcPr>
    </w:tblStylePr>
    <w:tblStylePr w:type="lastCol">
      <w:rPr>
        <w:color w:val="FFFFFF" w:themeColor="background1"/>
      </w:rPr>
      <w:tblPr/>
      <w:tcPr>
        <w:tcBorders>
          <w:top w:val="nil"/>
          <w:left w:val="nil"/>
          <w:bottom w:val="nil"/>
          <w:right w:val="nil"/>
          <w:insideH w:val="nil"/>
          <w:insideV w:val="nil"/>
        </w:tcBorders>
        <w:shd w:val="clear" w:color="auto" w:fill="B65608" w:themeFill="accent6" w:themeFillShade="99"/>
      </w:tcPr>
    </w:tblStylePr>
    <w:tblStylePr w:type="band1Vert">
      <w:tblPr/>
      <w:tcPr>
        <w:shd w:val="clear" w:color="auto" w:fill="FBD4B4" w:themeFill="accent6" w:themeFillTint="66"/>
      </w:tcPr>
    </w:tblStylePr>
    <w:tblStylePr w:type="band1Horz">
      <w:tblPr/>
      <w:tcPr>
        <w:shd w:val="clear" w:color="auto" w:fill="FBCAA2" w:themeFill="accent6" w:themeFillTint="7F"/>
      </w:tcPr>
    </w:tblStylePr>
    <w:tblStylePr w:type="neCell">
      <w:rPr>
        <w:color w:val="000000" w:themeColor="text1"/>
      </w:rPr>
    </w:tblStylePr>
    <w:tblStylePr w:type="nwCell">
      <w:rPr>
        <w:color w:val="000000" w:themeColor="text1"/>
      </w:rPr>
    </w:tblStylePr>
  </w:style>
  <w:style w:type="table" w:styleId="ColorfulList">
    <w:name w:val="Colorful List"/>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6E6E6" w:themeFill="tex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C0C0C0" w:themeFill="text1" w:themeFillTint="3F"/>
      </w:tcPr>
    </w:tblStylePr>
    <w:tblStylePr w:type="band1Horz">
      <w:tblPr/>
      <w:tcPr>
        <w:shd w:val="clear" w:color="auto" w:fill="CCCCCC" w:themeFill="text1" w:themeFillTint="33"/>
      </w:tcPr>
    </w:tblStylePr>
  </w:style>
  <w:style w:type="table" w:styleId="ColorfulList-Accent1">
    <w:name w:val="Colorful List Accent 1"/>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2F8" w:themeFill="accen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3DFEE" w:themeFill="accent1" w:themeFillTint="3F"/>
      </w:tcPr>
    </w:tblStylePr>
    <w:tblStylePr w:type="band1Horz">
      <w:tblPr/>
      <w:tcPr>
        <w:shd w:val="clear" w:color="auto" w:fill="DBE5F1" w:themeFill="accent1" w:themeFillTint="33"/>
      </w:tcPr>
    </w:tblStylePr>
  </w:style>
  <w:style w:type="table" w:styleId="ColorfulList-Accent2">
    <w:name w:val="Colorful List Accent 2"/>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8EDED" w:themeFill="accent2"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FD3D2" w:themeFill="accent2" w:themeFillTint="3F"/>
      </w:tcPr>
    </w:tblStylePr>
    <w:tblStylePr w:type="band1Horz">
      <w:tblPr/>
      <w:tcPr>
        <w:shd w:val="clear" w:color="auto" w:fill="F2DBDB" w:themeFill="accent2" w:themeFillTint="33"/>
      </w:tcPr>
    </w:tblStylePr>
  </w:style>
  <w:style w:type="table" w:styleId="ColorfulList-Accent3">
    <w:name w:val="Colorful List Accent 3"/>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5F8EE" w:themeFill="accent3" w:themeFillTint="19"/>
    </w:tcPr>
    <w:tblStylePr w:type="firstRow">
      <w:rPr>
        <w:b/>
        <w:bCs/>
        <w:color w:val="FFFFFF" w:themeColor="background1"/>
      </w:rPr>
      <w:tblPr/>
      <w:tcPr>
        <w:tcBorders>
          <w:bottom w:val="single" w:sz="12" w:space="0" w:color="FFFFFF" w:themeColor="background1"/>
        </w:tcBorders>
        <w:shd w:val="clear" w:color="auto" w:fill="664E82" w:themeFill="accent4" w:themeFillShade="CC"/>
      </w:tcPr>
    </w:tblStylePr>
    <w:tblStylePr w:type="lastRow">
      <w:rPr>
        <w:b/>
        <w:bCs/>
        <w:color w:val="664E82" w:themeColor="accent4"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6EED5" w:themeFill="accent3" w:themeFillTint="3F"/>
      </w:tcPr>
    </w:tblStylePr>
    <w:tblStylePr w:type="band1Horz">
      <w:tblPr/>
      <w:tcPr>
        <w:shd w:val="clear" w:color="auto" w:fill="EAF1DD" w:themeFill="accent3" w:themeFillTint="33"/>
      </w:tcPr>
    </w:tblStylePr>
  </w:style>
  <w:style w:type="table" w:styleId="ColorfulList-Accent4">
    <w:name w:val="Colorful List Accent 4"/>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2EFF6" w:themeFill="accent4" w:themeFillTint="19"/>
    </w:tcPr>
    <w:tblStylePr w:type="firstRow">
      <w:rPr>
        <w:b/>
        <w:bCs/>
        <w:color w:val="FFFFFF" w:themeColor="background1"/>
      </w:rPr>
      <w:tblPr/>
      <w:tcPr>
        <w:tcBorders>
          <w:bottom w:val="single" w:sz="12" w:space="0" w:color="FFFFFF" w:themeColor="background1"/>
        </w:tcBorders>
        <w:shd w:val="clear" w:color="auto" w:fill="7E9C40" w:themeFill="accent3" w:themeFillShade="CC"/>
      </w:tcPr>
    </w:tblStylePr>
    <w:tblStylePr w:type="lastRow">
      <w:rPr>
        <w:b/>
        <w:bCs/>
        <w:color w:val="7E9C40" w:themeColor="accent3"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FD8E8" w:themeFill="accent4" w:themeFillTint="3F"/>
      </w:tcPr>
    </w:tblStylePr>
    <w:tblStylePr w:type="band1Horz">
      <w:tblPr/>
      <w:tcPr>
        <w:shd w:val="clear" w:color="auto" w:fill="E5DFEC" w:themeFill="accent4" w:themeFillTint="33"/>
      </w:tcPr>
    </w:tblStylePr>
  </w:style>
  <w:style w:type="table" w:styleId="ColorfulList-Accent5">
    <w:name w:val="Colorful List Accent 5"/>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6F9" w:themeFill="accent5" w:themeFillTint="19"/>
    </w:tcPr>
    <w:tblStylePr w:type="firstRow">
      <w:rPr>
        <w:b/>
        <w:bCs/>
        <w:color w:val="FFFFFF" w:themeColor="background1"/>
      </w:rPr>
      <w:tblPr/>
      <w:tcPr>
        <w:tcBorders>
          <w:bottom w:val="single" w:sz="12" w:space="0" w:color="FFFFFF" w:themeColor="background1"/>
        </w:tcBorders>
        <w:shd w:val="clear" w:color="auto" w:fill="F2730A" w:themeFill="accent6" w:themeFillShade="CC"/>
      </w:tcPr>
    </w:tblStylePr>
    <w:tblStylePr w:type="lastRow">
      <w:rPr>
        <w:b/>
        <w:bCs/>
        <w:color w:val="F2730A" w:themeColor="accent6"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2EAF1" w:themeFill="accent5" w:themeFillTint="3F"/>
      </w:tcPr>
    </w:tblStylePr>
    <w:tblStylePr w:type="band1Horz">
      <w:tblPr/>
      <w:tcPr>
        <w:shd w:val="clear" w:color="auto" w:fill="DAEEF3" w:themeFill="accent5" w:themeFillTint="33"/>
      </w:tcPr>
    </w:tblStylePr>
  </w:style>
  <w:style w:type="table" w:styleId="ColorfulList-Accent6">
    <w:name w:val="Colorful List Accent 6"/>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EF4EC" w:themeFill="accent6" w:themeFillTint="19"/>
    </w:tcPr>
    <w:tblStylePr w:type="firstRow">
      <w:rPr>
        <w:b/>
        <w:bCs/>
        <w:color w:val="FFFFFF" w:themeColor="background1"/>
      </w:rPr>
      <w:tblPr/>
      <w:tcPr>
        <w:tcBorders>
          <w:bottom w:val="single" w:sz="12" w:space="0" w:color="FFFFFF" w:themeColor="background1"/>
        </w:tcBorders>
        <w:shd w:val="clear" w:color="auto" w:fill="348DA5" w:themeFill="accent5" w:themeFillShade="CC"/>
      </w:tcPr>
    </w:tblStylePr>
    <w:tblStylePr w:type="lastRow">
      <w:rPr>
        <w:b/>
        <w:bCs/>
        <w:color w:val="348DA5" w:themeColor="accent5"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FDE4D0" w:themeFill="accent6" w:themeFillTint="3F"/>
      </w:tcPr>
    </w:tblStylePr>
    <w:tblStylePr w:type="band1Horz">
      <w:tblPr/>
      <w:tcPr>
        <w:shd w:val="clear" w:color="auto" w:fill="FDE9D9" w:themeFill="accent6" w:themeFillTint="33"/>
      </w:tcPr>
    </w:tblStylePr>
  </w:style>
  <w:style w:type="table" w:styleId="ColorfulGrid">
    <w:name w:val="Colorful Grid"/>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CCCCCC" w:themeFill="text1" w:themeFillTint="33"/>
    </w:tcPr>
    <w:tblStylePr w:type="firstRow">
      <w:rPr>
        <w:b/>
        <w:bCs/>
      </w:rPr>
      <w:tblPr/>
      <w:tcPr>
        <w:shd w:val="clear" w:color="auto" w:fill="999999" w:themeFill="text1" w:themeFillTint="66"/>
      </w:tcPr>
    </w:tblStylePr>
    <w:tblStylePr w:type="lastRow">
      <w:rPr>
        <w:b/>
        <w:bCs/>
        <w:color w:val="000000" w:themeColor="text1"/>
      </w:rPr>
      <w:tblPr/>
      <w:tcPr>
        <w:shd w:val="clear" w:color="auto" w:fill="999999" w:themeFill="text1" w:themeFillTint="66"/>
      </w:tcPr>
    </w:tblStylePr>
    <w:tblStylePr w:type="firstCol">
      <w:rPr>
        <w:color w:val="FFFFFF" w:themeColor="background1"/>
      </w:rPr>
      <w:tblPr/>
      <w:tcPr>
        <w:shd w:val="clear" w:color="auto" w:fill="000000" w:themeFill="text1" w:themeFillShade="BF"/>
      </w:tcPr>
    </w:tblStylePr>
    <w:tblStylePr w:type="lastCol">
      <w:rPr>
        <w:color w:val="FFFFFF" w:themeColor="background1"/>
      </w:rPr>
      <w:tblPr/>
      <w:tcPr>
        <w:shd w:val="clear" w:color="auto" w:fill="000000" w:themeFill="text1" w:themeFillShade="BF"/>
      </w:tc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ColorfulGrid-Accent1">
    <w:name w:val="Colorful Grid Accent 1"/>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BE5F1" w:themeFill="accent1" w:themeFillTint="33"/>
    </w:tcPr>
    <w:tblStylePr w:type="firstRow">
      <w:rPr>
        <w:b/>
        <w:bCs/>
      </w:rPr>
      <w:tblPr/>
      <w:tcPr>
        <w:shd w:val="clear" w:color="auto" w:fill="B8CCE4" w:themeFill="accent1" w:themeFillTint="66"/>
      </w:tcPr>
    </w:tblStylePr>
    <w:tblStylePr w:type="lastRow">
      <w:rPr>
        <w:b/>
        <w:bCs/>
        <w:color w:val="000000" w:themeColor="text1"/>
      </w:rPr>
      <w:tblPr/>
      <w:tcPr>
        <w:shd w:val="clear" w:color="auto" w:fill="B8CCE4" w:themeFill="accent1" w:themeFillTint="66"/>
      </w:tcPr>
    </w:tblStylePr>
    <w:tblStylePr w:type="firstCol">
      <w:rPr>
        <w:color w:val="FFFFFF" w:themeColor="background1"/>
      </w:rPr>
      <w:tblPr/>
      <w:tcPr>
        <w:shd w:val="clear" w:color="auto" w:fill="365F91" w:themeFill="accent1" w:themeFillShade="BF"/>
      </w:tcPr>
    </w:tblStylePr>
    <w:tblStylePr w:type="lastCol">
      <w:rPr>
        <w:color w:val="FFFFFF" w:themeColor="background1"/>
      </w:rPr>
      <w:tblPr/>
      <w:tcPr>
        <w:shd w:val="clear" w:color="auto" w:fill="365F91" w:themeFill="accent1" w:themeFillShade="BF"/>
      </w:tc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ColorfulGrid-Accent2">
    <w:name w:val="Colorful Grid Accent 2"/>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2DBDB" w:themeFill="accent2" w:themeFillTint="33"/>
    </w:tcPr>
    <w:tblStylePr w:type="firstRow">
      <w:rPr>
        <w:b/>
        <w:bCs/>
      </w:rPr>
      <w:tblPr/>
      <w:tcPr>
        <w:shd w:val="clear" w:color="auto" w:fill="E5B8B7" w:themeFill="accent2" w:themeFillTint="66"/>
      </w:tcPr>
    </w:tblStylePr>
    <w:tblStylePr w:type="lastRow">
      <w:rPr>
        <w:b/>
        <w:bCs/>
        <w:color w:val="000000" w:themeColor="text1"/>
      </w:rPr>
      <w:tblPr/>
      <w:tcPr>
        <w:shd w:val="clear" w:color="auto" w:fill="E5B8B7" w:themeFill="accent2" w:themeFillTint="66"/>
      </w:tcPr>
    </w:tblStylePr>
    <w:tblStylePr w:type="firstCol">
      <w:rPr>
        <w:color w:val="FFFFFF" w:themeColor="background1"/>
      </w:rPr>
      <w:tblPr/>
      <w:tcPr>
        <w:shd w:val="clear" w:color="auto" w:fill="943634" w:themeFill="accent2" w:themeFillShade="BF"/>
      </w:tcPr>
    </w:tblStylePr>
    <w:tblStylePr w:type="lastCol">
      <w:rPr>
        <w:color w:val="FFFFFF" w:themeColor="background1"/>
      </w:rPr>
      <w:tblPr/>
      <w:tcPr>
        <w:shd w:val="clear" w:color="auto" w:fill="943634" w:themeFill="accent2" w:themeFillShade="BF"/>
      </w:tc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ColorfulGrid-Accent3">
    <w:name w:val="Colorful Grid Accent 3"/>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AF1DD" w:themeFill="accent3" w:themeFillTint="33"/>
    </w:tcPr>
    <w:tblStylePr w:type="firstRow">
      <w:rPr>
        <w:b/>
        <w:bCs/>
      </w:rPr>
      <w:tblPr/>
      <w:tcPr>
        <w:shd w:val="clear" w:color="auto" w:fill="D6E3BC" w:themeFill="accent3" w:themeFillTint="66"/>
      </w:tcPr>
    </w:tblStylePr>
    <w:tblStylePr w:type="lastRow">
      <w:rPr>
        <w:b/>
        <w:bCs/>
        <w:color w:val="000000" w:themeColor="text1"/>
      </w:rPr>
      <w:tblPr/>
      <w:tcPr>
        <w:shd w:val="clear" w:color="auto" w:fill="D6E3BC" w:themeFill="accent3" w:themeFillTint="66"/>
      </w:tcPr>
    </w:tblStylePr>
    <w:tblStylePr w:type="firstCol">
      <w:rPr>
        <w:color w:val="FFFFFF" w:themeColor="background1"/>
      </w:rPr>
      <w:tblPr/>
      <w:tcPr>
        <w:shd w:val="clear" w:color="auto" w:fill="76923C" w:themeFill="accent3" w:themeFillShade="BF"/>
      </w:tcPr>
    </w:tblStylePr>
    <w:tblStylePr w:type="lastCol">
      <w:rPr>
        <w:color w:val="FFFFFF" w:themeColor="background1"/>
      </w:rPr>
      <w:tblPr/>
      <w:tcPr>
        <w:shd w:val="clear" w:color="auto" w:fill="76923C" w:themeFill="accent3" w:themeFillShade="BF"/>
      </w:tc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ColorfulGrid-Accent4">
    <w:name w:val="Colorful Grid Accent 4"/>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5DFEC" w:themeFill="accent4" w:themeFillTint="33"/>
    </w:tcPr>
    <w:tblStylePr w:type="firstRow">
      <w:rPr>
        <w:b/>
        <w:bCs/>
      </w:rPr>
      <w:tblPr/>
      <w:tcPr>
        <w:shd w:val="clear" w:color="auto" w:fill="CCC0D9" w:themeFill="accent4" w:themeFillTint="66"/>
      </w:tcPr>
    </w:tblStylePr>
    <w:tblStylePr w:type="lastRow">
      <w:rPr>
        <w:b/>
        <w:bCs/>
        <w:color w:val="000000" w:themeColor="text1"/>
      </w:rPr>
      <w:tblPr/>
      <w:tcPr>
        <w:shd w:val="clear" w:color="auto" w:fill="CCC0D9" w:themeFill="accent4" w:themeFillTint="66"/>
      </w:tcPr>
    </w:tblStylePr>
    <w:tblStylePr w:type="firstCol">
      <w:rPr>
        <w:color w:val="FFFFFF" w:themeColor="background1"/>
      </w:rPr>
      <w:tblPr/>
      <w:tcPr>
        <w:shd w:val="clear" w:color="auto" w:fill="5F497A" w:themeFill="accent4" w:themeFillShade="BF"/>
      </w:tcPr>
    </w:tblStylePr>
    <w:tblStylePr w:type="lastCol">
      <w:rPr>
        <w:color w:val="FFFFFF" w:themeColor="background1"/>
      </w:rPr>
      <w:tblPr/>
      <w:tcPr>
        <w:shd w:val="clear" w:color="auto" w:fill="5F497A" w:themeFill="accent4" w:themeFillShade="BF"/>
      </w:tc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ColorfulGrid-Accent5">
    <w:name w:val="Colorful Grid Accent 5"/>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AEEF3" w:themeFill="accent5" w:themeFillTint="33"/>
    </w:tcPr>
    <w:tblStylePr w:type="firstRow">
      <w:rPr>
        <w:b/>
        <w:bCs/>
      </w:rPr>
      <w:tblPr/>
      <w:tcPr>
        <w:shd w:val="clear" w:color="auto" w:fill="B6DDE8" w:themeFill="accent5" w:themeFillTint="66"/>
      </w:tcPr>
    </w:tblStylePr>
    <w:tblStylePr w:type="lastRow">
      <w:rPr>
        <w:b/>
        <w:bCs/>
        <w:color w:val="000000" w:themeColor="text1"/>
      </w:rPr>
      <w:tblPr/>
      <w:tcPr>
        <w:shd w:val="clear" w:color="auto" w:fill="B6DDE8" w:themeFill="accent5" w:themeFillTint="66"/>
      </w:tcPr>
    </w:tblStylePr>
    <w:tblStylePr w:type="firstCol">
      <w:rPr>
        <w:color w:val="FFFFFF" w:themeColor="background1"/>
      </w:rPr>
      <w:tblPr/>
      <w:tcPr>
        <w:shd w:val="clear" w:color="auto" w:fill="31849B" w:themeFill="accent5" w:themeFillShade="BF"/>
      </w:tcPr>
    </w:tblStylePr>
    <w:tblStylePr w:type="lastCol">
      <w:rPr>
        <w:color w:val="FFFFFF" w:themeColor="background1"/>
      </w:rPr>
      <w:tblPr/>
      <w:tcPr>
        <w:shd w:val="clear" w:color="auto" w:fill="31849B" w:themeFill="accent5" w:themeFillShade="BF"/>
      </w:tc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ColorfulGrid-Accent6">
    <w:name w:val="Colorful Grid Accent 6"/>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DE9D9" w:themeFill="accent6" w:themeFillTint="33"/>
    </w:tcPr>
    <w:tblStylePr w:type="firstRow">
      <w:rPr>
        <w:b/>
        <w:bCs/>
      </w:rPr>
      <w:tblPr/>
      <w:tcPr>
        <w:shd w:val="clear" w:color="auto" w:fill="FBD4B4" w:themeFill="accent6" w:themeFillTint="66"/>
      </w:tcPr>
    </w:tblStylePr>
    <w:tblStylePr w:type="lastRow">
      <w:rPr>
        <w:b/>
        <w:bCs/>
        <w:color w:val="000000" w:themeColor="text1"/>
      </w:rPr>
      <w:tblPr/>
      <w:tcPr>
        <w:shd w:val="clear" w:color="auto" w:fill="FBD4B4" w:themeFill="accent6" w:themeFillTint="66"/>
      </w:tcPr>
    </w:tblStylePr>
    <w:tblStylePr w:type="firstCol">
      <w:rPr>
        <w:color w:val="FFFFFF" w:themeColor="background1"/>
      </w:rPr>
      <w:tblPr/>
      <w:tcPr>
        <w:shd w:val="clear" w:color="auto" w:fill="E36C0A" w:themeFill="accent6" w:themeFillShade="BF"/>
      </w:tcPr>
    </w:tblStylePr>
    <w:tblStylePr w:type="lastCol">
      <w:rPr>
        <w:color w:val="FFFFFF" w:themeColor="background1"/>
      </w:rPr>
      <w:tblPr/>
      <w:tcPr>
        <w:shd w:val="clear" w:color="auto" w:fill="E36C0A" w:themeFill="accent6" w:themeFillShade="BF"/>
      </w:tc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mc:Ignorable="w14">
  <w:allowPNG/>
  <w:doNotSaveAsSingleFile/>
</w:webSettings>
</file>

<file path=word/_rels/document.xml.rels><?xml version='1.0' encoding='UTF-8' standalone='yes'?>
<Relationships xmlns="http://schemas.openxmlformats.org/package/2006/relationships"><Relationship Id="rId3" Type="http://schemas.openxmlformats.org/officeDocument/2006/relationships/styles" Target="styles.xml"/><Relationship Id="rId4" Type="http://schemas.microsoft.com/office/2007/relationships/stylesWithEffects" Target="stylesWithEffects.xml"/><Relationship Id="rId5" Type="http://schemas.openxmlformats.org/officeDocument/2006/relationships/settings" Target="settings.xml"/><Relationship Id="rId6" Type="http://schemas.openxmlformats.org/officeDocument/2006/relationships/webSettings" Target="webSettings.xml"/><Relationship Id="rId7" Type="http://schemas.openxmlformats.org/officeDocument/2006/relationships/fontTable" Target="fontTable.xml"/><Relationship Id="rId8" Type="http://schemas.openxmlformats.org/officeDocument/2006/relationships/theme" Target="theme/theme1.xml"/><Relationship Id="rId1" Type="http://schemas.openxmlformats.org/officeDocument/2006/relationships/customXml" Target="../customXml/item1.xml"/><Relationship Id="rId2" Type="http://schemas.openxmlformats.org/officeDocument/2006/relationships/numbering" Target="numbering.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XSL" StyleName="APA"/>
</file>

<file path=customXml/itemProps1.xml><?xml version="1.0" encoding="utf-8"?>
<ds:datastoreItem xmlns:ds="http://schemas.openxmlformats.org/officeDocument/2006/customXml" ds:itemID="{EF278816-EC6F-A645-907D-7F25AECB1D4A}">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Normal.dotm</Template>
  <TotalTime>0</TotalTime>
  <Pages>1</Pages>
  <Words>0</Words>
  <Characters>0</Characters>
  <Application>Microsoft Macintosh Word</Application>
  <DocSecurity>0</DocSecurity>
  <Lines>0</Lines>
  <Paragraphs>0</Paragraphs>
  <ScaleCrop>false</ScaleCrop>
  <HeadingPairs>
    <vt:vector size="2" baseType="variant">
      <vt:variant>
        <vt:lpstr>Title</vt:lpstr>
      </vt:variant>
      <vt:variant>
        <vt:i4>1</vt:i4>
      </vt:variant>
    </vt:vector>
  </HeadingPairs>
  <TitlesOfParts>
    <vt:vector size="1" baseType="lpstr">
      <vt:lpstr/>
    </vt:vector>
  </TitlesOfParts>
  <Manager/>
  <Company/>
  <LinksUpToDate>false</LinksUpToDate>
  <CharactersWithSpaces>0</CharactersWithSpaces>
  <SharedDoc>false</SharedDoc>
  <HyperlinkBase/>
  <HyperlinksChanged>false</HyperlinksChanged>
  <AppVersion>14.0000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python-docx</dc:creator>
  <cp:keywords/>
  <dc:description>generated by python-docx</dc:description>
  <cp:lastModifiedBy/>
  <cp:revision>1</cp:revision>
  <dcterms:created xsi:type="dcterms:W3CDTF">2013-12-23T23:15:00Z</dcterms:created>
  <dcterms:modified xsi:type="dcterms:W3CDTF">2013-12-23T23:15:00Z</dcterms:modified>
  <cp:category/>
</cp:coreProperties>
</file>