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11Co/148/2014 z 21. 10. 2014</w:t>
      </w:r>
    </w:p>
    <w:p>
      <w:r>
        <w:t>Uznesenie Krajského súdu Bratislava z 21. októbra 2014, sp. zn. 11Co/148/2014, ECLI:SK:KSBA:2014:1314219547.2</w:t>
      </w:r>
    </w:p>
    <w:p>
      <w:r>
        <w:t>Súd: Krajský súd Bratislava</w:t>
      </w:r>
    </w:p>
    <w:p>
      <w:r>
        <w:t>Spisová značka: 11Co/148/2014</w:t>
      </w:r>
    </w:p>
    <w:p>
      <w:r>
        <w:t>ECLI: ECLI:SK:KSBA:2014:1314219547.2</w:t>
      </w:r>
    </w:p>
    <w:p>
      <w:r>
        <w:t>Dátum vydania: 21.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11Co/148/2014 Identifikačné číslo súdneho spisu: 1314219547 Dátum vydania rozhodnutia: 22. 10. 2014 Meno a priezvisko sudcu, VSÚ: JUDr. Bianka Gelačíková ECLI: ECLI:SK:KSBA:2014:1314219547.2 Uznesenie Krajský súd v Bratislave, v právnej veci navrhovateľov: X/ J. I., P.. B., G.. XX.XX.XXXX, X/ G. V., P.. I., G.. XX.XX.XXXX, U. K. B. Č.. XXX/XX, V. L. - Jánošíková, proti odporcovi: M. I., G.. XX.XX.XXXX, K. C. Č.. XXX/X J., o návrhu na nariadenie predbežného opatrenia, na odvolanie navrhovateliek v 1/ a 2/ rade proti uzneseniu Okresného súdu Bratislava III zo dňa 26.08.2014, č.k. 17C 155/2014-19, jednohlasne ( pomerom hlasov 3:0) takto r o z h o d o l : Uznesenie Okresného súdu Bratislava III zo dňa 26.08.2014, č.k. 17C 155/2014-19 sa v napadnutej časti m e n í tak, že uznesenie je vykonateľné dňom jeho nariadenia. o d ô v o d n e n i e : V napadnutom uznesení súd prvého stupňa s použitím § 74 ods.1, § 76 ods.1 písm. g/, § 76 ods.3, § 77 ods.1 nariadil odporcovi, aby nevstupoval do rodinného domu súpisného číslo XXX postaveného na parcele č. XXX/X, katastrálne územie JÁ., okres A., obec V. L., zapísaného v katastri nehnuteľností na liste vlastníctva č. XXXX, v ktorom bývajú navrhovateľky spoločne s dvoma maloletými deťmi navrhovateľky v 2/ rade, a to po dobu šiestich mesiacov odo dňa právoplatnosti tohto uznesenia a navrhovateľkám v 1/ a 2/ rade uložil povinnosť v lehote 60 dní od doručenia uznesenia podať na súd návrh na začatie konania vo veci obmedzenia alebo vylúčenia z užívacieho práva odporcu k nehnuteľnostiam v podielovom spoluvlastníctve účastníkov. Vo výroku rozhodnutia napokon deklaroval, že uznesenie je vykonateľné, len čo bude doručené obom účastníkom konania. Rozhodnutie vecne odôvodnil tým, že predpokladom na nariadenie predbežného opatrenia navrhovaného v danom prípade podľa ust. § 76 ods. 1 písm. g/ O.s.p. je, aby osoba, ktorej súd určuje, aby dočasne nevstupovala v tomto prípade do domu, v ktorom býva osoba blízka, je dôvodne podozrivá z násilia vo vzťahu k týmto blízkym osobám, a to nielen fyzického násilia ale aj rôznych foriem psychického týrania. Predbežné opatrenie o uložení povinnosti dočasne nevstupovať do domu môže byť nariadené nielen vtedy, ak odporca je vo vzťahu k osobe, voči ktorej je podozrivý z násilia, v pozícii blízkej osoby podľa § 116 OZ alebo v pozícii osoby, ktorá sa o ňu stará alebo ju vychováva, ale toto predbežné opatrenie možno nariadiť voči každému, kto je dôvodne podozrivý z násilia. Dôvodnosť podozrenia nemá kvalitu podozrenia potrebného na začatie trestného stíhania alebo priestupkového konania, a preto súd nemusí uvažovať o vzťahu podozrenia k prípadnému trestnému alebo inému obdobného postihu povinnej osoby. Osvedčenie takého podozrenia musí vyplývať napríklad z obsahu trestného oznámenia alebo oznámenia priestupku, prípadne zo spisov orgánu povereného starostlivosťou o rodinu a deti alebo z vedomostí tzv. predvedených osôb, spolubývajúcich alebo susedov, ale aj tvrdení rodiča, manželky, družky a pod. Po posúdení skutkového stavu vyplývajúceho v danom štádiu konania z obsahu spisu mal danosť práva na ochranu života a zdravia navrhovateliek a maloletých detí navrhovateľky v 2/ rade dostatočne osvedčenú, keď odporca je dôvodne podozrivý z psychického násilia vo vzťahu k osobám blízkym, s ktorými býva v spoločnom obydlí (navrhovateľky v 1/ a 2/ rade a maloleté deti navrhovateľky v 2/ rade - Y., G.. XX.XX.XXXX Q. Z., G.. XX.XX.XXXX). Uviedol, že v posudzovanom prípade existuje obava, že odporca bude pokračovať v násilníckom a agresívnom správaní prejavujúcom sa ako psychické týranie navrhovateľky v 1/ rade a urážky a vyhrážanie sa navrhovateľke v 2/ rade a vyvolanie strachu a plaču jej maloletých detí s možným ohrozením ich zdravého psychického vývoja. Na základe uvedeného sa súdu prvého stupňa javila potreba dočasnej úpravy pomerov účastníkov konania navrhnutým predbežným opatrením ako odôvodnená a v súlade s účelom predbežného opatrenia v zmysle zákonnej úpravy ( § 74 ods. 1, § 76 ods. 1 písm. g/ O.s.p.). O povinnosti navrhovateliek v 1/ a 2/ rade podať v lehote 60 dní od doručenia tohto uznesenia na súd návrh na začatie konania vo veci samej súd prvého stupňa rozhodol podľa ust. § 76 ods. 3 veta prvá pred bodkočiarkou O.s.p., keďže len v rámci súdneho konania na základe vykonaného dokazovania môže byť upravené právo užívania predmetného domu s konečnou platnosťou . O vykonateľnosti uznesenia o nariadení uvedeného predbežného opatrenia rozhodol s odvolaním sa na ust. § 171 ods. 2 O.s.p., podľa ktorého ak nebola v uznesení uložená povinnosť na plnenie, je uznesenie vykonateľné, len čo bolo doručené, a ak netreba doručovať, len čo bolo vyhlásené alebo vyhotovené. Proti výroku rozhodnutia súdu prvého stupňa o vykonateľnosti uznesenia súdu prvého stupňa ( jeho doručením obom účastníkom konania ) podali v zákonnej lehote odvolanie navrhovateľky v 1/ a 2/ rade poukazujúc na nesprávne právne posúdenie tejto otázky súdom prvého stupňa, ktorý pri určovaní momentu, kedy je rozhodnutie súdu prvého stupňa vykonateľné opomenul použiť ust. § 75 ods.5 O.s.p.. Odvolací súd preskúmal vec podľa § 212 ods.1 O.s.p., bez nariadenia odvolacieho pojednávania ( § 214 ods.2 O.s.p.) a dospel k záveru, že odvolanie navrhovateliek v 1/ a 3/ rade je dôvodné. Podľa ust. § 74 ods. 1 zák.č. 99/1963 Zb. v platnom znení (ďalej „ O.s.p.“) , pred začatím konania môže súd nariadiť predbežné opatrenie, ak je potrebné, aby dočasne boli upravené pomery účastníkov, alebo ak je obava, že by výkon súdneho rozhodnutia bol ohrozený. Podľa § 75 ods.5 O.s.p., ak súd rozhoduje o návrhu na nariadenie predbežného opatrenia podľa § 76 ods. 1 písm. b/, rozhodne najneskôr do siedmich dní od doručenia návrhu, ktorý má náležitosti podľa odseku 2. Ak súd rozhoduje o návrhu na vydanie predbežného opatrenia podľa § 76 ods. 1 písm. g/, rozhodne najneskôr do 48 hodín od doručenia návrhu, ktorý má náležitosti podľa odseku 2; do plynutia lehoty sa nezapočítava sobota, nedeľa alebo sviatok. Ak súd rozhoduje o návrhu na nariadenie predbežného opatrenia podľa § 75a, rozhodne najneskôr do 24 hodín od doručenia návrhu, ktorý má náležitosti podľa odseku 2. Uznesenie o predbežnom opatrení uvedenom v tomto odseku je vykonateľné dňom jeho nariadenia. Podľa § 76 ods. 1 písm. g/ O.s.p. predbežným opatrením môže súd uložiť účastníkovi najmä, aby nevstupoval dočasne do domu alebo bytu, v ktorom býva osoba vo vzťahu ku ktorej je dôvodne podozrivý z násilia. Predmetom odvolacieho prieskumu ( vychádzajúc z rozsahu odvolania podaného navrhovateľkami v 1/ a 2/ rade ) bol v danom prípade len výrok rozhodnutia, v ktorom súd prvého stupňa s použitím § 171 ods.2 O.s.p. deklaroval, že uznesenie súdu prvého stupňa je vykonateľné momentom, kedy bude doručené obom účastníkom konania. V posudzovanom prípade je nepochybné, že súdom prvého stupňa nariadeným predbežným opatrením sa poskytla ochrana obsahovo zodpovedajúca § 76 ods.1 písm. g/ O.s.p.. Vychádzajúc zo znenia § 75 ods.5 poslednej vety O.s.p. je možné konštatovať, že uznesenie o predbežnom opatrení nariadené podľa § 76 ods.1 písm. g/ O.s.p. je vykonateľné dňom jeho nariadenia; uvedená úprava je špeciálnou úpravou vo vzťahu k úprave uvedenej v § 171 O.s.p. upravujúcej ( o.i.) aj otázky vykonateľnosti uznesení. S poukazom na uvedené je treba sa zhodnúť s odvolacími námietkami navrhovateliek v 1/ a 2/ rade v tom, že pri určovaní momentu, kedy je nariadené predbežné opatrenie vykonateľné, súd prvého stupňa vec nesprávne právne posúdil. Odvolací súd naviac poznamenáva, že vo výroku uznesenia o nariadení predbežného opatrenia podľa § 76 ods.1 písm. g/ O.s.p. je nadbytočné uvádzať, kedy je toto rozhodnutie vykonateľné, keďže vykonateľnosť takéhoto rozhodnutia vyplýva priamo z ust. § 75 ods.5 O.s.p. . Pokiaľ však súd prvého stupňa vo výroku rozhodnutia o tejto otázke nesprávne rozhodol, odvolací súd sa musel zaoberať správnosťou, resp. nesprávnosťou rozhodnutia v tejto časti. Na základe uvedeného odvolací súd rozhodnutie súdu prvého stupňa v časti napadnutej odvolaním podľa § 220 O.s.p. zmenil a rozhodol tak, ako je uvedené vo výroku tohto rozhodnutia. O náhrade trov odvolacieho konania bude v zmysle § 145 O.s.p. rozhodnuté v súvislosti s rozhodnutím o veci samej. Poučenie: Proti tomuto uzneseniu odvolanie nie je prípustné.</w:t>
      </w:r>
    </w:p>
    <w:p/>
    <w:p>
      <w:r>
        <w:t>Zdroj: KAUZIS.SK – https://www.kauzis.sk/judikatura/r/ECLI:SK:KSBA:2014:1314219547.2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