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6Co/11/2014 z 28. 1. 2014</w:t>
      </w:r>
    </w:p>
    <w:p>
      <w:r>
        <w:t>Uznesenie Krajského súdu Bratislava z 28. januára 2014, sp. zn. 6Co/11/2014, ECLI:SK:KSBA:2014:1396899490.2</w:t>
      </w:r>
    </w:p>
    <w:p>
      <w:r>
        <w:t>Súd: Krajský súd Bratislava</w:t>
      </w:r>
    </w:p>
    <w:p>
      <w:r>
        <w:t>Spisová značka: 6Co/11/2014</w:t>
      </w:r>
    </w:p>
    <w:p>
      <w:r>
        <w:t>ECLI: ECLI:SK:KSBA:2014:1396899490.2</w:t>
      </w:r>
    </w:p>
    <w:p>
      <w:r>
        <w:t>Dátum vydania: 28.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6Co/11/2014 Identifikačné číslo súdneho spisu: 1396899490 Dátum vydania rozhodnutia: 29. 01. 2014 Meno a priezvisko sudcu, VSÚ: JUDr. Martin Murgaš ECLI: ECLI:SK:KSBA:2014:1396899490.2 Uznesenie Krajský súd v Bratislave v právnej veci žalobcu: B. Y., K. A. Č.. XXX, proti žalovaným: X/ E. M., K. G. Ú.. XX, V., zast. Ladislavom Kránitzom, bytom ul. Pri pšeničnej bráne č. 225, Hamuliakovo, 2/ Obec Hamuliakovo, Hamuliakovo č. 127, zast. advokátkou JUDr. Ivetou Šaranskou, Miletičova ul. č. 68, Bratislava, o vydanie nehnuteľností dedičom a o určenie vlastníckeho práva, na odvolanie žalovaného 2/ proti uzneseniu Okresného súdu Bratislava III zo 4. novembra 2013 č. k. 9C 26/1996- 482, pomerom hlasov 3:0, takto r o z h o d o l : Odvolanie sa o d m i e t a. o d ô v o d n e n i e : Napadnutým uznesením súd prvého stupňa konanie zastavil. Súd prvého stupňa konanie zastavil podľa § 96 ods. 1 O.s.p., keďže žalobca vzal žalobu späť. Súd prvého stupňa zaujal stanovisko, že nesúhlas žalovaného 2/ so späťvzatím žaloby je právne neúčinný voči žalovanému 1/, ktorý so späťvzatím žaloby súhlasil. Vyplýva to zo skutočnosti, že žalovaní majú v predmetnej veci procesné postavenie samostatných spoločníkov, a preto na rozdiel od nerozlučného spoločenstva účastníkov procesné úkony zaväzujú len toho žalovaného, ktorý tieto procesné úkony urobil. Naviac, žalovaný 2/ späťvzatie žaloby nezaložil na vážnych dôvodoch. S poukazom na tieto závery súd prvého stupňa rozhodol tak, ako je to uvedené vyššie. O trovách konania súd prvého stupňa nerozhodol s tým, že o nich rozhodne po právoplatnosti napadnutého uznesenia ( § 151 ods. 3 O.s.p. ). Proti tomuto rozhodnutiu podal odvolanie žalovaný 2: navrhol, aby odvolací súd napadnuté uznesenie zrušil a vec vrátil súdu prvého stupňa na ďalšie konanie. Odvolací súd prejednal odvolanie bez nariadenia pojednávania a dospel k záveru, že odvolanie treba odmietnuť. Napadnuté uznesenie bolo právnej zástupkyni žalovaného 2/ doručené dňa 12. 11. 2013 ( viď doručenku na č. l. 485 ). 15 - dňová lehota na podanie odvolania začala žalovanému 2/ plynúť dňa 13. 11. 2013 a uplynula dňom 27. 11. 2013, ktorý pripadol na stredu. Žalovaný 2/ podal odvolanie na poštu až dňa 28. 11. 2013, teda oneskorene. Keďže žalovaný 2/ podal odvolanie oneskorene, odvolací súd ho odmietol podľa § 218 ods. 1 písm. a/ O.s.p. O trovách odvolacieho konania rozhodne súd prvého stupňa ( § 224 ods. 4 O.s.p. ). Poučenie: Proti tomuto uzneseniu odvolanie nie je prípustné.</w:t>
      </w:r>
    </w:p>
    <w:p/>
    <w:p>
      <w:r>
        <w:t>Zdroj: KAUZIS.SK – https://www.kauzis.sk/judikatura/r/ECLI:SK:KSBA:2014:1396899490.2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