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9Cbi/34/2009 z 24. 3. 2014</w:t>
      </w:r>
    </w:p>
    <w:p>
      <w:r>
        <w:t>Uznesenie Krajského súdu Bratislava z 24. marca 2014, sp. zn. 9Cbi/34/2009, ECLI:SK:KSBA:2014:1409210591.8</w:t>
      </w:r>
    </w:p>
    <w:p>
      <w:r>
        <w:t>Súd: Krajský súd Bratislava</w:t>
      </w:r>
    </w:p>
    <w:p>
      <w:r>
        <w:t>Spisová značka: 9Cbi/34/2009</w:t>
      </w:r>
    </w:p>
    <w:p>
      <w:r>
        <w:t>ECLI: ECLI:SK:KSBA:2014:1409210591.8</w:t>
      </w:r>
    </w:p>
    <w:p>
      <w:r>
        <w:t>Dátum vydania: 24.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9Cbi/34/2009 Identifikačné číslo súdneho spisu: 1409210591 Dátum vydania rozhodnutia: 25. 03. 2014 Meno a priezvisko sudcu, VSÚ: Mgr. Štefan Zelenák ECLI: ECLI:SK:KSBA:2014:1409210591.8 Uznesenie Krajský súd v Bratislave, v právnej veci žalobcu: JUDr. Juraj Puskailer, Páričkova 18, Bratislava, správca konkurznej podstaty úpadcu: FAKTUM trade, s.r.o., Mikulášska 1, Bratislava, IČO: 35 864 729, proti žalovanému v 1. rade: JUDr. Jozefa Dudovičová, Pernecká 37, Bratislava, správca konkurznej podstaty úpadcu: COOP Jednota Považská Bystrica, spotrebné družstvo v konkurze, Hliny 1412/4, Považská Bystrica, IČO: 00 168 998, zastúpená advokátom JUDr. Karolom Porubčinom, Centrum 27/32, Považská Bystrica, žalovanému v 2. rade: HANT BA, a.s., Hliny 1412, Považská Bystrica, IČO: 36 328 375, zastúpený advokátkou JUDr. Jozefou Dudovičovou, Pernecká 37, Bratislava, o vyslovenie neplatnosti právneho úkonu, takto r o z h o d o l : Súd konanie z a s t a v u j e . Žiadnemu z účastníkov sa náhrada trov konania nepriznáva. o d ô v o d n e n i e : Žalobou podanou dňa 14.10.2009 sa žalobca domáhal určenia, že kúpna zmluva uzavretá medzi žalovanou v 1. rade ako predávajúcou a žalovaným v 2. rade ako kupujúcim, predmetom ktorej bol prevod vlastníckeho práva k spoluvlastníckemu podielu na nehnuteľnostiach - pozemok parc. č. XXX/ XX Y. M. XXXX V., zastavané plochy a nádvoria, pozemok parc. Č.. XXX/XX Y. M. XXXX V., zastavané plochy a nádvoria a stavba - obchodný dom súp. Č.. XXXX na W.. Č.. XXX/XX, zapísané na LV Č.. XXXX, K.. Ú.. F. N. M., veľkosť spoluvlastníckeho podielu 1, je absolútne neplatným právnym úkonom. Písomným podaním zo dňa 12.02.2014 zobral žalobca späť žalobu v celosti z dôvodu, že rozsudkom Okresného súdu Bratislava I zo dňa 02.12.2013, č. k. 1Cbi 7/2007-281 bol žalobca zaviazaný vylúčiť predmetné nehnuteľnosti zo súpisu majetku konkurznej podstaty, v čoho dôsledku stratil žalobca aktívnu legitimáciu v tomto konaní. Podľa § 96 ods. 1, 3 OSP môže žalobca zobrať späť žalobu, a to sčasti alebo celkom. Ak je žaloba vzatá späť celkom, súd konanie zastaví. Nesúhlas žalovaného so späťvzatím nie je účinný, ak dôjde k späťvzatiu skôr, než sa začalo pojednávanie. Podaním zo dňa 10.03.2014 žalovaný v 1. rade súhlasil so späťvzatím žaloby a uplatnil si náhradu trov konania. Podaním zo dňa 10.03.2014 žalovaný v 2. rade súhlasil so späťvzatím žaloby a uplatnil si náhradu trov konania. Vzhľadom k tomu, že návrh bol vzatý v celom rozsahu späť, súd v zmysle § 96 ods. 1, 3 OSP konanie zastavil. O trovách konania súd rozhodol podľa § 150 ods. 1 OSP tak, že žiadnemu z účastníkov náhradu trov konania nepriznal vzhľadom na okolnosti osobitného zreteľa, ktoré súd vidí v skutočnosti, že k zastaveniu konania došlo z dôvodu straty aktívnej legitimácie žalobcu, o čom bolo rozhodnuté v inom súdnom konaní, t. j. z dôvodov, ktoré nemohol žalobca ovplyvniť. Poučenie: Proti tomuto uzneseniu možno podať odvolanie do 15 dní odo dňa jeho doručenia na Najvyšší súd SR, cestou podpísaného súdu, písomne, štvormo.</w:t>
      </w:r>
    </w:p>
    <w:p/>
    <w:p>
      <w:r>
        <w:t>Zdroj: KAUZIS.SK – https://www.kauzis.sk/judikatura/r/ECLI:SK:KSBA:2014:1409210591.8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