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11CoP/254/2014 z 21. 7. 2014</w:t>
      </w:r>
    </w:p>
    <w:p>
      <w:r>
        <w:t>Uznesenie Krajského súdu Bratislava z 21. júla 2014, sp. zn. 11CoP/254/2014, ECLI:SK:KSBA:2014:1413204533.2</w:t>
      </w:r>
    </w:p>
    <w:p>
      <w:r>
        <w:t>Súd: Krajský súd Bratislava</w:t>
      </w:r>
    </w:p>
    <w:p>
      <w:r>
        <w:t>Spisová značka: 11CoP/254/2014</w:t>
      </w:r>
    </w:p>
    <w:p>
      <w:r>
        <w:t>ECLI: ECLI:SK:KSBA:2014:1413204533.2</w:t>
      </w:r>
    </w:p>
    <w:p>
      <w:r>
        <w:t>Dátum vydania: 21. 7. 2014</w:t>
      </w:r>
    </w:p>
    <w:p>
      <w:r>
        <w:t>Forma: Uznesenie</w:t>
      </w:r>
    </w:p>
    <w:p>
      <w:r>
        <w:t>Oblasť práva: Rodinné právo, Rodinné právo</w:t>
      </w:r>
    </w:p>
    <w:p>
      <w:pPr>
        <w:pStyle w:val="Heading2"/>
      </w:pPr>
      <w:r>
        <w:t>Text rozhodnutia</w:t>
      </w:r>
    </w:p>
    <w:p>
      <w:r>
        <w:t>Súd: Krajský súd Bratislava Spisová značka: 11CoP/254/2014 Identifikačné číslo súdneho spisu: 1413204533 Dátum vydania rozhodnutia: 22. 07. 2014 Meno a priezvisko sudcu, VSÚ: JUDr. Bianka Gelačíková ECLI: ECLI:SK:KSBA:2014:1413204533.2 Uznesenie Krajský súd v Bratislave v právnej veci navrhovateľky: G. Š., R. U., Č. XX, zast. AK MAJLING &amp; NINČAK s.r.o., Bratislava, Palárikova 14, proti odporcovi: C. Š., R. D. A. XX, zast. JUDr. Ivanou Haláhyovou, advokátkou, AK Bratislava, Vazovova 9/A, o rozvod manželstva a úpravu výkonu rodičovských práv a povinností na čas po rozvode k maloletej M., U.. XX.XX.XXXX, zastúpenej kolíznym opatrovníkom Úradom práce sociálnych vecí rodiny Bratislava, Vazovova 7/A, na odvolanie navrhovateľky proti rozhodnutiu Okresného súdu Bratislava IV, č.k. 13P 84/2013-229 zo dňa 10.12.2013, jednohlasne takto r o z h o d o l : Napadnuté uznesenie súdu prvého stupňa sa m e n í tak, že sa navrhovateľke priznáva oslobodenie od súdnych poplatkov. o d ô v o d n e n i e : Napadnutým rozhodnutím súd prvého stupňa nepriznal navrhovateľke oslobodenie od preddavku na trovy znaleckého dokazovania. Svoje rozhodnutie zdôvodnil ust. § 138 ods. 1, 2 O.s.p., pričom mal preukázané, že majetkové pomery navrhovateľky odôvodňujú zaplatenie preddavku na trovy znaleckého dokazovania vo výške XXX € bez ohrozenia jej výživy aj výživy maloletej, ktorú má dočasne v osobnej starostlivosti. Proti tomuto rozhodnutiu podala odvolanie navrhovateľka. Žiadala zmeniť rozhodnutie súdu prvého stupňa a priznať jej oslobodenie od preddavku na trovy znaleckého dokazovania, poukázala na to, že jej súčasný príjem je XXX,XX €, pričom má výdavky s cestovaním z Nitry do Bratislavy za prácou vo výške XXX € mesačne, náklady spojené s bývaním XXX € mesačne, náklady na stravu XXX € mesačne, pričom má v starostlivosti maloletú M., U.. XX.XX.XXXX, na ktorú jej otec začal prispievať vo výške XXX € až po 5 mesiacoch potom, ako opustila spoločnú domácnosť. Zaplatenie XXX € preddavku na trovy znaleckého dokazovania pri jej príjme XXX € je pre ňu likvidačné. Výživné ktorým prispieva na maloletú otec ledva pokryje maloletej mesačné náklady ( XX € ). Odvolací súd preskúmal vec podľa § 212 ods. 2 písm. a/ O.s.p., prejednal vec podľa § 214 ods. 2 O.s.p. a dospel k záveru, že odvolaniu navrhovateľky je potrebné vyhovieť. Ako vyplýva z obsahu spisu uznesením súdu prvého stupňa č.k. 13P 84/2013-86 zo dňa 25.10.2013 bolo vo veci nariadené znalecké dokazovanie znalcom z odboru zdravotníctvo a farmácia, pričom navrhovateľke bola uložená povinnosť do 15 dní od doručenia uznesenia zložiť preddavok na trovy znaleckého dokazovania vo výške XXX €. Navrhovateľka podaním zo dňa 20.11.2013 požiadala o oslobodenie povinnosti platiť preddavok na trovy znaleckého dokazovania a priložila tlačivo pre dokladovanie pomerov účastníkov ktorý navrhuje, aby mu bolo priznané oslobodenie od súdnych poplatkov. Podľa § 141 ods. 1 O.s.p. súd môže uložiť účastníkovi od ktorého nie sú povinný pre oslobodenie od súdnych poplatkov, aby zložil preddavok na trovy dôkazu ktorý navrhol alebo ktorý nariadil súd o skutočnostiach ním uvedených alebo v jeho záujme. Podľa § 138 ods. 1 O.s.p. na návrh môže súd priznať účastníkovi celkom alebo z časti oslobodenie od súdnych poplatkov, ak to pomery účastníka odôvodňujú a ak nejde o svojvoľné alebo zrejme bezúspešné uplatňovanie alebo bránenie práva. Ak nerozhodne súd inak, vzťahuje sa oslobodenie na celé konanie má aj spätnú účinnosť, poplatky splatené pred rozhodnutím o oslobodení sa však nevracajú. Rozdielne od súdu prvého stupňa odvolací súd má za to, že je potrebné priznať navrhovateľke oslobodenie od súdnych poplatkov, keď jej príjmy a majetkové pomery neodôvodňujú zaplatenie preddavku na trovy znaleckého dokazovania vo výške XXX €. Bolo úlohou súdu prvého stupňa aby uvedenú otázku riešil pri rozhodovaní o uložení povinnosti zaplatiť preddavok na trovy znaleckého dokazovania, pretože tento preddavok možno uložiť účastníkovi len vtedy, ak nie sú u neho podmienky pre oslobodenie od súdnych poplatkov. V danom prípade má odvolací súd za to, že navrhovateľka spĺňa podmienky pre oslobodenie od súdnych poplatkov, preto napadnuté rozhodnutie súdu prvého stupňa zmenil podľa § 220 O.s.p. tak, že navrhovateľke priznal oslobodenie od súdnych poplatkov. Odvolací súd ešte dopĺňa, že zákon nepozná oslobodenie od preddavku na zaplatenie trov znaleckého dokazovania, ale oslobodenie od zaplatenia súdneho poplatku, ktorého posúdenie je potom kritérium pre uloženie povinnosti zaplatiť preddavok na trovy znaleckého dokazovania. Poučenie: Proti tomuto uzneseniu nie je odvolanie prípustné.</w:t>
      </w:r>
    </w:p>
    <w:p/>
    <w:p>
      <w:r>
        <w:t>Zdroj: KAUZIS.SK – https://www.kauzis.sk/judikatura/r/ECLI:SK:KSBA:2014:1413204533.2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