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11CoP/292/2014 z 3. 11. 2014</w:t>
      </w:r>
    </w:p>
    <w:p>
      <w:r>
        <w:t>Rozsudok Krajského súdu Bratislava z 3. novembra 2014, sp. zn. 11CoP/292/2014, ECLI:SK:KSBA:2014:1413217469.1</w:t>
      </w:r>
    </w:p>
    <w:p>
      <w:r>
        <w:t>Súd: Krajský súd Bratislava</w:t>
      </w:r>
    </w:p>
    <w:p>
      <w:r>
        <w:t>Spisová značka: 11CoP/292/2014</w:t>
      </w:r>
    </w:p>
    <w:p>
      <w:r>
        <w:t>ECLI: ECLI:SK:KSBA:2014:1413217469.1</w:t>
      </w:r>
    </w:p>
    <w:p>
      <w:r>
        <w:t>Dátum vydania: 3. 11. 2014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11CoP/292/2014 Identifikačné číslo súdneho spisu: 1413217469 Dátum vydania rozhodnutia: 04. 11. 2014 Meno a priezvisko sudcu, VSÚ: JUDr. Bianka Gelačíková ECLI: ECLI:SK:KSBA:2014:1413217469.1 ROZSUDOK V MENE SLOVENSKEJ REPUBLIKY Krajský súd v Bratislave vo veci starostlivosti súdu o maloletú J. Š., F.. XX.XX.XXXX, bytom u matky, zastúpenú kolíznym opatrovníkom Úradom práce, sociálnych vecí a rodiny Bratislava, Vazovova 7/ A, dieťa rodičov: otec - E. U., T. T., E. X, a matka - W. Š., T. T., Ľ.. M. X, zast. AK Mgr. Ľubomíra Liptáková, Bratislava, Pribišova 1, za účasti Okresnej prokuratúry Bratislava IV, o zmenu úpravy styku na odvolanie matky proti rozhodnutiu Okresného súdu Bratislava IV, č.k. 13P 265/2013-53 zo dňa 03.04.2014, jednohlasne takto r o z h o d o l : Odvolacie konanie sa z a s t a v u j e. Žiaden z účastníkov nemá právo na náhradu trov odvolacieho konania. o d ô v o d n e n i e : Súd prvého stupňa napadnutým rozhodnutím upravil styk otca s maloletou J., F.. XX.XX.XXXX. Proti tomuto rozhodnutiu podala odvolanie matka maloletej. Podaním zo dňa 11.06.2014 doručené súdu 17.06.2014 zobrala matka maloletej odvolanie späť. Podľa § 207 ods. 2 O.s.p. pokiaľ o odvolaní nebolo rozhodnuté, možno ho vziať späť. Ak niekto vzal odvolanie späť, nemôže ho podať znova. Podľa § 207 ods. 3 O.s.p. ak sa odvolanie, o ktorom nebolo rozhodnuté vzalo späť, odvolací súd odvolacie konanie zastaví. S poukazom na vyššie uvedené skutočnosti, pretože matka maloletej zobrala odvolanie späť, odvolací súd odvolacie konanie zastavil. O trovách odvolacieho konania rozhodol odvolací súd podľa § 224 ods. 1 O.s.p., v spojení s § 146 ods. 1 písm. a/ O.s.p.. Poučenie: Proti tomuto rozhodnutiu odvolanie nie je prípustné.</w:t>
      </w:r>
    </w:p>
    <w:p/>
    <w:p>
      <w:r>
        <w:t>Zdroj: KAUZIS.SK – https://www.kauzis.sk/judikatura/r/ECLI:SK:KSBA:2014:1413217469.1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