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11CoP/163/2014 z 21. 7. 2014</w:t>
      </w:r>
    </w:p>
    <w:p>
      <w:r>
        <w:t>Uznesenie Krajského súdu Bratislava z 21. júla 2014, sp. zn. 11CoP/163/2014, ECLI:SK:KSBA:2014:1413222071.3</w:t>
      </w:r>
    </w:p>
    <w:p>
      <w:r>
        <w:t>Súd: Krajský súd Bratislava</w:t>
      </w:r>
    </w:p>
    <w:p>
      <w:r>
        <w:t>Spisová značka: 11CoP/163/2014</w:t>
      </w:r>
    </w:p>
    <w:p>
      <w:r>
        <w:t>ECLI: ECLI:SK:KSBA:2014:1413222071.3</w:t>
      </w:r>
    </w:p>
    <w:p>
      <w:r>
        <w:t>Dátum vydania: 21.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11CoP/163/2014 Identifikačné číslo súdneho spisu: 1413222071 Dátum vydania rozhodnutia: 22. 07. 2014 Meno a priezvisko sudcu, VSÚ: JUDr. Bianka Gelačíková ECLI: ECLI:SK:KSBA:2014:1413222071.3 Uznesenie Krajský súd v Bratislave vo veci starostlivosti súdu o maloleté deti Y.: W., E.. XX.XX.XXXX W. F., E.. XX.XX.XXXX, bytom u matky, zastúpené kolíznym opatrovníkom Úradom práce, sociálnych vecí a rodiny Bratislava, Vazovova 7/A, deti rodičov: matka - A. Š., I. A., G. X, zast. JUDr. Vladimírou Hrebíkovou, advokátkou, AK Malacky, Duklianskych hrdinov 2946/6, a otec - J. Y., I. I., A. XX, o miestnej príslušnosti, na odvolanie otca proti uzneseniu Okresného súdu Bratislava IV, č.k. 13P 312/2013-39 zo dňa 13.02.2014, jednohlasne takto r o z h o d o l : Uznesenie súdu prvého stupňa sa p o t v r d z u j e. o d ô v o d n e n i e : Súd prvého stupňa napadnutým uznesením preniesol miestnu príslušnosť na Okresný súd Malacky, kam spis po právoplatnosti uznesenia postúpi. Súd prvého stupňa mal preukázané, že maloleté deti majú pobyt v Malackách na základe uznesenia Krajského súdu v Bratislave, č.k. 11CoP 24/14-51 zo dňa 28.01.2014. taktiež mal preukazné, že je v záujme maloletých detí, aby o návrhu matky rozhodoval príslušný súd v okrese, ktorého majú deti obvyklý pobyt. Proti tomuto rozhodnutiu podal odvolanie otec maloletých detí, ktorý nesúhlasil s prenesením príslušnosti, keď uviedol, že deti sú v striedavej starostlivosti, navštevujú školu v obvode Bratislava IV. Odvolací súd preskúmal vec podľa § 212 ods. 1 O.s.p., prejednal vec podľa § 214 ods. 2 O.s.p. a dospel k záveru, že rozhodnutie súdu prvého stupňa je správne, odvolanie otca maloletých detí nie je dôvodné. Súd prvého stupňa vec správne právne posúdil, keď mal preukázané kumulatívne splnenie podmienok podľa § 177 ods. 2 O.s.p. pre prenesenie príslušnosti. V priebehu konania sa zmenili pomery na strane maloletých detí, ktoré bývajú v Malackách a je daný záujem maloletých detí, aby sa vec prejednávala na súde, ktorý je ich bydlisku najbližšie. K odvolacím námietkam otca odvolací súd udáva, že vo veci bolo nariadené predbežného opatrenie rozhodnutím č.k. 13P 312/13-32 dňa 10.12.2013, ktorým boli maloleté deti dočasne ponechané v osobnej starostlivosti matky. Predbežné opatrenie trvá až do právoplatného skončenia konania vo veci zmeny zverenia maloletých detí. Uvedené rozhodnutie Krajský súd v Bratislave ako súd odvolací v konaní 11CoP 24/14-51 zo dňa 28.01.2014 potvrdil. Z uvedeného je zrejmé, že deti majú pobyt u matky, čo matka deklarovala aj na pojednávaní súdu prvého stupňa dňa 13.02.2014. Z uvedených dôvodov súd prvého stupňa správne rozhodol ak preniesol príslušnosť na Okresný súd Malacky. Rozhodnutie súdu prvého stupňa je správne, odvolací súd ho potvrdil podľa § 219 O.s.p.. Poučenie: Proti tomuto uzneseniu nie je odvolanie prípustné.</w:t>
      </w:r>
    </w:p>
    <w:p/>
    <w:p>
      <w:r>
        <w:t>Zdroj: KAUZIS.SK – https://www.kauzis.sk/judikatura/r/ECLI:SK:KSBA:2014:1413222071.3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