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11CoP/272/2014 z 29. 9. 2014</w:t>
      </w:r>
    </w:p>
    <w:p>
      <w:r>
        <w:t>Uznesenie Krajského súdu Bratislava z 29. septembra 2014, sp. zn. 11CoP/272/2014, ECLI:SK:KSBA:2014:1414207114.2</w:t>
      </w:r>
    </w:p>
    <w:p>
      <w:r>
        <w:t>Súd: Krajský súd Bratislava</w:t>
      </w:r>
    </w:p>
    <w:p>
      <w:r>
        <w:t>Spisová značka: 11CoP/272/2014</w:t>
      </w:r>
    </w:p>
    <w:p>
      <w:r>
        <w:t>ECLI: ECLI:SK:KSBA:2014:1414207114.2</w:t>
      </w:r>
    </w:p>
    <w:p>
      <w:r>
        <w:t>Dátum vydania: 29. 9.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11CoP/272/2014 Identifikačné číslo súdneho spisu: 1414207114 Dátum vydania rozhodnutia: 30. 09. 2014 Meno a priezvisko sudcu, VSÚ: JUDr. Bianka Gelačíková ECLI: ECLI:SK:KSBA:2014:1414207114.2 Uznesenie Krajský súd v Bratislave, v právnej veci starostlivosti súdu o maloleté dieťa: W. L., I.. XX.X.XXXX, zastúpené kolíznym opatrovníkom Úradom práce, sociálnych vecí a rodiny v Bratislave, so sídlom Vazovova 7/A, Bratislava, dieťa rodičov: matka - N. L., Z. B. N. XX, Z., a otec - G. L., Z. L. I.W.. XXX/XX, X. M., o návrhu otca na nariadenie predbežného opatrenia, jednohlasne ( pomerom hlasov 3:0) takto r o z h o d o l : Uznesenie Krajského súdu v Bratislave zo dňa 07.06.2014, č.k. 11CoP 272/2014-37 sa opravuje tak, že záhlavie a označenie dátumu vydania rozhodnutia má znieť : - Krajský súd v Bratislave, v právnej veci starostlivosti súdu o maloleté dieťa: W. L., I.. XX.X.XXXX, zastúpené kolíznym opatrovníkom Úradom práce, sociálnych vecí a rodiny v Bratislave, so sídlom Vazovova 7/A, Bratislava, dieťa rodičov: matka - N. L., Z. B. N. XX, Z., a otec - G. L., Z. L. I.. XXX/XX, X. M., o návrhu otca na nariadenie predbežného opatrenia, na odvolanie matky proti uzneseniu Okresného súdu Bratislava IV zo dňa 06.05.2014, č.k. 25P/102/2014-18, jednohlasne ( pomerom hlasov 3:0) - V Bratislave , dňa 7. júla 2014 o d ô v o d n e n i e : Okresný súd Bratislava IV uznesením zo dňa 06.05.2014, č.k. 25P/102/2014-18 dočasne zveril mal. W. L., I.. XX.X.XXXX do osobnej starostlivosti otca, matke uložil povinnosť predbežne prispievať na výživu maloletého sumou vo výške XX euro mesačne, vždy do 15-teho dňa v mesiaci vopred, počnúc dňom 8.4.2014 a vo zvyšku návrh otca zamietol. Na odvolanie matky rozhodol Krajský súd v Bratislave uznesením zo dňa 7.6.2014, č.k. 11 CoP 272/2014-37 tak, že napadnuté uznesenie súdu prvého stupňa v časti týkajúcej sa platenia výživného v nevyhnutnej miere zmenil tak, že matka je povinná predbežne prispievať na výživu maloletého W. L., I.. XX.XX.XXXX mesačne sumou vo výške XX euro, ktorú je matka povinná zasielať k rukám otca, vždy do 15-teho dňa v mesiaci vopred, počnúc dňom 06.05.2014, vo zvyšku návrh otca v časti týkajúcej sa platenia výživného v nevyhnutnej miere zamietol a vo zvyšnej napadnutej časti ( vo výroku o predbežnom zverení maloletého W. L., I.. XX.XX.XXXX do osobnej starostlivosti otca ) uznesenie súdu prvého stupňa potvrdil. Podľa ust. § 164 vety prvej O.s.p. súd kedykoľvek aj bez návrhu opraví v rozsudku chyby v písaní a počítaní, ako aj iné zrejmé nesprávnosti. O oprave vydá opravné uznesenie, ktoré doručí účastníkom. Podľa ust. § 167 ods.2 O.s.p., ak nie je ďalej ustanovené inak, použijú sa na uznesenie primerane ustanovenia o rozsudku. S poukazom k tomu, že pri vypracovaní písomného vyhotovenia uznesenia došlo k pisárskej chybe v označení odvolaním napadnutého rozhodnutia súdu prvého stupňa uvedeného v záhlaví rozhodnutia a v označení dátumu vydania rozhodnutia, odvolací súd v zmysle zákonných citovaných ustanovení uvedené posúdil ako zrejmú nesprávnosť a rozhodol tak, ako je uvedené vo výroku tohto uznesenia. Poučenie: Proti tomuto uzneseniu odvolanie nie je prípustné.</w:t>
      </w:r>
    </w:p>
    <w:p/>
    <w:p>
      <w:r>
        <w:t>Zdroj: KAUZIS.SK – https://www.kauzis.sk/judikatura/r/ECLI:SK:KSBA:2014:1414207114.2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