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11CoP/122/2014 z 15. 7. 2014</w:t>
      </w:r>
    </w:p>
    <w:p>
      <w:r>
        <w:t>Uznesenie Krajského súdu Bratislava z 15. júla 2014, sp. zn. 11CoP/122/2014, ECLI:SK:KSBA:2014:1510207045.2</w:t>
      </w:r>
    </w:p>
    <w:p>
      <w:r>
        <w:t>Súd: Krajský súd Bratislava</w:t>
      </w:r>
    </w:p>
    <w:p>
      <w:r>
        <w:t>Spisová značka: 11CoP/122/2014</w:t>
      </w:r>
    </w:p>
    <w:p>
      <w:r>
        <w:t>ECLI: ECLI:SK:KSBA:2014:1510207045.2</w:t>
      </w:r>
    </w:p>
    <w:p>
      <w:r>
        <w:t>Dátum vydania: 15.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11CoP/122/2014 Identifikačné číslo súdneho spisu: 1510207045 Dátum vydania rozhodnutia: 16. 07. 2014 Meno a priezvisko sudcu, VSÚ: JUDr. Bianka Gelačíková ECLI: ECLI:SK:KSBA:2014:1510207045.2 Uznesenie Krajský súd v Bratislave vo veci opatrovníctva pozbaveného na právne úkony: R. B., I.. XX.XX.XXXX, bytom Z., N. X, G..Č.. Z. X. M.Y. M. G. I..T.., G. XXX, zastúpený opatrovníkom: W. Q., trvale bytom Z., N. X, o prenesenie príslušnosti, na odvolanie opatrovníčky proti rozhodnutiu Okresného súdu Bratislava IV, č.k. 13P 119/2010-25, zo dňa 16.01.2014, jednohlasne takto r o z h o d o l : Uznesenie súdu prvého stupňa v spojení s uznesením Okresného súdu Bratislava IV, č.k. 13P 119/10-28 zo dňa 04.02.2014 sa p o t v r d z u j e. o d ô v o d n e n i e : Súd prvého stupňa preniesol svoju príslušnosť na Okresný súd Galanta, kde bude spis po právoplatnosti uznesenia zaslaný. Súd prvého stupňa v priebehu konania zistil, že sa zmenili okolnosti týkajúce sa bydliska nesvojprávneho, ktorý je od 02.04.2013 umiestnený v Domove sociálnych služieb G. I..T.., G. XXX. Právne zdôvodnil svoje rozhodnutie súd prvého stupňa ust. § 177 ods. 2 v spojení s ust. § 193 O.s.p.. Proti tomuto rozhodnutiu podala odvolanie opatrovníčka, ktorá uviedla, že nesvojprávny má trvalé bydlisko v Z. na N. X, od 02.04.2013 je umiestnený v Domove sociálnych služieb G. I..T.., G. XXX. Nikdy nebýval v M. na Z. U. Č.. X. Uznesením č.k. 13P 119/10-28 zo 04.02.2014 súd prvého stupňa opravil napadnuté uznesenie tak, že nesvojprávny je t.č. umiestnený v Domove sociálnych služieb G. I..T.., G. XXX. Odvolací súd preskúmal vec podľa § 212 ods. 1 O.s.p., prejednal vec bez nariadenia pojednávania podľa § 214 ods. 2 O.s.p., a dospel k záveru, že rozhodnutie súdu prvého stupňa je správne. Odvolací súd podľa § 219 ods. 2 O.s.p. poukazuje na správne dôvody súdu prvého stupňa, s ktorými sa stotožňuje. V danom prípade boli splnené podmienky podľa § 177 ods. 2 veta prvá v spojené s ust. § 193 O.s.p., ked sa zmenili okolnosti, podľa ktorých sa posudzuje miestna príslušnosť súdu a je daný záujem nesvojprávneho aby bola prenesená príslušnosť na súd, ktorý je k jeho súčasnému bydlisku najbližšie. Rozhodnutie súdu prvého stupňa je správne, odvolací súd ho potvrdil podľa § 219 O.s.p.. Poučenie: Proti tomuto uzneseniu nie je odvolanie prípustné.</w:t>
      </w:r>
    </w:p>
    <w:p/>
    <w:p>
      <w:r>
        <w:t>Zdroj: KAUZIS.SK – https://www.kauzis.sk/judikatura/r/ECLI:SK:KSBA:2014:1510207045.2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