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14Co/2/2013 z 22. 9. 2014</w:t>
      </w:r>
    </w:p>
    <w:p>
      <w:r>
        <w:t>Uznesenie Krajského súdu Bratislava z 22. septembra 2014, sp. zn. 14Co/2/2013, ECLI:SK:KSBA:2014:1511200388.2</w:t>
      </w:r>
    </w:p>
    <w:p>
      <w:r>
        <w:t>Súd: Krajský súd Bratislava</w:t>
      </w:r>
    </w:p>
    <w:p>
      <w:r>
        <w:t>Spisová značka: 14Co/2/2013</w:t>
      </w:r>
    </w:p>
    <w:p>
      <w:r>
        <w:t>ECLI: ECLI:SK:KSBA:2014:1511200388.2</w:t>
      </w:r>
    </w:p>
    <w:p>
      <w:r>
        <w:t>Dátum vydania: 22.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14Co/2/2013 Identifikačné číslo súdneho spisu: 1511200388 Dátum vydania rozhodnutia: 23. 09. 2014 Meno a priezvisko sudcu, VSÚ: JUDr. Katarína Javorčíková ECLI: ECLI:SK:KSBA:2014:1511200388.2 Uznesenie Krajský súd v Bratislave v právnej veci navrhovateľa: Telefónica Slovakia, s.r.o., Einsteinova 24, Bratislava, IČO: 35848863, zastúpený: advokátska kancelária SOUKENÍK - ŠTRPKA, s.r.o., Šoltésovej 14 Bratislava, proti odporcovi: T. Z., nar. XX.XX.XXXX, naposledy bytom P. 5, X., zastúpený opatrovníčkou: H. B., zamestnankyňa C. súdu X. I v X., o zaplatenie 555,30 Eur s príslušenstvom, o späťvzatí odvolania navrhovateľa proti rozsudku Okresného súdu Bratislava I v Bratislave č.k. 49C/157/2011-74 zo dňa 19.9.2012, pomerom hlasov 3:0 takto r o z h o d o l : Krajský súd v Bratislave odvolacie konanie vo veci z a s t a v u j e. Žiadnemu z účastníkov n e p r i z n á v a náhradu trov odvolacieho konania. o d ô v o d n e n i e : Rozsudkom zo dňa 19.9.2012 súd prvého stupňa zaviazal odporcu zaplatiť navrhovateľovi 179,98 Eur s príslušenstvom, vo zvyšnej časti žalobný návrh zamietol a žiadnemu z účastníkov nepriznal náhradu trov konania. Rozsudok napadol navrhovateľ odvolaním doručeným súdu dňa 12.11.2012 v zákonnej lehote. V priebehu odvolacieho konania podaním zo dňa 11.9.2014 vzal odvolanie späť v celom rozsahu bez bližšieho zdôvodnenia. Podľa § 207 O.s.p. vzdať sa odvolania možno len voči súdu, a to až po vyhlásení rozhodnutia. Dokiaľ o odvolaní nebolo rozhodnuté, možno ho vziať späť. Ak niekto vzal odvolanie späť, nemôže ho podať znova. Ak sa odvolanie, o ktorom nebolo rozhodnuté vzalo späť, odvolací súd odvolacie konanie zastaví. Podľa § 222 ods. 1 O.s.p. ak odvolateľ vezme odvolanie späť, právoplatnosť napadnutého rozhodnutia nastane, ako keby k podaniu odvolanie nedošlo. V súlade s citovanými ustanoveniami súd odvolacie konanie vo veci zastavil. V súvislosti so späťvzatím odvolania a zastavením odvolacieho konania odporcovi trovy nevznikli. Navrhovateľ si trovy konania neuplatnil. Súd preto nepriznal náhradu trov odvolacieho konania žiadnemu z účastníkov konania.</w:t>
      </w:r>
    </w:p>
    <w:p/>
    <w:p>
      <w:r>
        <w:t>Zdroj: KAUZIS.SK – https://www.kauzis.sk/judikatura/r/ECLI:SK:KSBA:2014:1511200388.2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