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Bratislava sp. zn. 3Co/465/2012 z 11. 5. 2014</w:t>
      </w:r>
    </w:p>
    <w:p>
      <w:r>
        <w:t>Opravné uznesenie Krajského súdu Bratislava z 11. mája 2014, sp. zn. 3Co/465/2012, ECLI:SK:KSBA:2014:1511204385.2</w:t>
      </w:r>
    </w:p>
    <w:p>
      <w:r>
        <w:t>Súd: Krajský súd Bratislava</w:t>
      </w:r>
    </w:p>
    <w:p>
      <w:r>
        <w:t>Spisová značka: 3Co/465/2012</w:t>
      </w:r>
    </w:p>
    <w:p>
      <w:r>
        <w:t>ECLI: ECLI:SK:KSBA:2014:1511204385.2</w:t>
      </w:r>
    </w:p>
    <w:p>
      <w:r>
        <w:t>Dátum vydania: 11. 5. 2014</w:t>
      </w:r>
    </w:p>
    <w:p>
      <w:r>
        <w:t>Forma: Opravné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3Co/465/2012 Identifikačné číslo súdneho spisu: 1511204385 Dátum vydania rozhodnutia: 12. 05. 2014 Meno a priezvisko sudcu, VSÚ: JUDr. Alena Svetlovská ECLI: ECLI:SK:KSBA:2014:1511204385.2 Opravné uznesenie Krajský súd v Bratislave v právnej veci žalobcu: Bruno Baláž, bytom H. XX/C, Bratislava, zastúpeného advokátskou kanceláriou GHS Legal, s.r.o., IČO: XX XXX XXX, U. X/A, Bratislava, proti žalovanému: Ing. Matej Aradský, bytom A. XXX/X, B., zastúpenému advokátom JUDr. Petrom Wolfom, S. XXXX, Galanta, o vylúčenie veci z exekúcie, o vydanie opravného uznesenia takto r o z h o d o l : Súd o p r a v u j e z á h l a v i e rozsudku Krajského súdu v Bratislave, č. k. 3Co 465/12 - 112 zo dňa 27. 3. 2014 tak, že správne má záhlavie rozsudku znieť: „Krajský súd v Bratislave v senáte zloženom z predsedníčky senátu JUDr. Aleny Svetlovskej a členov senátu JUDr. Romana Bolebrucha a JUDr. Beáty Jurgošovej v právnej veci žalobcu: Bruno Baláž, bytom H. 23/C, Bratislava, zastúpeného advokátskou kanceláriou GHS Legal, s.r.o., IČO: 47 232 544, Lazaretská 3/A, Bratislava, proti žalovanému Ing. Matej Aradský, bytom Parková 761/7, Galanta, zast. advokátom JUDr. Petrom Wolfom, Šafárikova 1522, Galanta, o vylúčenie veci z exekúcie na odvolanie žalobcu proti rozsudku Okresného súdu Bratislava V zo dňa 28. marca 2012, č. k. 39C 72/2011 - 82, takto“ o d ô v o d n e n i e : Krajský súd v Bratislave ako súd odvolací svojím rozsudkom zo dňa 27. 3. 2014, č. k. 3Co 465/12 - 112 rozhodol tak, že rozsudok súdu prvého stupňa potvrdil a žalobcovi uložil povinnosť zaplatiť žalovanému náhradu trov odvolacieho konania vo výške 67,32 eur k rukám jeho právneho zástupcu JUDr. Petra Wolfa do troch dní. Podľa § 211 ods. 2 O. s. p. ak tento zákon neustanovuje inak, pre konanie na odvolacom súde platia primerane ustanovenia o konaní pred súdom prvého stupňa. Podľa § 164 O. s. p. súd kedykoľvek aj bez návrhu opraví v rozsudku chyby v písaní a počítaní, ako aj iné zrejmé nesprávnosti. O návrhu na opravu súd rozhodne do 30 dní od jeho podania. O oprave vydá opravné uznesenie, ktoré doručí účastníkom. Pritom môže odložiť vykonateľnosť rozsudku na čas, kým opravné uznesenie nenadobudne právoplatnosť. V danej veci v záhlaví rozsudku odvolacieho súdu došlo k zrejmej nesprávnosti spočívajúcej v tom, že bol nesprávne označený právny zástupca žalobcu, nakoľko žalobca dňa 1. 1. 2013 odvolal plnú moc na zastupovanie v predmetnej právnej veci JUDr. Pavlovi Horňákovi, Lazaretská 3/A, Bratislava a súčasne udelil plnú moc na zastupovanie v predmetnej právnej veci advokátskej kancelárii GHS Legal, s.r.o., IČO: 47 232 544, Lazaretská 3/A, Bratislava (č. l. 108). Vzhľadom na uvedené a s poukazom na vyššie citované ustanovenia odvolací súd rozhodol tak, ako je uvedené vo výroku tohto uznesenia. Toto rozhodnutie bolo prijaté senátom Krajského súdu v Bratislave pomerom hlasov 3:0 (§ 3 ods. 9 zák. č. 757/2004 Z. z. o súdoch a o zmene a doplnení niektorých zákonov v znení neskorších predpisov). Poučenie: Proti tomuto uzneseniu odvolanie nie je prípustné.</w:t>
      </w:r>
    </w:p>
    <w:p/>
    <w:p>
      <w:r>
        <w:t>Zdroj: KAUZIS.SK – https://www.kauzis.sk/judikatura/r/ECLI:SK:KSBA:2014:1511204385.2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