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3CoZm/38/2014 z 24. 7. 2014</w:t>
      </w:r>
    </w:p>
    <w:p>
      <w:r>
        <w:t>Uznesenie Krajského súdu Bratislava z 24. júla 2014, sp. zn. 3CoZm/38/2014, ECLI:SK:KSBA:2014:1511213007.1</w:t>
      </w:r>
    </w:p>
    <w:p>
      <w:r>
        <w:t>Súd: Krajský súd Bratislava</w:t>
      </w:r>
    </w:p>
    <w:p>
      <w:r>
        <w:t>Spisová značka: 3CoZm/38/2014</w:t>
      </w:r>
    </w:p>
    <w:p>
      <w:r>
        <w:t>ECLI: ECLI:SK:KSBA:2014:1511213007.1</w:t>
      </w:r>
    </w:p>
    <w:p>
      <w:r>
        <w:t>Dátum vydania: 24. 7.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3CoZm/38/2014 Identifikačné číslo súdneho spisu: 1511213007 Dátum vydania rozhodnutia: 25. 07. 2014 Meno a priezvisko sudcu, VSÚ: JUDr. Elena Ondrišová ECLI: ECLI:SK:KSBA:2014:1511213007.1 Uznesenie Krajský súd v Bratislave v právnej veci žalobcu: Prvá stavebná sporiteľňa, a.s., Bajkalská 30, Bratislava, IČO: 31 335 004, proti žalovanému: 1/ N. S., nar. X.XX.XXXX, bytom Q. Č.. XX, Q.P. a 2/ Q. L., nar. XX.X.XXXX, bytom Q. X/XX, F., o zaplatenie 3.006,20 EUR s príslušenstvom a odmenou zo zmenky, o námietkach žalovanej 1/ proti zmenkovému platobnému rozkazu a o odvolaní žalovanej 1/ proti uzneseniu Okresného súdu Bratislava V v Bratislave č.k. 1Zm 596/2011-21 zo dňa 1.10.2012, jednohlasne, takto r o z h o d o l : Krajský súd v Bratislave odvolacie konanie zastavuje. o d ô v o d n e n i e : Napadnutým uznesením súd prvého stupňa odmietol námietky žalovanej 1/ proti zmenkovému platobnému rozkazu č.k. 1Zm 596/2011-16 zo dňa 25.7.2012. Rozhodol tak podľa § 175 ods. 3 O.s.p., pretože žalovaná v 1/ rade námietky proti zmenkovému platobnému rozkazu náležite v zmysle zákona neodôvodnila. Proti uzneseniu podala v zákonom stanovenej lehote žalovaná v 1/ rade odvolanie. Podaním zo dňa 27.3.2014, doručeným súdu 31.3.2014, vzala žalovaná v 1/ rade svoje odvolanie v celom rozsahu späť a navrhla odvolacie konanie zastaviť.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Za splnenia zákonných podmienok Krajský súd v Bratislave rozhodol tak, ako je uvedené vo výroku tohto uznesenia Poučenie: Proti tomuto uzneseniu odvolanie nie je prípustné.</w:t>
      </w:r>
    </w:p>
    <w:p/>
    <w:p>
      <w:r>
        <w:t>Zdroj: KAUZIS.SK – https://www.kauzis.sk/judikatura/r/ECLI:SK:KSBA:2014:1511213007.1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