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4Co/122/2014 z 28. 5. 2014</w:t>
      </w:r>
    </w:p>
    <w:p>
      <w:r>
        <w:t>Uznesenie Krajského súdu Bratislava z 28. mája 2014, sp. zn. 4Co/122/2014, ECLI:SK:KSBA:2014:1512201404.1</w:t>
      </w:r>
    </w:p>
    <w:p>
      <w:r>
        <w:t>Súd: Krajský súd Bratislava</w:t>
      </w:r>
    </w:p>
    <w:p>
      <w:r>
        <w:t>Spisová značka: 4Co/122/2014</w:t>
      </w:r>
    </w:p>
    <w:p>
      <w:r>
        <w:t>ECLI: ECLI:SK:KSBA:2014:1512201404.1</w:t>
      </w:r>
    </w:p>
    <w:p>
      <w:r>
        <w:t>Dátum vydania: 28. 5. 2014</w:t>
      </w:r>
    </w:p>
    <w:p>
      <w:r>
        <w:t>Forma: Uznesenie</w:t>
      </w:r>
    </w:p>
    <w:p>
      <w:pPr>
        <w:pStyle w:val="Heading2"/>
      </w:pPr>
      <w:r>
        <w:t>Text rozhodnutia</w:t>
      </w:r>
    </w:p>
    <w:p>
      <w:r>
        <w:t>Súd: Krajský súd Bratislava Spisová značka: 4Co/122/2014 Identifikačné číslo súdneho spisu: 1512201404 Dátum vydania rozhodnutia: 29. 05. 2014 Meno a priezvisko sudcu, VSÚ: JUDr. Valéria Kleinová ECLI: ECLI:SK:KSBA:2014:1512201404.1 Uznesenie Krajský súd v Bratislave v právnej veci navrhovateľky: V. F., O.. XX.XX.XXXX, V. U. XX, V., zast. JUDr. Janou Uhrinovou, advokátkou so sídlom Bezručova 1, Bratislava, proti odporcovi: U. F., O.. XX.XX.XXXX, V. B. XX, V., zast. Advokátskou kanceláriou Nagyová Tenkač, s.r.o., so sídlom Ružinovská 42, Bratislava, o zaplatenie 5.000,- eur s príslušenstvom, na odvolanie odporcu proti uzneseniu Okresného súdu Bratislava V zo dňa 7. júna 2012 č.k. 15C 80/2012-103 spolu s opravným uznesením zo dňa 10. decembra 2013 č.k. 15C 80/2012-126, takto r o z h o d o l : Odvolací súd uznesenie súdu prvého stupňa v napadnutej časti, týkajúcej sa trov konania, v spojení s opravným uznesením zo dňa 10. decembra 2013 č.k. 15C 80/2012-126, zrušuje, a vec vracia súdu prvého stupňa na ďalšie konanie. o d ô v o d n e n i e : Napadnutým uznesením súd prvého stupňa konanie zastavil, navrhovateľke uložil povinnosť zaplatiť odporcovi trovy konania vo výške 454,54 eur na účet jeho právneho zástupcu do troch dní od právoplatnosti uznesenia, a ďalším výrokom rozhodol o vrátení súdneho poplatku vo výške 293,37 eur navrhovateľke prostredníctvom Daňového úradu Bratislava po právoplatnosti uznesenia. Opravným uznesením zo dňa 10. decembra 2013 č.k. 15C 80/2012-126 opravil pisársku chybu v druhom výroku uznesenia zo dňa 7. júna 2012 č.k. 15C 80/2012-103, ktorý mal správne znieť, že navrhovateľka je povinná zaplatiť odporcovi trovy konania vo výške 452,54 eur na účet jeho právneho zástupcu do troch dní od právoplatnosti uznesenia. Zastavenie konania odôvodnil ust. § 96 ods. 1 O.s.p., keď skonštatoval, že navrhovateľka zobrala návrh pred prvým pojednávaním späť. O trovách konania rozhodol podľa § 146 ods. 2 veta prvá O.s.p. s poukazom na to, že navrhovateľka späťvzatím návrhu zavinila po procesnej stránke zastavenie konania, preto je povinná odporcovi uhradiť trovy konania, ktoré mu vznikli právnym zastupovaním. Trovy právneho zastúpenia odporcovi priznal v celkovej výške 452,54 eur v zmysle vyhl. č. 655/2004 Z. z., a to za dva úkony právnej služby po 180,93 eur (prevzatie a príprava zastúpenia zo dňa 05.04.2012, písomné podanie na súd - odpor proti platobnému rozkazu zo dňa 11.04.2012), k úkonom priznal 2x režijný paušál po 7,63 eur, a odmenu s paušálom zvýšil o 20 % DPH. Vrátenie súdneho poplatku odôvodnil ust. § 11 ods. 3, 4 zák. č. 71/1992 Zb. o súdnych poplatkoch, a navrhovateľke vrátil súdny poplatok, ktorý bol zaplatený vo výške 300,- eur, krátený o 6,63 eur. Skonštatoval, že odporca v čase vyhlásenia uznesenia súdny poplatok, vyrúbený za podaný odpor, nezaplatil. Proti tomuto uzneseniu podal včas odvolanie odporca, ktorý uznesenie napadol odvolaním v časti rozhodnutia o trovách konania. Žiadal uznesenie v napadnutej časti zmeniť, a navrhovateľku zaviazať na náhradu trov konania odporcu vo výške 701,94 eur (predstavujúce trovy prvostupňového ako i odvolacieho konania), a tiež doplniť do uznesenia výrok o vrátení súdneho poplatku vo výške 293,37 eur odporcovi. Mal za to, že súd prvého stupňa dospel na základe vykonaných dôkazov k nesprávnym skutkovým zisteniam. Nestotožnil sa s tvrdením súdu v odôvodnení uznesenia, že odporca v čase vyhlásenia uznesenia súdny poplatok, vyrúbený za podaný odpor nezaplatil, a priložil k odvolaniu výpis z účtu v banke, preukazujúci, že súdny poplatok za odpor vo výške 300,- eur riadne uhradil dňa 10.05.2012. Keďže k zastaveniu konania došlo pred prvým pojednávaním, má mu byť poplatok vrátený v súlade s ust. § 11 ods. 3 zák. č. 71/1992 Zb. o súdnych poplatkoch, pričom náhradu čiastky vo výške 6,63 eur, o ktorú má byť zaplatený súdny poplatok pri vrátení krátený, si uplatňuje od navrhovateľky, ktorá zavinila zastavenie konania, a je mu preto povinná uhradiť jeho trovy. Mal za to, že navrhovateľka je povinná mu zaplatiť trovy konania v celkovej výške 459,17 eur, pozostávajúce z trov právneho zastúpenia vo výške 452,54 eur a z trov konania vo výške 6,63 eur, a zároveň mu má byť vrátený súdny poplatok vo výške 293,37 eur. Uplatnil si aj náhradu trov odvolacieho konania v celkovej výške 242,77 eur, a to za súdny poplatok zo odvolanie vo výške 16,50 eur a trovy právneho zastúpenia za jeden úkon právnej služby (podanie odvolania) vo výške 180,93 eur + režijný paušál 7,63 eur + 20 % DPH. Navrhovateľka vo vyjadrení k odvolaniu odporcu súhlasila s tým, že odporcovi má byť vrátený súdny poplatok za odpor, i s tým, že časť poplatku, ktorá nebude odporcovi vrátená, vo výške 6,63 eur má odporcovi uhradiť navrhovateľka. Poukázala však na to, že odporcovi už uhradila náhradu trov konania podľa napadnutého uznesenia prvostupňového súdu vo výške 454,54 eur, teda o 2,- eurá viac, ako žiadal odporca, a preto by mu mala zaplatiť už len 4,63 eur. Nestotožnila sa však s odporcom uplatneným nárokom na náhradu trov odvolacieho konania dôvodiac, že nejde o konanie o merite veci, a naviac, trovy odvolacieho konania odporcu nevznikli zavinením navrhovateľky, ale opomenutím poplatkového preverenia súdneho poplatku za odpor. Žiadala, aby odvolací súd sám vydal uznesenie, alebo vrátil vec prvostupňovému súdu na vydanie opravného uznesenia, v ktorom navrhovateľku zaviaže na náhradu trov konania odporcu vo výške 4,63 eur a odporcovi vráti súdny poplatok vo výške 295,37 eur. Odvolací súd prejednal vec v rozsahu podaného odvolania podľa § 212 ods. 1 O.s.p. bez pojednávania podľa § 214 ods. 2 O.s.p. a dospel k záveru, že odvolanie odporcu je dôvodné. Podľa ust. § 146 ods. 2 veta prvá O.s.p. ak niektorý z účastníkov zavinil, že konanie sa muselo zastaviť, je povinný uhradiť jeho trovy. Podľa ust.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ust.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ust. § 11 ods. 9 zák. č. 71/1992 Zb. sa poplatok za odpor vráti, ak sa návrh na začatie konania vzal späť pred začatím pojednávania vo veci samej alebo konanie sa zastavilo pred začatím pojednávania vo veci samej. Pri nezaplatenom poplatku súd poplatok nevyberie a uznesenie o uloženej povinnosti zaplatiť poplatok v celom rozsahu zruší. V prejednávanej veci bol odvolaním odporcu napadnutý výrok uznesenia, ktorým súd prvého stupňa rozhodol o trovách konania, a to konkrétne výška odporcovi prisúdených trov. Odporca v podstate namietal, že súd prvého stupňa pri rozhodovaní o trovách nezohľadnil ním riadne zaplatený súdny poplatok za odpor, keď mu tento poplatok nevrátil, čo potom viedlo k nesprávnej výške jemu priznaných trov, nakoľko si voči navrhovateľke uplatnil aj zaplatenie časti súdneho poplatku, ktorá mu nebude súdom vrátená (6,63 eur). Z obsahu predloženého spisu odvolací súd zistil, že vo veci bol dňa 07.03.2012 vydaný súdom prvého stupňa platobný rozkaz, proti ktorému podal odporca včas odpor, v ktorom si uplatnil voči navrhovateľke náhradu trov konania. Uznesením č.k. 15C 80/2012-91 zo dňa 25.04.2012 uložil prvostupňový súd odporcovi zaplatiť súdny poplatok vo výške 300,- eur za podaný odpor. Toto uznesenie bolo odporcovi doručené dňa 02.05.2012. Dňa 23.05.2012 zobrala navrhovateľka svoj návrh na začatie konania späť, následkom čoho súd prvého stupňa rozhodol uznesením, vyhláseným dňa 07.06.2012, o zastavení konania, o povinnosti navrhovateľky zaplatiť odporcovi trovy konania tak, ako budú vyčíslené v písomnom vyhotovení uznesenia, a o vrátení kráteného súdneho poplatku za návrh na začatie konania navrhovateľke. Napriek tomu, že si odporca okrem trov právneho zastúpenia vo výške 452,54 eur uplatnil aj trovy konania vo výške 300,- eur za súdny poplatok za podaný odpor proti platobnému rozkazu, rozhodol súd prvého stupňa napadnutým uznesením spolu s opravným uznesením o povinnosti navrhovateľky zaplatiť odporcovi trovy konania vo výške 452,54 eur (spočívajúcich v trovách právneho zastúpenia) bez toho, aby skúmal, či odporca súdny poplatok za odpor zaplatil, pričom v odôvodnení napadnutého uznesenia uviedol, že odporca tento poplatok nezaplatil. Skutočnosť, že odporca súdny poplatok za podaný odpor vo výške 300,- eur zaplatil už dňa 11.05.2012, preveril až na základe odvolania odporcu proti uzneseniu, ktorým konanie zastavil, navrhovateľke uložil povinnosť zaplatiť odporcovi trovy konania vo výške 454,54 eur, a rozhodol o vrátení súdneho poplatku vo výške 293,37 eur navrhovateľke. Po podaní odvolania rozhodol o vrátení kráteného súdneho poplatku za podaný odpor vo výške 293,37 eur odporcovi prostredníctvom Daňového úradu Bratislava uznesením č.k. 15C 80/2012-128 zo dňa 27.01.2014, právoplatným dňa 19.02.2014. Odvolací súd dospel k záveru, že súd prvého stupňa síce posúdil vec po právnej stránke správne, keď o trovách konania rozhodol podľa ust. § 146 ods. 2 veta prvá O.s.p., nakoľko je nepochybné, že navrhovateľka späťvzatím návrhu na začatie konania zavinila zastavenie konania, nezistil však v čase rozhodovania napadnutým uznesením dostatočne skutkový stav, keď nepreveril zaplatenie súdneho poplatku za odpor proti platobnému rozkazu odporcom. Napriek tomu, že odporca predmetný poplatok riadne uhradil, krátený súdny poplatok mu podľa ust. § 11 ods. 9 zák. č. 71/1992 Zb. nevrátil, a z tohto dôvodu potom rozhodol o výške odporcovi priznaných trov nesprávne. Je totiž nepochybné, že trovy konania odporcu, predstavuje v súčasnosti aj časť súdneho poplatku, ktorý odporca zaplatil, ale súdom prvého stupňa mu vzhľadom na krátenie poplatku pri jeho vrátení nebola vrátená. Bude preto povinnosťou súdu prvého stupňa v ďalšom konaní opätovne rozhodnúť o trovách konania odporcu v správnej výške. Nakoľko súd prvého stupňa doposiaľ o náhrade trov konania odporcu, spočívajúcich v iných trovách ako v trovách jeho právneho zastúpenia nerozhodol, pričom tieto trovy vzhľadom na pochybenie súdu prvého stupňa v čase rozhodovania napadnutým uznesením zo spisu ani nevyplývali, keďže súdny poplatok za odpor nebol v tom čase odporcovi vrátený, nebolo možné vzhľadom na dvojinštančnosť konania o ďalších trovách odporcu, ktoré vznikli až po podaní odvolania, rozhodnúť v odvolacom konaní. Z týchto dôvodov odvolací súd podľa § 221 ods. 1 písm. h) O.s.p. uznesenie súdu prvého stupňa v napadnutej časti, týkajúcej sa trov konania zrušil, a podľa ods. 2 cit. ustanovenia vec vrátil súdu prvého stupňa na ďalšie konanie. V novom rozhodnutí rozhodne súd prvého stupňa aj o trovách odvolacieho konania (§ 224 ods. 3 O.s.p.). Toto rozhodnutie bolo prijaté senátom Krajského súdu v Bratislave pomerom hlasov 3:0. Poučenie: Proti tomuto uzneseniu nie je odvolanie prípustné.</w:t>
      </w:r>
    </w:p>
    <w:p/>
    <w:p>
      <w:r>
        <w:t>Zdroj: KAUZIS.SK – https://www.kauzis.sk/judikatura/r/ECLI:SK:KSBA:2014:1512201404.1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