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4CoZm/9/2014 z 19. 2. 2014</w:t>
      </w:r>
    </w:p>
    <w:p>
      <w:r>
        <w:t>Uznesenie Krajského súdu Bratislava z 19. februára 2014, sp. zn. 4CoZm/9/2014, ECLI:SK:KSBA:2014:1512208034.2</w:t>
      </w:r>
    </w:p>
    <w:p>
      <w:r>
        <w:t>Súd: Krajský súd Bratislava</w:t>
      </w:r>
    </w:p>
    <w:p>
      <w:r>
        <w:t>Spisová značka: 4CoZm/9/2014</w:t>
      </w:r>
    </w:p>
    <w:p>
      <w:r>
        <w:t>ECLI: ECLI:SK:KSBA:2014:1512208034.2</w:t>
      </w:r>
    </w:p>
    <w:p>
      <w:r>
        <w:t>Dátum vydania: 19. 2. 2014</w:t>
      </w:r>
    </w:p>
    <w:p>
      <w:r>
        <w:t>Forma: Uznesenie</w:t>
      </w:r>
    </w:p>
    <w:p>
      <w:r>
        <w:t>Oblasť práva: Obchodné právo</w:t>
      </w:r>
    </w:p>
    <w:p>
      <w:pPr>
        <w:pStyle w:val="Heading2"/>
      </w:pPr>
      <w:r>
        <w:t>Text rozhodnutia</w:t>
      </w:r>
    </w:p>
    <w:p>
      <w:r>
        <w:t>Súd: Krajský súd Bratislava Spisová značka: 4CoZm/9/2014 Identifikačné číslo súdneho spisu: 1512208034 Dátum vydania rozhodnutia: 20. 02. 2014 Meno a priezvisko sudcu, VSÚ: JUDr. Elena Kúšová ECLI: ECLI:SK:KSBA:2014:1512208034.2 Uznesenie Krajský súd v Bratislave v právnej veci navrhovateľa: Prvá stavebná sporiteľňa, a. s., Bajkalská 30, 829 48 Bratislava, IČO: 31 335 004, proti odporcom: 1/. A. G., U.. XX.XX.XXXX, K. X/ M. G.Á., U.. XX.XX.XXXX, O. R.: U. XXX/XX, XXX XX L., o zaplatenie 2.725,68 eur s príslušenstvom a odmeny zo zmenky a o námietkach odporcu 1/ proti zmenkovému platobnému rozkazu č. k. 3 Zm/275/2012 - 15, o odvolaní odporcu 1/ proti uzneseniu Okresného súdu Bratislava V č. k. 3 Zm/275/2012 - 24 zo dňa 16.07.2013, takto r o z h o d o l : Krajský súd v Bratislave uznesenie Okresného súdu Bratislava V č. k. 3 Zm/275/2012 - 24 zo dňa 16.07.2013 p o t v r d z u j e . o d ô v o d n e n i e : Napadnutým uznesením súd prvého stupňa odmietol námietky odporcu 1/ proti zmenkovému platobnému rozkazu č. k. 3 Zm/275/2012 - 15 zo dňa 30.05.2013. V odôvodnení svojho rozhodnutia Okresný súd Bratislava V poukázal na ustanovenie § 175 ods. 1 a 3 O. s. p., podľa ktorých je odporca povinný podať námietky proti zmenkovému platobnému rozkazu v zákonom stanovenej lehote troch dní, ktorá je prekluzívnou (prepadnou) lehotou. O tejto skutočnosti bol odporca v zmenkovom platobnom rozkaze riadne poučený. Odporcovi 1/ bol zmenkový platobný rozkaz doručený do vlastných rúk dňa 07.06.2013, a teda prvým dňom lehoty na podanie námietok bol deň 08.06.2013 a posledným dňom lehoty bol deň 10.06.2013. Námietky odporca 1/ podal na pošte v obci Koš až dňa 11.06.2013, teda jeden deň po uplynutí zákonnej trojdňovej lehoty na podanie námietok. S poukazom na vyššie uvedené skutočnosti, súd vyhodnotil námietky odporcu ako neskoro podané, v dôsledku čoho ich v zmysle poslednej vety § 175 ods. 3 O. s. p. odmietol. Proti predmetnému uzneseniu podal v zákonom stanovenej lehote odvolanie odporca 1/, ktorý uviedol, že poštu vybral dňa 07.06.2013, po ktorom nasledoval víkend a námietky poslal dňa 11.06.2013 z dôvodu, že nevedel, že sa do lehoty rátajú aj víkendy, z čoho vyplýva, že podľa pracovných dní námietky poslal v stanovenom termíne do troch dní. Odvolateľ tiež uviedol, že do Prvej stavebnej sporiteľne posiela splátky pravidelne, z finančných dôvodov si však nemôže dovoliť splatiť celú sumu jednorazovo. Krajský súd v Bratislave ako súd odvolací (§ 10 ods. 1 O. s. p.) preskúmal napadnuté uznesenie v rozsahu podľa § 212 ods. 1 O. s. p. bez nariadenia pojednávania v zmysle § 214 ods. 2 O. s. p. a dospel k záveru, že odvolaniu odporcu 1/ nie je možné vyhovieť. Podľa § 175 ods. 1 O. s. p. je odporca povinný podať námietky v lehote do troch dní odo dňa doručenia zmenkového platobného rozkazu. Podľa § 175 ods. 3 O.s.p., ak odporca nepodá včas námietky alebo ich vezme späť, má zmenkový platobný rozkaz alebo šekový platobný rozkaz účinky právoplatného rozsudku. Neskoro podané námietky, námietky, ktoré neobsahujú odôvodnenie, alebo námietky, ktoré nie sú podané oprávnenou osobou, súd odmietne. Z obsahu spisu súdu prvého stupňa mal odvolací súd preukázané, že odporcovi 1/ bol zmenkový platobný rozkaz doručený do vlastných rúk dňa 07.06.2013. Prvým dňom lehoty na podanie námietok proti zmenkovému platobnému rozkazu bol 08.06.2013 a posledným dňom lehoty bol deň 10.06.2013. Je nesporné, že námietky odporca 1/ podal na pošte v obci Koš až dňa 11.06.2013, t. j. jeden deň po uplynutí zákonnej trojdňovej lehoty na podanie námietok. Podľa § 57 ods. 1, 2 a 3 O.s.p., do plynutia lehoty sa nezapočítava deň, keď došlo k skutočnosti určujúcej začiatok lehoty.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v tomto prípade pošte. Ustanovenie § 57 ods. 1 zakotvuje dôležité pravidlo, podľa ktorého sa do procesnej lehoty nezapočítava deň, v ktorom došlo ku skutočnosti určujúcej začiatok lehoty. To teda znamená, že ak napríklad k doručeniu rozhodnutia došlo prvý deň v mesiaci, lehota začne plynúť druhým dňom v mesiaci, a to bez zreteľa na to, či tento deň pripadne na sobotu, nedeľu alebo sviatok. Ak ide o lehotu určenú podľa dní; lehota v zásade končí uplynutím posledného dňa takto určenej lehoty. Podľa § 219 ods. 1 O.s.p.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Vzhľadom na vyššie uvedené sa odvolací súd v celom rozsahu stotožnil s argumentáciou súdu prvého stupňa. Zmenkový platobný rozkaz bol odporcovi doručený do vlastných rúk dňa 07.06.2013, t. j. v piatok v zmysle vyššie citovaného komentára k ustanoveniu § 57 O. s. p. (piate aktualizované vydanie autorov Jaroslav Krajčo, Daniela Sučanská, Agnesa Čierna, Ondrej Krajčo), lehota na podanie námietok začala plynúť druhým dňom po doručení rozhodnutia, bez zreteľa na to, či tento deň pripadne na sobotu, nedeľu alebo sviatok, t. z. posledným dňom na podanie námietok proti zmenkovému platobnému rozkazu bol pondelok dňa 10.06.2013 a odporca 1/ námietky podal v utorok dňa 11.06.2013, t. j. oneskorene. Odvolací súd preto o odvolaní odporcu 1/ proti uzneseniu Okresného súdu Bratislava V č. k. 3 Zm/275/2012 - 24 zo dňa 16.07.2013 rozhodol tak, ako je uvedené vo výrokovej časti tohto rozhodnutia. Toto uznesenie bolo členmi senátu prijaté pomerom hlasov 3:0 (§ 3 ods. 9 tretia veta zák. č. 757/2004 Z.z. v znení neskorších predpisov). Poučenie: Proti tomuto uzneseniu odvolanie nie je prípustné.</w:t>
      </w:r>
    </w:p>
    <w:p/>
    <w:p>
      <w:r>
        <w:t>Zdroj: KAUZIS.SK – https://www.kauzis.sk/judikatura/r/ECLI:SK:KSBA:2014:1512208034.2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