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1CoZm/22/2013 z 29. 9. 2014</w:t>
      </w:r>
    </w:p>
    <w:p>
      <w:r>
        <w:t>Uznesenie Krajského súdu Bratislava z 29. septembra 2014, sp. zn. 1CoZm/22/2013, ECLI:SK:KSBA:2014:1512220191.1</w:t>
      </w:r>
    </w:p>
    <w:p>
      <w:r>
        <w:t>Súd: Krajský súd Bratislava</w:t>
      </w:r>
    </w:p>
    <w:p>
      <w:r>
        <w:t>Spisová značka: 1CoZm/22/2013</w:t>
      </w:r>
    </w:p>
    <w:p>
      <w:r>
        <w:t>ECLI: ECLI:SK:KSBA:2014:1512220191.1</w:t>
      </w:r>
    </w:p>
    <w:p>
      <w:r>
        <w:t>Dátum vydania: 29. 9. 2014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1CoZm/22/2013 Identifikačné číslo súdneho spisu: 1512220191 Dátum vydania rozhodnutia: 30. 09. 2014 Meno a priezvisko sudcu, VSÚ: JUDr. Andrea Haitová ECLI: ECLI:SK:KSBA:2014:1512220191.1 Uznesenie Krajský súd v Bratislave v právnej veci navrhovateľa: Československá obchodná banka, a.s., Michalská 18, 815 63 Bratislava, IČO: 36 854 140, zast. Mgr. Miroslavom Rybánskym, advokátom, Grösslingova 10, 811 09 Bratislava, proti odporcom: 1/ JUDr. Róbert Hipp, Farská 33, 949 01 Nitra, správca konkurznej podstaty úpadcu: Ladislav Varga, Q.. XX. XX. XXXX, J.. N.. Š. XX, XXX XX Q. M., a 2/ Iveta Vargová, Q.. XX. XX. XXXX, J.. N.. Š.Á. XX, XXX XX Q. M., zast. advokátom JUDr. Ernestom Botkom, advokátom, Björnsonova 2, 940 54 Nové Zámky, o zaplatenie 4.992,78 Eur s prísl. a odmeny zo zmenky, o námietkach proti zmenkovému platobnému rozkazu, o odvolaní odporkyne 2/ proti uzneseniu Okresného súdu Bratislava V zo dňa 19. 08. 2013 č. k. 1CbZm/56/2012-136, takto r o z h o d o l : Krajský súd uznesenie Okresného súdu Bratislava V zo dňa 19. 08. 2013 č. k. 1CbZm/56/2012-136 v napadnutom štvrtom výroku o uložení povinnosti odporkyni 2/ nahradiť navrhovateľovi trovy konania p o t v r d z u j e . Navrhovateľovi sa nepriznáva náhrada trov odvolacieho konania. o d ô v o d n e n i e : Súd prvého stupňa proti odporcovi 1/ zrušil v prvom výroku uznesenia Okresného súdu Bratislava V zo dňa 19. 08. 2013 č. k. 1CbZm/56/2012-136 zmenkový platobný rozkaz zo dňa 03. 07. 2012 č. k. 3Zm/1377/2011-35 a konanie zastavil v zmenkovej sume 3.373,38 Eur, v úroku 6 % ročne zo sumy 539,81 Eur od 05. 03. 2011 do zaplatenia, v úroku 6 % ročne zo sumy 4.452,97 eur od 05. 03. 2011 do 31. 10. 2011 a v zmenkovej odmene 1,80 Eur. Proti odporcom v 1. a 2. rade súd v druhom výroku tohto uznesenia zároveň zrušil zmenkový platobný rozkaz č. k. 3Zm/1377/2011-35 a konanie zastavil v časti náhrady trov za súdny poplatok vo výške 203,50 Eur a v náhrade trov právneho zastúpenia vo výške 262,95 Eur. Súd prvého stupňa v treťom výroku uznesenia rozhodol, že navrhovateľovi bude prostredníctvom Daňového úradu Bratislava po právoplatnosti uznesenia vrátený súdny poplatok za návrh vo výške 195,87 Eur podľa § 11 ods. 3, 4 a 6 zákona č. 71/1992 Zb. V napadnutom štvrtom výroku uznesenia súd uložil odporkyni 2/ povinnosť zaplatiť navrhovateľovi k rukám jeho právneho zástupcu náhradu trov právneho zastúpenia vo výške 737,67 Eur a náhradu iných trov konania vo výške 6,63 eur. V odôvodnení súd uviedol, že v konaní o námietkach, ktorými odporcovia 1/ a 2/ napadli zmenkový platobný rozkaz zo dňa 03. 07. 2012 č. k. 3Zm/1377/2011-35 v časti zmenkovej sumy prevyšujúcej čiastku 1.619,40 Eur (t.j. v časti 3.373,38 Eur), úroky 6 % ročne zo zmenkovej sumy 4.992,78 Eur od 05. 03. 2011 do zaplatenia, zmenkovú odmenu vo výške 16,64 Eur a trovy konania vo výške 752,52 Eur, vzal navrhovateľ svoj návrh v námietkami napadnutej zmenkovej sume 3.373,38 Eur, v časti úroku 6 % ročne zo sumy 539,81 Eur od 05. 03. 2011 do zaplatenia, úroku 6 % ročne zo sumy 4.452,97 Eur od 05. 03. 2011 do 31. 10. 2011 a v časti zmenkovej odmeny 1,80 Eur späť, pričom súd v uvedených častiach zrušil zmenkový platobný rozkaz a konanie zastavil proti odporkyni 2/ rade v uznesení č. k. 1CbZm/56/2012-119 a proti odporcovi 1/ v prvom výroku uznesenia č. k. 1CbZm/56/2012-136. Následne podaním zo dňa 10. 07. 2013 navrhovateľ vzal návrh späť voči obom odporcom aj v časti náhrady trov konania, ktoré žiadal ponechať v platnosti len vo výške 97,- eur za súdny poplatok a trov právneho zastúpenia vo výške 189,07 Eur. V ostatnej časti náhrady trov konania preto súd prvého stupňa zmenkový platobný rozkaz zrušil a konanie zastavil proti obom odporcom v druhom výroku uznesenia č. k. 1CbZm/56/2012-136. Dôvodom späťvzatia návrhu navrhovateľa bolo, že odporkyňa 2/ po začatí konania dlh postupne splatila. O náhrade trov konania súd rozhodol podľa druhej vety § 146 ods. 2 O.s.p., keď návrh bol dôvodne podaný v zmenkovej sume 4.452,97 Eur s príslušenstvom z nej a v zmenkovej odmene 14,84 Eur. Po odpočítaní námietkami nenapadnutej istiny 1.619,40 Eur sa späťvzatie, ktoré procesne svojim správaním (splatením dlhu až po začatí konania) zavinila odporkyňa v 2. rade, týkalo zmenkovej sumy 2.833,57 Eur, a preto súd odporkyni v 2. rade uložil, aby navrhovateľovi nahradila trovy, ktoré vznikli v súvislosti s touto sumou. Súd navrhovateľovi priznal náhradu trov vo výške 6,63 Eur za časť súdneho poplatku za návrh, ktorá mu podľa § 11 ods. 4 zákona č. 71/1992 Zb. nebude vrátená a trovy právneho zastúpenia vo výške 737,67 Eur. Tieto pozostávajú z odmeny advokáta vo výške základnej sadzby tarifnej odmeny za 5 úkonov právnej služby (prevzatie a príprava zastúpenia 20. 10. 2011, spísanie návrhu z 11. 11. 2011, vyjadrenie z 02. 10. 2012 k námietkam, 2 písomné podania vo veci samej z 03. 12. 2012 a 14. 02. 2013 - čiastočné späťvzatie návrhu) á 111,21 Eur podľa § 10 ods. 1 vyhlášky MS SR č. 655/2004 Z. z. (z tarifnej hodnoty veci 2.833,57 Eur) a z odmeny vo výške jednej štvrtiny základnej sadzby tarifnej odmeny podľa § 14 ods. 5 písm. b) uvedenej vyhlášky za 1 úkon právnej služby za účasť na pojednávaní 25. 06. 2013, ktoré bolo odročené bez prejednania veci, z paušálnej náhrady výdavkov za 2 úkony v roku 2012 po 7,63 Eur a za 2 úkony v roku 2013 po 7,81 Eur a z náhrady 20 % DPH, trovy právneho zastúpenia v celkovej výške 737,67 Eur. Za prvé dva úkony právnej služby (prevzatie a príprava zastúpenia a spísanie návrhu) súd navrhovateľovi paušálnu náhradu výdavkov nepriznal, keďže táto je zahrnutá vo výroku zmenkového platobného rozkazu o náhrade trov právneho zastúpenia, ktorý v tejto časti nebol zrušený. Proti tomuto uzneseniu v jeho štvrtom výroku o uložení povinnosti odporkyni 2/ nahradiť navrhovateľovi trov konania podala v zákonnej lehote odvolanie odporkyňa 2/ a navrhla, aby odvolací súd uznesenie súdu prvého stupňa v tejto časti zmenil a odporkyňu 2/ zaviazal na náhradu trov právneho zastúpenia navrhovateľa vo výške 452,24 Eur. V odvolaní nepopierala, že navrhovateľovi prináleží náhrada trov konania vzhľadom na výsledok konania a okolnosti celého prípadu. Podľa názoru odporkyne 2/ však súd nepostupoval dôsledne v zmysle ustanovení platnej vyhlášky MS SR č. 655/2004 Z. z. týkajúcich sa úkonov právnej služby, keď súd ako plnohodnotné úkony právnej služby zohľadnil dve písomné podania vo veci samej, a to čiastočné späťvzatia návrhu zo dňa 03. 12. 2012 a zo dňa 14. 02. 2013. Písomné podanie na súd týkajúce sa veci samej je síce úkonom právnej služby podľa vyhlášky MS SR č. 655/2004 Z. z., avšak samotné a púhe späťvzatie návrhu, ktoré v krajom prípade môže ako podanie obsahovo pozostávať z jednej vety, podľa názoru odporkyne 2/ nespĺňa kritériá podľa príslušných ustanovení vyhlášky a úspešný účastník konania si za toto podanie nemôže uplatniť náhradu ako pri plnohodnotnom inom úkone vo veci samej. Vzhľadom na uvedené odporkyňa 2/ mala za to, že súd by navrhovateľovi nemal uznať úkony - späťvzatia návrhu zo dňa 03. 12. 2012 a zo dňa 14. 02. 2013 (vrátane príslušných režijných paušálov a 20 % náhrady DPH) ako plnohodnotné úkony a navrhovateľovi by tak mal titulom náhrady trov právneho zastúpenia priznať o 285,43 Eur menej, t.j. spolu sumu 452,24 Eur. Krajský súd ako odvolací súd (§ 10 ods. 1 O.s.p.) preskúmal uznesenie súdu prvého stupňa podľa § 212 ods. 1 O.s.p. v jeho napadnutom štvrtom výroku o náhrade trov konania, prejednal odvolanie podľa ust. § 214 ods. 2 O.s.p. bez nariadenia odvolacieho pojednávania a dospel k záveru, že odvolanie odporkyne 2/ nie je dôvodné, keď uznesenie súdu prvého stupňa je v napadnutej časti vecne správne. Z podaného odvolania je zrejmé, že odporkyňa 2/ nenamieta záver súdu prvého stupňa, v zmysle ktorého je podľa ust. § 146 ods. 2 veta druhá O.s.p. povinná nahradiť trovy konania navrhovateľovi, čo vyplýva aj z ním navrhnutého spôsobu rozhodnutia v konaní pred odvolacom súdom. Namieta však výšku priznanej náhrady trov právneho zastúpenia, pričom tu odporkyňa 2/ poukazuje na to, že samotné späťvzatie návrhu ako úkon právnej služby nespĺňa kritériá podľa príslušných ustanovení vyhlášky MS SR č. 655/2004 Z. z. a navrhovateľ si za toto podanie nemôže uplatniť náhradu ako pri plnohodnotnom inom úkone vo veci samej. S uvedeným názorom odporkyne 2/ sa odvolací súd nestotožnil, nakoľko v danom prípade má navrhovateľ podľa ust. § 146 ods. 2 veta druhá O.s.p. právo na náhradu všetkých trov, ktoré v konaní účelne a nevyhnutne vynaložil, pričom trovy právneho zastúpenia navrhovateľa za úkony čiastočných späťvzatí návrhu zo dňa 03. 12. 2012 a zo dňa 14. 02. 2013 vznikli v dôsledku postupného splácania dlhu odporkyňou 2/ počas konania, čo bolo nevyhnutné zo strany navrhovateľa v časti čiastočných úhrad v týchto späťvzatiach zohľadňovať. Nakoľko sa jedná o nevyhnutne a účelne vykonané úkony - písomné podania na súd, za ktoré podľa ust. § 14 ods. 1 písm. b) vyhlášky MS SR č. 655/2004 Z. z. patrí odmena advokáta vo výške základnej sadzby tarifnej odmeny, súd správne túto odmenu za uvedené dva úkony priznal vo výške základnej sadzby tarifnej odmeny určenej z tarifnej hodnoty 2.833,57 Eur, ktorá časť zmenkovej sumy bola napadnutá námietkami odporkyne 2/ a uhradená počas konania. Z uvedených dôvodov odvolací súd uznesenie súdu prvého stupňa v napadnutom štvrtom výroku o uložení povinnosti odporkyni 2/ nahradiť navrhovateľovi trov konania ako vecne správne potvrdil podľa ust. § 219 ods. 1, 2 O.s.p. O náhrade trov odvolacieho konania odvolací súd rozhodol podľa ust. § 224 ods. 1 O.s.p. v spojení s ust. § 142 ods. 1 O.s.p., navrhovateľovi však náhradu trov odvolacieho konania nepriznal, keď mu žiadne trovy v odvolacom konaní nevznikli a žiadne si ani neuplatňoval. Toto rozhodnutie prijal senát krajského súdu pomerom hlasov 3 : 0. Poučenie: Proti tomuto uzneseniu odvolanie n i e j e prípustné.</w:t>
      </w:r>
    </w:p>
    <w:p/>
    <w:p>
      <w:r>
        <w:t>Zdroj: KAUZIS.SK – https://www.kauzis.sk/judikatura/r/ECLI:SK:KSBA:2014:1512220191.1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