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3CoZm/57/2013 z 30. 3. 2014</w:t>
      </w:r>
    </w:p>
    <w:p>
      <w:r>
        <w:t>Uznesenie Krajského súdu Bratislava z 30. marca 2014, sp. zn. 3CoZm/57/2013, ECLI:SK:KSBA:2014:1513201897.1</w:t>
      </w:r>
    </w:p>
    <w:p>
      <w:r>
        <w:t>Súd: Krajský súd Bratislava</w:t>
      </w:r>
    </w:p>
    <w:p>
      <w:r>
        <w:t>Spisová značka: 3CoZm/57/2013</w:t>
      </w:r>
    </w:p>
    <w:p>
      <w:r>
        <w:t>ECLI: ECLI:SK:KSBA:2014:1513201897.1</w:t>
      </w:r>
    </w:p>
    <w:p>
      <w:r>
        <w:t>Dátum vydania: 30.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3CoZm/57/2013 Identifikačné číslo súdneho spisu: 1513201897 Dátum vydania rozhodnutia: 31. 03. 2014 Meno a priezvisko sudcu, VSÚ: JUDr. Elena Ondrišová ECLI: ECLI:SK:KSBA:2014:1513201897.1 Uznesenie Krajský súd v Bratislave v právnej veci navrhovateľa: Renegade North LLC, so sídlom 3411 Silverside Road, Rodney Bldg, Suite 104, Wilmington, Delaware 19810, Spojené štáty americké, práv. zast. RASLEGAL, s. r. o., Františkánske nám. 3, Bratislava, proti odporkyni: M. I., G.. XX.X.XXXX, K. P. X, U.. K., o zaplatenie 1.828,75 EUR s prísl. a odmenou zo zmenky a o odvolaní odporkyne proti uzneseniu Okresného súdu Bratislava V v Bratislave č. k. 1CbZm 18/2013 - 81 zo dňa 24.10.2013, jednohlasne, takto r o z h o d o l : Krajský súd v Bratislave uznesenie Okresného súdu Bratislava V v Bratislave č. k. 1CbZm 18/2013 - 81 zo dňa 24.10.2013 p o t v r d z u j e . o d ô v o d n e n i e : Napadnutým uznesením súd prvého stupňa zamietol návrh odporkyne na postúpenie veci z dôvodu miestnej príslušnosti. Rozhodol tak s poukazom na ust. § 105 ods. 1, 2 O. s. p. s odôvodnením, že odporkyňa si námietku miestnej príslušnosti súdu neuplatnila pri prvom úkone, ale až po podaní námietok proti zmenkovému platobnému rozkazu. Proti uzneseniu podala v zákonom stanovenej lehote odvolanie odporkyňa a navrhla ho zrejme zmeniť a vec postúpiť miestne príslušnému súdu, ktorý je v obvode jej bydliska. Odvolanie odôvodnila tým, že súd prvého stupňa vec nesprávne právne posúdil, keď nevzal do úvahy, že vec sa týka zmluvy o úvere, ktorá je spotrebiteľskou zmluvou. Krajský súd v Bratislave prejednal vec podľa § 212 ods. 1 O. s. p. bez nariadenia pojednávania podľa § 214 ods. 2 O. s. p. a dospel k záveru, že odvolanie nie je dôvodné. Podľa § 219 ods. 2 O. s. 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Odvolací súd sa plne stotožnil s napadnutým uznesením a s dôvodmi v ňom uvedenými a reflektujúc dôvody odvolania dodáva, že podľa § 105 ods. 1 O. s. p. súd skúma miestnu príslušnosť iba podľa § 88 O. s. p.. Na námietku účastníka skúma miestnu príslušnosť aj podľa § 84 až 87 O. s. p., ale iba v prípade, že účastník túto námietku uplatní pri prvom úkone, ktorý mu v konaní patrí. V prejednávanej veci bol prvým úkonom odporkyne úkon uplatnenia námietok proti zmenkovému platobnému rozkazu, v ktorých však odporkyňa námietku miestnej príslušnosti súdu neuplatnila. Z uvedených dôvodov Krajský súd v Bratislave napadnuté uznesenie súdu prvého stupňa podľa § 219 O. s. p. ako správne potvrdil. Poučenie: Proti tomuto uzneseniu odvolanie nie je prípustné.</w:t>
      </w:r>
    </w:p>
    <w:p/>
    <w:p>
      <w:r>
        <w:t>Zdroj: KAUZIS.SK – https://www.kauzis.sk/judikatura/r/ECLI:SK:KSBA:2014:1513201897.1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