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14Co/796/2014 z 8. 12. 2014</w:t>
      </w:r>
    </w:p>
    <w:p>
      <w:r>
        <w:t>Uznesenie Krajského súdu Bratislava z 8. decembra 2014, sp. zn. 14Co/796/2014, ECLI:SK:KSBA:2014:1514201624.1</w:t>
      </w:r>
    </w:p>
    <w:p>
      <w:r>
        <w:t>Súd: Krajský súd Bratislava</w:t>
      </w:r>
    </w:p>
    <w:p>
      <w:r>
        <w:t>Spisová značka: 14Co/796/2014</w:t>
      </w:r>
    </w:p>
    <w:p>
      <w:r>
        <w:t>ECLI: ECLI:SK:KSBA:2014:1514201624.1</w:t>
      </w:r>
    </w:p>
    <w:p>
      <w:r>
        <w:t>Dátum vydania: 8. 12. 2014</w:t>
      </w:r>
    </w:p>
    <w:p>
      <w:r>
        <w:t>Forma: Uznesenie</w:t>
      </w:r>
    </w:p>
    <w:p>
      <w:pPr>
        <w:pStyle w:val="Heading2"/>
      </w:pPr>
      <w:r>
        <w:t>Text rozhodnutia</w:t>
      </w:r>
    </w:p>
    <w:p>
      <w:r>
        <w:t>Súd: Krajský súd Bratislava Spisová značka: 14Co/796/2014 Identifikačné číslo súdneho spisu: 1514201624 Dátum vydania rozhodnutia: 09. 12. 2014 Meno a priezvisko sudcu, VSÚ: JUDr. Katarína Javorčíková ECLI: ECLI:SK:KSBA:2014:1514201624.1 Uznesenie Krajský súd v Bratislave v právnej veci navrhovateľa: ZH Kredit, s.r.o., so sídlom Dvořákovo nábrežie 8/A, Bratislava, IČO: 36 049 581, zastúpeného JUDr. Felixom Neupauerom, advokátom so sídlom Dvořákovo nábrežie 8/A, Bratislava, proti odporcovi: I. O., nar. XX.X.XXXX, trvale bytom H. XX, R., o zaplatenie 185,99 eura s príslušenstvom, po späťvzatí návrhu na začatie konania, pomerom hlasov 3:0, takto r o z h o d o l : Krajský súd v Bratislave p r i p ú š ť a späťvzatie návrhu na začatie konania, uznesenie Okresného súdu Bratislava V v Bratislave zo dňa 15.10.2014, č.k. 6C/60/2014-51 z r u š u j e a konanie z a s t a v u j e . Odporcovi sa náhrada trov prvostupňového a odvolacieho konania n e p r i z n á v a . o d ô v o d n e n i e : Uznesením zo dňa 15.10.2014, č.k. 6C/60/2014-51 súd prvého stupňa konanie zastavil podľa § 104 ods. 1 prvej vety O.s.p. pre nedostatok svojej právomoci rozhodovať o nároku navrhovateľa na zaplatenie dlžného poistného na zdravotné poistenie a poplatku z omeškania. Žiadnemu z účastníkov nepriznal právo na náhradu trov konania, a zároveň rozhodol, že po právoplatnosti uznesenia vec postúpi Úradu pre dohľad nad zdravotnou starostlivosťou, so sídlom Grösslingova 5, Bratislava. Uznesenie bolo doručené navrhovateľovi dňa 22.10.2014 a odporcovi dňa 20.10.2014. Proti tomuto uzneseniu navrhovateľ ani odporca odvolanie nepodali. Navrhovateľ prostredníctvom svojho právneho zástupcu podaním doručeným súdu dňa 23.10.2014 zobral svoj návrh na začatie konania v celom rozsahu späť. Vec bola preto dňa 14.11.2014 predložená odvolaciemu súdu na postup podľa § 208 O.s.p..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Keďže navrhovateľ zobral späť svoj návrh na začatie konania po rozhodnutí súdu prvého stupňa, a počas plynutia odvolacej lehoty, postupoval odvolací súd podľa zhora citovaného zákonného ustanovenia. Výzvou zo dňa 18.11.2014, doručenou odporcovi dňa 25.11.2014, ho vyzval, aby sa v lehote 5 dní od prevzatia výzvy písomne vyjadril, či súhlasí so späťvzatím návrhu na začatie konania a či si uplatňuje náhradu trov konania. Odporca na výzvu odvolacieho súdu nereagoval. Odvolací súd tak po zistení, že odporca nemá proti späťvzatiu návrhu námietky, pripustil späťvzatie návrhu, zrušil rozhodnutie súdu prvého stupňa a konanie zastavil. O náhrade trov konania rozhodol odvolací súd podľa § 224 ods. 1 O.s.p. v spojení s § 146 ods. 2 O.s.p.. Podľa § 146 ods. 2 O.s.p., ak niektorý z účastníkov zavinil, že konanie sa muselo zastaviť, je povinný uhradiť jeho trovy. Ak sa však pre správanie odporcu vzal späť návrh, ktorý bol podaný dôvodne, je povinný uhradiť trovy konania odporca.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Z ustanovenia § 146 ods. 2 O.s.p. vyplýva, že pri zastavení konania súd v zásade skúma, ktorý z účastníkov zavinil z procesného hľadiska zastavenie konania. Navrhovateľ v späťvzatí návrhu na začatie konania žiadny dôvod späťvzatia neuviedol. Odvolací súd preto pri rozhodovaní o náhrade trov konania vychádzal z toho, že zastavenie konania z procesného hľadiska zavinil navrhovateľ. Odporcovi však nebola náhrada trov prvostupňového a odvolacieho konania priznaná z dôvodu, že nepodal návrh na ich priznanie (§ 151 ods. 1 O.s.p.). Poučenie: Proti tomuto uzneseniu nemožno podať odvolanie.</w:t>
      </w:r>
    </w:p>
    <w:p/>
    <w:p>
      <w:r>
        <w:t>Zdroj: KAUZIS.SK – https://www.kauzis.sk/judikatura/r/ECLI:SK:KSBA:2014:1514201624.1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