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5Co/178/2011 z 24. 3. 2014</w:t>
      </w:r>
    </w:p>
    <w:p>
      <w:r>
        <w:t>Uznesenie Krajského súdu Bratislava z 24. marca 2014, sp. zn. 5Co/178/2011, ECLI:SK:KSBA:2014:1609203572.4</w:t>
      </w:r>
    </w:p>
    <w:p>
      <w:r>
        <w:t>Súd: Krajský súd Bratislava</w:t>
      </w:r>
    </w:p>
    <w:p>
      <w:r>
        <w:t>Spisová značka: 5Co/178/2011</w:t>
      </w:r>
    </w:p>
    <w:p>
      <w:r>
        <w:t>ECLI: ECLI:SK:KSBA:2014:1609203572.4</w:t>
      </w:r>
    </w:p>
    <w:p>
      <w:r>
        <w:t>Dátum vydania: 24.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5Co/178/2011 Identifikačné číslo súdneho spisu: 1609203572 Dátum vydania rozhodnutia: 25. 03. 2014 Meno a priezvisko sudcu, VSÚ: JUDr. Milan Chalupka ECLI: ECLI:SK:KSBA:2014:1609203572.4 Uznesenie Krajský súd v Bratislave v právnej veci navrhovateľa: F.. P. Č., J.. XX. XX. XXX, Y. G. Š. Č.. XX, zastúpeného JUDr. Danou Podhradskou, advokátkou so sídlom Estónska č. 16, Bratislava, proti odporcovi: K. Č., J.. XX. XX. XXXX, Y. G. I.Á. Č.. XX, S., zastúpeného JUDr. Ester Bujnovskou, advokátkou so sídlom Nádražná 23, Malacky, o zaplatenie 182,26 Eur s príslušenstvom, na odvolanie odporcu proti rozsudku Okresného súdu Malacky zo dňa 02. 12. 2010, č. k. 7C/9/2010-66 takto r o z h o d o l : Opravuje sa záhlavie rozsudku Krajského súdu v Bratislave zo dňa 11. februára 2014, č. k. 5 Co/178/2011-169, ktoré má správne znieť: „Krajský súd v Bratislave v právnej veci navrhovateľa: F.. P. Č., J.. XX. XX. XXX, Y. G. Š. Č.. XX, zastúpeného JUDr. Danou Podhradskou, advokátkou so sídlom Estónska č. 16, Bratislava, proti odporcovi: K. Č., J.. XX. XX. XXXX, Y. G. I.Ľ. Č.. XX, S., zastúpeného JUDr. Ester Bujnovskou, advokátkou so sídlom Nádražná 23, Malacky, o zaplatenie 182,26 Eur s príslušenstvom, na odvolanie odporcu proti rozsudku Okresného súdu Malacky zo dňa 02. 12. 2010, č. k. 7C/9/2010-66 takto“ o d ô v o d n e n i e : Pri písomnom vyhotovení rozsudku Krajského súdu v Bratislave 11. februára 2014, č. k. 5 Co/178/2011-169, došlo k zrejmej nesprávnosti, keď v záhlaví uvedeného rozsudku boli nesprávne uvedení dvaja právni zástupcovia odporcu, a to okrem JUDr. Ester Bujnovskej, advokátky so sídlom Nádražná 23, Malacky, ktorá v čase rozhodovania odvolacieho súdu bola právnou zástupkyňou odporcu, aj JUDr. Albín - 2 - Kostolanský, AK Záhorácka č. 53, Malacky, ktorého plná moc na zastupovanie v konaní bola odporcom vypovedaná, a ktorý nemal byť v záhlaví druhostupňového rozhodnutia uvedený. Podľa § 164 O.s.p.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Vzhľadom na uvedené súd postupoval podľa ustanovenia § 164 O.s.p. a vydal toto opravné uznesenie. Poučenie: Proti tomuto uzneseniu nie je prípustné odvolanie.</w:t>
      </w:r>
    </w:p>
    <w:p/>
    <w:p>
      <w:r>
        <w:t>Zdroj: KAUZIS.SK – https://www.kauzis.sk/judikatura/r/ECLI:SK:KSBA:2014:1609203572.4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