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4To/55/2014 z 18. 6. 2014</w:t>
      </w:r>
    </w:p>
    <w:p>
      <w:r>
        <w:t>Uznesenie Krajského súdu Bratislava z 18. júna 2014, sp. zn. 4To/55/2014, ECLI:SK:KSBA:2014:1611010104.1</w:t>
      </w:r>
    </w:p>
    <w:p>
      <w:r>
        <w:t>Súd: Krajský súd Bratislava</w:t>
      </w:r>
    </w:p>
    <w:p>
      <w:r>
        <w:t>Spisová značka: 4To/55/2014</w:t>
      </w:r>
    </w:p>
    <w:p>
      <w:r>
        <w:t>ECLI: ECLI:SK:KSBA:2014:1611010104.1</w:t>
      </w:r>
    </w:p>
    <w:p>
      <w:r>
        <w:t>Dátum vydania: 18. 6.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4To/55/2014 Identifikačné číslo súdneho spisu: 1611010104 Dátum vydania rozhodnutia: 19. 06. 2014 Meno a priezvisko sudcu, VSÚ: JUDr. Tibor Kubík ECLI: ECLI:SK:KSBA:2014:1611010104.1 Uznesenie Krajský súd v Bratislave, v trestnej veci obžalovaného Y. V., stíhaného pre zločin nedovoleného ozbrojovania a obchodovania so zbraňami podľa § 294 ods. 2 Tr. zák. a iné, o odvolaní obžalovaného proti rozsudku Okresného súdu Malacky sp. zn. 1T/47/2011 zo dňa 10.06.2013, dňa 19. 06. 2014 takto r o z h o d o l : Podľa § 312 ods. 4 Tr. por. predseda senátu odvolacieho súdu berie na vedomie späťvzatie odvolania obžalovaným Y. V., nar. XX.XX.XXXX, podaného proti rozsudku Okresného súdu Malacky z 10.06.2013 sp. zn. 1T 47/2011. o d ô v o d n e n i e : Napadnutým rozsudkom Okresného súdu Malacky, sp. zn. 1T/47/2011 zo dňa 10.06.2013 bol obžalovaný Y. V. uznaný za vinného v bode 1 rozsudku pre zločin nedovoleného ozbrojovania a obchodovania so zbraňami podľa § 294 ods. 2 Tr. zák. a v bodoch 2 až 4 rozsudku zo spáchania zločinu lúpeže podľa § 188 ods. 1 Tr. zák. (bod 2 rozsudku), zločinu vydierania podľa § 189 ods. 1 Tr. zák. (bod 3 rozsudku) a prečinu krádeže podľa § 212 ods. 2 písm. c/ Tr. zák. (bod 4 rozsudku). Za to bol obžalovaný Y. V. odsúdený podľa § 294 ods. 2 Tr. zák. s použitím § 42 ods. 1, § 41 ods. 1, § 38 ods. 7, 36 písm. l/, § 37 písm. h/, písm. m/ Tr. zák. k súhrnnému trestu odňatia slobody v trvaní štyri roky. Podľa § 48 ods. 2 písm. b/ Tr. zák. bol obžalovaný zaradený do ústavu na výkon trestu so stredným stupňom stráženia. Zároveň bol podľa § 42 ods. 2 Tr. zák. zrušený výrok o treste v trestnom rozkaze Okresného súdu Malacky sp. zn. 1T 277/2008 zo dňa 02.10.2009 a zrušené boli aj všetky ďalšie rozhodnutia na tento výrok obsahovo nadväzujúce, ak vzhľadom na zmenu ku ktorej došlo zrušením stratili podklad. Proti tomuto rozsudku podal v zákonnej lehote odvolanie obžalovaný Y. V.. Dňa 19.06.2014 po otvorení verejného zasadnutia odvolacieho súdu obžalovaný Y. V. výslovne prehlásil, že ním podané odvolanie berie späť. Podľa § 312 ods. 4 Tr. poriadku vzatie odvolania späť vezme, ak niet prekážok, uznesením na vedomie predseda senátu odvolacieho súdu. Predseda senátu nezistil takú zákonnú prekážku, ktorá by bránila vziať na vedomie späťvzatie odvolania obžalovaným a preto rozhodol tak, ako je uvedené vo výrokovej časti tohto uznesenia. Poučenie: Proti tomuto uzneseniu nie je prípustný ďalší riadny opravný prostriedok.</w:t>
      </w:r>
    </w:p>
    <w:p/>
    <w:p>
      <w:r>
        <w:t>Zdroj: KAUZIS.SK – https://www.kauzis.sk/judikatura/r/ECLI:SK:KSBA:2014:1611010104.1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