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4To/151/2013 z 8. 1. 2014</w:t>
      </w:r>
    </w:p>
    <w:p>
      <w:r>
        <w:t>Uznesenie Krajského súdu Bratislava z 8. januára 2014, sp. zn. 4To/151/2013, ECLI:SK:KSBA:2014:1613010385.1</w:t>
      </w:r>
    </w:p>
    <w:p>
      <w:r>
        <w:t>Súd: Krajský súd Bratislava</w:t>
      </w:r>
    </w:p>
    <w:p>
      <w:r>
        <w:t>Spisová značka: 4To/151/2013</w:t>
      </w:r>
    </w:p>
    <w:p>
      <w:r>
        <w:t>ECLI: ECLI:SK:KSBA:2014:1613010385.1</w:t>
      </w:r>
    </w:p>
    <w:p>
      <w:r>
        <w:t>Dátum vydania: 8. 1. 2014</w:t>
      </w:r>
    </w:p>
    <w:p>
      <w:r>
        <w:t>Forma: Uznesenie</w:t>
      </w:r>
    </w:p>
    <w:p>
      <w:r>
        <w:t>Oblasť práva: Trestné právo</w:t>
      </w:r>
    </w:p>
    <w:p>
      <w:pPr>
        <w:pStyle w:val="Heading2"/>
      </w:pPr>
      <w:r>
        <w:t>Text rozhodnutia</w:t>
      </w:r>
    </w:p>
    <w:p>
      <w:r>
        <w:t>Súd: Krajský súd Bratislava Spisová značka: 4To/151/2013 Identifikačné číslo súdneho spisu: 1613010385 Dátum vydania rozhodnutia: 09. 01. 2014 Meno a priezvisko sudcu, VSÚ: JUDr. Karol Kováč ECLI: ECLI:SK:KSBA:2014:1613010385.1 Uznesenie Krajský súd v Bratislave, v trestnej veci obžalovaného ml. T. J., pre pokračovací prečin marenia výkonu úradného rozhodnutia podľa § 348 ods. 1 písm. e/ Tr. zák., o odvolaní obžalovaného proti rozsudku Okresného súdu Malacky sp. zn. 2T/70/2013 zo dňa 18.11.2013, predsedom senátu dňa 9. januára 2014 takto r o z h o d o l : Podľa § 312 ods. 4 Tr. por. predseda senátu odvolacieho súdu berie na vedomie späťvzatie odvolania obžalovaným ml. T. J., nar. XX.XX.XXXX, podaného proti rozsudku Okresného súdu Malacky z 18.11.2013 sp. zn. 2T/70/2013. o d ô v o d n e n i e : Napadnutým rozsudkom Okresného súdu Malacky sp zn. 2T/70/2013 zo dňa 18.11.2013 bol obžalovaný ml. T. J. uznaný za vinného z pokračovacieho prečinu marenia výkonu úradného rozhodnutia podľa § 348 ods. 1 písm. e/ Tr. zák. za čo mu bol uložený trest odňatia slobody vo výmere 7 mesiacov so zaradením do ústavu na výkon trestu pre mladistvých. Proti tomuto rozsudku podal v zákonnej lehote odvolanie len mladistvý obžalovaný. Dňa 09.01.2014 po otvorení verejného zasadnutia odvolacieho súdu obžalovaný ml. T. J. výslovne prehlásil, že ním podané odvolanie berie späť. Podľa § 312 ods. 4 Tr. por. vzatie odvolania späť vezme uznesením na vedomie predseda senátu odvolacieho súdu. Predseda senátu odvolacieho súdu, keďže nezistil takú zákonnú prekážku, ktorá by bránila hore uvedenému postupu, rozhodol tak, ako je uvedené vo výrokovej časti tohto uznesenia. Poučenie: Proti tomuto uzneseniu sťažnosť nie je prípustná.</w:t>
      </w:r>
    </w:p>
    <w:p/>
    <w:p>
      <w:r>
        <w:t>Zdroj: KAUZIS.SK – https://www.kauzis.sk/judikatura/r/ECLI:SK:KSBA:2014:1613010385.1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