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9Co/534/2013 z 27. 1. 2014</w:t>
      </w:r>
    </w:p>
    <w:p>
      <w:r>
        <w:t>Uznesenie Krajského súdu Bratislava z 27. januára 2014, sp. zn. 9Co/534/2013, ECLI:SK:KSBA:2014:1712209494.2</w:t>
      </w:r>
    </w:p>
    <w:p>
      <w:r>
        <w:t>Súd: Krajský súd Bratislava</w:t>
      </w:r>
    </w:p>
    <w:p>
      <w:r>
        <w:t>Spisová značka: 9Co/534/2013</w:t>
      </w:r>
    </w:p>
    <w:p>
      <w:r>
        <w:t>ECLI: ECLI:SK:KSBA:2014:1712209494.2</w:t>
      </w:r>
    </w:p>
    <w:p>
      <w:r>
        <w:t>Dátum vydania: 27.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9Co/534/2013 Identifikačné číslo súdneho spisu: 1712209494 Dátum vydania rozhodnutia: 28. 01. 2014 Meno a priezvisko sudcu, VSÚ: JUDr. Magdaléna Floreková ECLI: ECLI:SK:KSBA:2014:1712209494.2 Uznesenie Krajský súd v Bratislave v právnej veci navrhovateľa : Stredoeurópska vysoká škola, n.o., IČO : 36 077 631, Skalica, Kráľovská 386/11, zastúpená Mgr. Tomáš Szabo, AK , Bratislava, Radvanská 23, proti odporkyni : F. E., O. Z. Č.. XXX, o zaplatenie 1.230 € s prísluš., vedenej na Okresnom súde Pezinok pod sp. zn. 6Ro 307/2012 o návrhu odporkyne na priznanie oslobodenia od súdnych poplatkov, pomerom hlasov 3 : 0, takto r o z h o d o l : Odvolací súd odporkyni oslobodenie od súdnych poplatkov n e p r i z n á v a. o d ô v o d n e n i e : Odporkyňa podala v zákonnej lehote odvolanie proti uzneseniu súdu prvého stupňa, ktorým jej bola uložená povinnosť zaplatiť súdny poplatok za ňou podaný odpor proti platobnému rozkazu; zároveň v ňom požiadala o oslobodenie od platenia súdnych poplatkov. Za účelom posúdenia jej žiadosti o priznanie oslobodenia od súdnych poplatkov odvolací súd vyzval odporkyňu, aby v lehote 5 dní od doručenia výzvy založila do spisu vyplnené pripojené tlačivo o jej osobných, majetkových a zárobkových pomeroch, s tým, aby tieto pomery zároveň zdokladovala ( č.l. 64 spisu ). Hoci predmetná výzva bola odporkyni doručená dňa 28. 10. 2013 ( doručenka pripojená na č.l. 64 spisu ), odporkyňa na ňu nijako nereagovala a svoje pomery nepopísala ani nezdokladovala. Podľa § 138 ods. 1 O.s.p. na návrh môže súd priznať účastníkovi celkom alebo sčasti oslobodenie od súdnych poplatkov, ak to pomery účastníka odôvodňujú a ak nejde o svojvoľné alebo zrejme bezúspešné uplatnenie alebo bránenie práva. Ak nerozhodne súd inak, vzťahuje sa oslobodenie na celé konanie a má i spätnú účinnosť; poplatky zaplatené pred rozhodnutím o oslobodení sa však nevracajú. Z citovaného zákonného ustanovenia vychodí, že účastníkovi možno priznať oslobodenie od súdnych poplatkov iba za predpokladu súčasného splnenia dvoch podmienok, ktorými sú také majetkové a sociálne pomery účastníka, ktoré mu neumožňujú zaplatiť súdny poplatok a ďalej tá skutočnosť, že nejde o svojvoľné alebo zrejme bezúspešné uplatňovanie alebo bránenie práva. O zrejme bezúspešné uplatňovanie alebo bránenie práva ide najmä vtedy, keď zo skutkových tvrdení žiadateľa o priznanie oslobodenia ( bez potreby vykonania dokazovania ) je nepochybné, že vo veci mu nemôže byť vyhovené. Svojvoľným uplatňovaním alebo bránením práva je najmä šikanózny výkon práva. Oslobodenie od súdnych poplatkov je možné priznať účastníkovi len na jeho návrh ( žiadosť ). Pri rozhodovaní o oslobodení od súdnych poplatkov súd prihliada k celkovým osobným i majetkovým pomerom žiadateľa, tiež k výške poplatkovej povinnosti. Do úvahy berie jeho sociálne pomery, zdravotný stav. Účastník - žiadateľ o priznanie oslobodenia - je povinný súdu preukázať vierohodným spôsobom svoje pomery, ktoré sú rozhodujúce pre posúdenie dôvodnosti jeho žiadosti. V prejednávanej veci odporkyňa - žiadateľka o priznanie oslobodenia od súdnych poplatkov - nereagovala na výzvu odvolacieho súdu, aby zdokladovala svoje osobné, majetkové a zárobkové pomery, hoci to bolo predovšetkým v jej vlastnom záujme. Tým, že odporkyňa zostala nečinná a svoje pomery pre účely rozhodnutia o oslobodení od súdnych poplatkov bližšie neopísala a ani nezdokladovala, nepreukázala, že spĺňa podmienky pre priznanie oslobodenia od súdnych poplatkov. Odvolací súd z uvedených dôvodov navrhovateľke oslobodenie od súdnych poplatkov nepriznal. Poučenie: Proti tomuto uzneseniu odvolanie nie je prípustné.</w:t>
      </w:r>
    </w:p>
    <w:p/>
    <w:p>
      <w:r>
        <w:t>Zdroj: KAUZIS.SK – https://www.kauzis.sk/judikatura/r/ECLI:SK:KSBA:2014:1712209494.2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