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14Co/685/2013 z 11. 3. 2014</w:t>
      </w:r>
    </w:p>
    <w:p>
      <w:r>
        <w:t>Uznesenie Krajského súdu Bratislava z 11. marca 2014, sp. zn. 14Co/685/2013, ECLI:SK:KSBA:2014:1712222276.1</w:t>
      </w:r>
    </w:p>
    <w:p>
      <w:r>
        <w:t>Súd: Krajský súd Bratislava</w:t>
      </w:r>
    </w:p>
    <w:p>
      <w:r>
        <w:t>Spisová značka: 14Co/685/2013</w:t>
      </w:r>
    </w:p>
    <w:p>
      <w:r>
        <w:t>ECLI: ECLI:SK:KSBA:2014:1712222276.1</w:t>
      </w:r>
    </w:p>
    <w:p>
      <w:r>
        <w:t>Dátum vydania: 11. 3. 2014</w:t>
      </w:r>
    </w:p>
    <w:p>
      <w:r>
        <w:t>Forma: Uznesenie</w:t>
      </w:r>
    </w:p>
    <w:p>
      <w:pPr>
        <w:pStyle w:val="Heading2"/>
      </w:pPr>
      <w:r>
        <w:t>Text rozhodnutia</w:t>
      </w:r>
    </w:p>
    <w:p>
      <w:r>
        <w:t>Súd: Krajský súd Bratislava Spisová značka: 14Co/685/2013 Identifikačné číslo súdneho spisu: 1712222276 Dátum vydania rozhodnutia: 12. 03. 2014 Meno a priezvisko sudcu, VSÚ: JUDr. Katarína Javorčíková ECLI: ECLI:SK:KSBA:2014:1712222276.1 Uznesenie Krajský súd v Bratislave v právnej veci navrhovateľa: Slovenská kancelária poisťovateľov, Trnavská cesta 82, Bratislava, IČO: 36 062 235, zastúpeného spoločnosťou TOMÁŠ KUŠNÍR, s.r.o., Údernícka 5, Bratislava, IČO: 36 613 843, proti odporcom: 1. P. K., nar. XX.X.XXXX, W. XX, A., 2. M. K., W. XX, A., o zaplatenie 1.527,45 eura s prísl., o odvolaní odporkyne v 1. rade proti uzneseniu Okresného súdu Pezinok zo dňa 1.7.2013, č.k. 4Ro 762/12-74, pomerom hlasov 3:0, takto r o z h o d o l : Krajský súd v Bratislave odvolanie odporkyne v 1. rade proti uzneseniu Okresného súdu Pezinok zo dňa 1.7.2013, č.k. 4Ro 762/12-74 o d m i e t a . o d ô v o d n e n i e : Napadnutým uznesením súd prvého stupňa uložil odporkyni v 1. rade povinnosť, aby v lehote 10 dní od doručenia uznesenia zaplatila súdny poplatok za podaný odpor vo výške 91,50 eura, ktorý jej vyrubil podľa položky č. 1 písm. a) sadzobníka súdnych poplatkov zák. č. 71/1992 Zb. o súdnych poplatkoch a poplatku za výpis z registra trestov. Proti tomuto uzneseniu podala v zákonom stanovenej lehote odvolanie odporkyňa v 1. rade, v ktorom len uviedla, že ho považuje za neodôvodnený a svoj odpor naďalej za opodstatnený. Keďže odvolanie nespĺňalo náležitosti uvedené v ust. § 205 ods. 1, 2 O.s.p. v spojení s § 42 ods. 3 O.s.p., prvostupňový súd uznesením zo dňa 16.10.2013, č.k. 4Ro/762/2012 - 76 vyzval odvolateľku - odporkyňu, aby v lehote 10 dní od doručenia uznesenia písomne doplnila chýbajúce náležitosti svojho odvolania zo dňa 17.7.2013 tak, že označí účastníkov konania a predmet sporu; presne označí rozhodnutie, proti ktorému odvolanie smeruje; uvedie, v akom rozsahu napáda rozhodnutie súdu prvého stupňa; uvedie zákonný dôvod v zmysle § 205 ods. 2 O.s.p., pre ktorý bolo odvolanie podané; a uvedie, čoho sa odvolaním domáha. Súčasne bola poučená, že ak v stanovenej lehote chýbajúce náležitosti odvolania nedoplní, súd jej podanie odmietne. Uznesenie bolo odporkyni doručené do vlastných rúk dňa 29.10.2013, vady odvolania však neboli odstránené. Vec bola následne predložená odvolaciemu súdu. Krajský súd v Bratislave ako súd odvolací (§ 10 ods. 1 O.s.p.) prejednal vec bez nariadenia odvolacieho pojednávania v súlade s § 214 ods. 2 O.s.p., a preskúmal odvolanie podľa 212 ods. 1 O.s.p., predovšetkým z hľadiska prípustnosti jeho podania, a dospel k záveru, že odvolanie nemá náležitosti podľa § 205 ods. 1, 2 O.s.p., a to napriek riadnej výzve súdu na odstránenie vád odvolania. Podľa § 218 ods. 1 písm. d) O.s.p., odvolací súd odmietne odvolanie, ktoré nemá náležitosti podľa § 205 ods. 1 a 2, ak boli dodržané podmienky podľa § 209 ods. 1 a § 211 ods. 1. Pretože odvolanie nespĺňa náležitosti podľa ust. § 205 ods. 1, 2 O.s.p., a odvolateľka neuviedla ani jeden z odvolacích dôvodov uvedených v ust. § 205 ods. 2 O.s.p., odvolací súd odvolanie podľa ust. § 218 ods. 1 písm. d) O.s.p. odmietol. Poučenie: Proti tomuto uzneseniu odvolanie nie je prípustné.</w:t>
      </w:r>
    </w:p>
    <w:p/>
    <w:p>
      <w:r>
        <w:t>Zdroj: KAUZIS.SK – https://www.kauzis.sk/judikatura/r/ECLI:SK:KSBA:2014:1712222276.1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