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Dopĺňací rozsudok Krajského súdu Bratislava sp. zn. 10Sd/210/2013 z 18. 12. 2014</w:t>
      </w:r>
    </w:p>
    <w:p>
      <w:r>
        <w:t>Dopĺňací rozsudok Krajského súdu Bratislava z 18. decembra 2014, sp. zn. 10Sd/210/2013, ECLI:SK:KSBA:2014:2013200684.3</w:t>
      </w:r>
    </w:p>
    <w:p>
      <w:r>
        <w:t>Súd: Krajský súd Bratislava</w:t>
      </w:r>
    </w:p>
    <w:p>
      <w:r>
        <w:t>Spisová značka: 10Sd/210/2013</w:t>
      </w:r>
    </w:p>
    <w:p>
      <w:r>
        <w:t>ECLI: ECLI:SK:KSBA:2014:2013200684.3</w:t>
      </w:r>
    </w:p>
    <w:p>
      <w:r>
        <w:t>Dátum vydania: 18. 12. 2014</w:t>
      </w:r>
    </w:p>
    <w:p>
      <w:r>
        <w:t>Forma: Dopĺňací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10Sd/210/2013 Identifikačné číslo súdneho spisu: 2013200684 Dátum vydania rozhodnutia: 19. 12. 2014 Meno a priezvisko sudcu, VSÚ: JUDr Janka Richterová ECLI: ECLI:SK:KSBA:2014:2013200684.3 DOPĹŇACÍ ROZSUDOK V MENE SLOVENSKEJ REPUBLIKY Krajský súd v Bratislave, sudca JUDr. Janka Richterová, v právnej veci navrhovateľa: D. Š., U.. XX.X.XXXX, F. R. R., Z.. A. Č.. X, F. Č. Ú. T. U. D., proti odporkyni: Sociálna poisťovňa, ústredie, Ul. 29. augusta č. 10, Bratislava, o zvýšenie starobného dôchodku, o preskúmanie zákonnosti rozhodnutia odporkyne zo dňa 4. júna 2013, E.. Q.. XXX XXX XXXX X, takto r o z h o d o l : Súd rozhodnutie odporkyne zo dňa 4. júna 2013 E.. Q.. XXX XXX XXXX X p o t v r d z u j e. o d ô v o d n e n i e : Odporkyňa hore uvedeným rozhodnutím podľa § 263 ods. 1 Zák. č. 461/2003 Z. z. o sociálnom poistení (ďalej len ZSP) a § 29 ods. 1 Zák. č. 100/1988 Zb. o sociálnom zabezpečení zamietla žiadosť navrhovateľa o zvýšenie sumy invalidného dôchodku. Podľa § 70 ods. 1 ZSP priznala od 24. 9.2012 invalidný dôchodok v sume 212,00 € mesačne pri miere poklesu schopnosti vykonávať zárobkovú činnosť ( MPSVZČ) v porovnaní so zdravou fyzickou osobou v rozsahu 60%. Súčasne rozhodla o zániku nároku na doteraz vyplácaný invalidný dôchodok v nižšej sume 194,30 € mesačne od 24.9.2012 podľa § 263a ods. 5 ZSP a napokon od 1.1.2013 zvýšila priznaný invalidný dôchodok na sumu 217,90 € mesačne. Proti tomuto rozhodnutiu podal navrhovateľ včas opravný prostriedok. Domáhal sa jeho zrušenia a vrátenia veci odporkyni na ďalšie konanie. Mal za to, že jeho zdravotný stav odôvodňuje priznanie MPSVZČ v rozsahu nad 71 %. Odporkyňa po podaní odvolania opätovne posúdila zdravotný stav navrhovateľa a MPSVZČ bola zvýšená zo 60 % na 75% od požadovaného dátumu. Rozhodnutím zo dňa 6. novembra 2013 , E.. Q.. XXX XXX XXXX X, podľa § 263 ods. 1 Zák. č. 461/2003 Z. z. o sociálnom poistení (ďalej len ZSP) a § 29 ods. 1 Zák. č. 100/1988 Zb. o sociálnom zabezpečení zamietla žiadosť navrhovateľa o zvýšenie sumy invalidného dôchodku. Podľa § 70 ods. 1 ZSP priznala od 24. 9.2012 invalidný dôchodok v sume 353,30 € mesačne pri miere poklesu schopnosti vykonávať zárobkovú činnosť ( MPSVZČ) v porovnaní so zdravou fyzickou osobou v rozsahu 75%. Súčasne rozhodla o zániku nároku na doteraz vyplácaný invalidný dôchodok v nižšej sume 194,30 € mesačne od 24.9.2012 podľa § 263a ods. 5 ZSP. Napokon od 1.1.2013 zvýšila priznaný invalidný dôchodok na sumu 363,40 € mesačne. Navrhovateľ napadol opravným prostriedkom i uvedené zmenové rozhodnutie navrhovateľa. O opravnom prostriedku navrhovateľa proti zmenovému rozhodnutiu súd rozhodol rozsudkom zo dňa 24. októbra 2014, č.k. 10 Sd 210/2013-47 tak, že toto rozhodnutie odporkyne potvrdil; opomenul však rozhodnúť i o opravnom prostriedku navrhovateľa proti rozhodnutiu odporkyne zo dňa 4. júna 2013. Uvedené pochybenie súd odstránil podľa § 166 ods. 1 O.s.p., v zmysle ktorého ustanovenia ak súd nerozhodol o niektorej časti predmetu konania, o trovách konania alebo o predbežnej vykonateľnosti, môže účastník do pätnástich dní od doručenia rozsudku navrhnúť jeho doplnenie; rozsudok ktorý nenadobudol právoplatnosť môže súd doplniť aj bez návrhu. Podľa § 71, ods. 1 zákona č. 461/2003 Z.z. o sociálnom poistení (ďalej len ZSP) poistenec je invalidný, ak pre dlhodobo nepriaznivý zdravotný stav má pokles schopnosti vykonávať zárobkovú činnosť o viac ako 40% v porovnaní so zdravou fyzickou osobou. Podľa § 112, ods. 4 ZSP výplata dávky sa zastaví, uvoľní alebo sa dávka vypláca v nižšej sume alebo vo vyššej sume, ak sa zmenia skutočnosti rozhodujúce na nárok na výplatu dávky. Z administratívneho spisu odporkyne vyplýva, že navrhovateľovi bol priznaný čiastočný invalidný dôchodok od 7.8. 1986. K poslednému posudzovaniu zdravotného stavu na základe žiadosti navrhovateľa o zvýšenie ČID došlo dňa 27.3.2003. Miera poklesu schopnosti vykonávať zárobkovú činnosť bola ustálená na 60 % ( posudok o invalidite MUDr. Angely Štefánikovej ). Po podaní opravného prostriedku proti zamietavému rozhodnutiu zo dňa 4.6.2013 posudkový lekár MUDr. Kamila Bošnáková v posudku zo dňa 14.10.2013 vyhovel navrhovateľovi a vykonal zvýšenie MPSVZČ za rozhodujúce zdravotné postihnutie -ťažké poškodenie brachiálneho plexu v dôsledku dopravnej nehody zo dňa 17.9.1985, aktuálne hypotrofia svalstva pravej ruky a prakticky nulová hybnosť, stav hodnotený neurológom ako plégia s MPSVZČ zo 50% na 70% ( kapitola VI, oddiel B, položka 1 prílohy 4 zákona ) plus 5% za duševné poruchy a poruchy správania spôsobené užívaním psychoaktívnych látok ( kapitola V, položka 7.a/ ). Zvýšenie určila od uplatneného dňa, t. j. od 24.9.2012. Súd berúc do úvahy zmenové rozhodnutie odporkyne, ktorým došlo k zvýšeniu MPSVZČ v navrhovateľom požadovanom rozsahu, potvrdil i rozhodnutie odporkyne zo dňa 4. júna 2013 podľa § 250q ods.2 O.s.p. Posudkový lekár priznal zvýšenie odo dňa, ktorý odporkyňa považovala za deň uplatnenia zvýšenia navrhovateľom. Dňa 27.3.2012 navrhovateľ síce odporkyni zaslal žiadosť o zvýšenie priznanej dôchodkovej dávky, avšak v tejto žiadosti a ani v ďalších písomných podaniach, doručených odporkyni do 26.9.2012, neuvádza, od akého dátumu zvýšenie uplatňuje. Okrem toho písomné podania navrhovateľa ( zo dňa 25.3.2012 i 10.6.2012 ) nie sú vlastnoručne podpísané. K dátumu uplatnenia zvýšenia dávky sa navrhovateľ rozporuplne vyjadroval i v priebehu súdneho konania. Poučenie: Proti tomuto rozsudku možno podať odvolanie do pätnástich dní od jeho doručenia, prostredníctvom procesného súdu na Najvyšší súd SR, v dvoch písomných vyhotoveniach. V odvolaní sa má popri všeobecných náležitostiach /§ 42 ods. 3/ uviesť, proti ktorému rozhodnutiu smeruje, v akom rozsahu sa napáda, v čom sa toto rozhodnutie alebo postup súdu považuje za nesprávny a čoho sa odvolateľ domáha. /§ 205 ods.1 O.s.p./</w:t>
      </w:r>
    </w:p>
    <w:p/>
    <w:p>
      <w:r>
        <w:t>Zdroj: KAUZIS.SK – https://www.kauzis.sk/judikatura/r/ECLI:SK:KSBA:2014:2013200684.3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