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9Cbi/42/2009 z 19. 1. 2014</w:t>
      </w:r>
    </w:p>
    <w:p>
      <w:r>
        <w:t>Uznesenie Krajského súdu Bratislava z 19. januára 2014, sp. zn. 9Cbi/42/2009, ECLI:SK:KSBA:2014:2109221333.4</w:t>
      </w:r>
    </w:p>
    <w:p>
      <w:r>
        <w:t>Súd: Krajský súd Bratislava</w:t>
      </w:r>
    </w:p>
    <w:p>
      <w:r>
        <w:t>Spisová značka: 9Cbi/42/2009</w:t>
      </w:r>
    </w:p>
    <w:p>
      <w:r>
        <w:t>ECLI: ECLI:SK:KSBA:2014:2109221333.4</w:t>
      </w:r>
    </w:p>
    <w:p>
      <w:r>
        <w:t>Dátum vydania: 19.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9Cbi/42/2009 Identifikačné číslo súdneho spisu: 2109221333 Dátum vydania rozhodnutia: 20. 01. 2014 Meno a priezvisko sudcu, VSÚ: Mgr. Štefan Zelenák ECLI: ECLI:SK:KSBA:2014:2109221333.4 Uznesenie Krajský súd v Bratislave v právnej veci žalobcu: JUDr. Dušan Pohovej, Nám. Slobody 10, Bratislava, správca konkurznej podstaty úpadcu TAZ, a.s. v likvidácii, Coburgova 84, Trnava, IČO: 36 227 803, zastúpený advokátom JUDr. Jurajom Gajdošíkom, Miletičova 23, Bratislava, proti žalovanej: T. L., I. XX, F., za účasti vedľajšieho účastníka: Mgr. Ing. Pavol Korytár, Sladovnícka 13, Trnava, správca konkurznej podstaty úpadcu Trnavské automobilové závody, š.p. v konkurze, IČO: 00 009 199, o zaplatenie 53,34 EUR s príslušenstvom, takto r o z h o d o l : Súd konanie vedené na Krajskom súde v Bratislave pod sp. zn. 9Cbi 42/2009 p r e r u š u j e až do právoplatného skončenia konania vedeného na Krajskom súde v Bratislave pod sp. zn. 68Cbi/10/2000. o d ô v o d n e n i e : Žalobou podanou dňa 24.09.2009 sa žalobca domáhal zaplatenia 53,34 EUR s príslušenstvom od žalovanej titulom nájomného za byt Č..XX na I. Z.. Č.. XX H. F.. Súd rozsudkom zo dňa 20.09.2011, č. k. 9Cbi 42/2009 - 151, rozhodol vo veci tak, že žalobu zamietol z dôvodu nedostatku aktívnej legitimácie na strane žalobcu. Na základe odvolania žalobcu Najvyšší súd SR uznesením č. k. 1Obo/66/2011 - 171 zo dňa 29.01.2013 rozsudok tunajšieho súdu zrušil a vrátil na ďalšie konanie z dôvodu predčasného rozhodnutia vo veci, pretože na tunajšom súde je vedené konanie, v ktorom sa SKP úpadcu Trnavské automobilové závody, š.p. domáha voči žalobcovi vylúčenia nehnuteľností z konkurznej podstaty žalobcu. Predmetná nehnuteľnosť je súčasťou konania pod sp. zn. 68Cbi/10/2000. Podľa § 109 ods. 2, písm. c/ O.s.p., pokiaľ súd neurobí iné vhodné opatrenia, môže konanie prerušiť, ak prebieha konanie, v ktorom sa rieši otázka, ktorá môže mať význam pre rozhodnutie súdu, alebo ak súd dal na takéto konanie podnet. Vzhľadom na skutočnosť, že rozhodnutie o sporných nehnuteľnostiach, teda o predmete sporu v rámci vyššie uvedenej žaloby, vedenej na Krajskom súde v Bratislave pod sp. zn. 68Cbi/10/2000, bude mať podstatný význam aj pre rozhodnutie o žalovanom nároku aj v konaní vedenom na Krajskom súde v Bratislave pod sp. zn. 9Cbi/42/2009, je podľa názoru súdu potrebné toto konanie prerušiť, a to aj z dôvodu predchádzania prípadným protichodným rozhodnutiam. Na základe vyššie uvedeného súd rozhodol tak, ako je uvedené vo výroku tohto uznesenia. Poučenie: Proti tomuto uzneseniu je prípustné odvolanie v lehote 15 dní odo dňa jeho doručenia, ktoré možno podať prostredníctvom Krajského súdu v Bratislave na Najvyšší súd Slovenskej republiky. Odvolanie má popri všeobecných náležitostiach (§ 42 ods. 3 O.s.p.) obsahovať, proti ktorému rozhodnutiu smeruje, v akom rozsahu sa napáda, v čom sa toto rozhodnutie alebo postup súdu považuje za nesprávny a čoho sa odvolateľ domáha (§ 205 ods. 1 O. s. p.).</w:t>
      </w:r>
    </w:p>
    <w:p/>
    <w:p>
      <w:r>
        <w:t>Zdroj: KAUZIS.SK – https://www.kauzis.sk/judikatura/r/ECLI:SK:KSBA:2014:2109221333.4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