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2Cbi/2/2014 z 24. 3. 2014</w:t>
      </w:r>
    </w:p>
    <w:p>
      <w:r>
        <w:t>Uznesenie Krajského súdu Bratislava z 24. marca 2014, sp. zn. 2Cbi/2/2014, ECLI:SK:KSBA:2014:2113233853.3</w:t>
      </w:r>
    </w:p>
    <w:p>
      <w:r>
        <w:t>Súd: Krajský súd Bratislava</w:t>
      </w:r>
    </w:p>
    <w:p>
      <w:r>
        <w:t>Spisová značka: 2Cbi/2/2014</w:t>
      </w:r>
    </w:p>
    <w:p>
      <w:r>
        <w:t>ECLI: ECLI:SK:KSBA:2014:2113233853.3</w:t>
      </w:r>
    </w:p>
    <w:p>
      <w:r>
        <w:t>Dátum vydania: 24.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2Cbi/2/2014 Identifikačné číslo súdneho spisu: 2113233853 Dátum vydania rozhodnutia: 25. 03. 2014 Meno a priezvisko sudcu, VSÚ: Mgr. Štefan Zelenák ECLI: ECLI:SK:KSBA:2014:2113233853.3 Uznesenie Krajský súd v Bratislave v právnej veci žalobcu: Všeobecná zdravotná poisťovňa, a.s., Mamateyova 17, Bratislava, IČO: 35 937 874, proti žalovanému: Mgr. Roman Desát, Námestie SNP 3, Trnava, správca konkurznej podstaty úpadcu: ALEX.L, s.r.o., 925 84 Vlčany 992, IČO: 36 367 362, zastúpený Advokátskou kanceláriou Pacalaj, Palla a partneri, s.r.o., Námestie SNP 3, Trnava, IČO: 36 857 548, o určenie pravosti pohľadávky, takto r o z h o d o l : Súd konanie z a s t a v u j e . Upravuje sa učtáreň Okresného súdu v Trnave, aby po právoplatnosti tohto uznesenia vrátila žalobcovi zaplatený preddavok na trovy konania z pol. reg. 184, rok 2013, č. účtovného dokladu XXXXXXXX v sume 300,35 EUR na účet žalobcu, č. ú. SK XX XXXX XXXXXX XXXX XXXXXX, var. symbol XXXXXXXXXX, konšt. symbol XXXX. Žiadnemu z účastníkov sa náhrada trov konania nepriznáva. o d ô v o d n e n i e : Žalobou podanou dňa 10.12.2013 sa žalobca domáhal určenia, že jeho pohľadávka v sume 2.711,04 EUR a pohľadávka v sume 412,54 EUR, uplatnená v konkurznom konaní úpadcu, je nesporná čo do právneho dôvodu a výšky. Písomným podaním zo dňa 14.03.2014 zobral žalobca späť žalobu v celosti z dôvodu mimosúdneho riešenia sporu. Podľa § 96 ods. 1,3 OSP môže žalobca zobrať späť žalobu, a to sčasti alebo celkom. Ak je žaloba vzatá späť celkom, súd konanie zastaví. Nesúhlas žalovaného so späťvzatím nie je účinný, ak dôjde k späťvzatiu skôr, než sa začalo pojednávanie. Vzhľadom k tomu, že návrh bol vzatý v celom rozsahu späť, súd v zmysle § 96 ods. 1,3 OSP konanie zastavil. O vrátení preddavku na trovy konania, zaplatené žalobcom na účet Okresného súdu v Trnave dňa 31.12.2013, súd rozhodol podľa § 141a OSP. O trovách konania súd rozhodol podľa § 146 ods. 1, písm. c/ OSP s tým, že k zastaveniu konania došlo z dôvodu mimosúdnej dohody účastníkov. Poučenie: Proti tomuto uzneseniu možno podať odvolanie do 15 dní odo dňa jeho doručenia na Najvyšší súd SR, cestou podpísaného súdu, písomne, trojmo.</w:t>
      </w:r>
    </w:p>
    <w:p/>
    <w:p>
      <w:r>
        <w:t>Zdroj: KAUZIS.SK – https://www.kauzis.sk/judikatura/r/ECLI:SK:KSBA:2014:2113233853.3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