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2Cbi/2/2014 z 10. 6. 2014</w:t>
      </w:r>
    </w:p>
    <w:p>
      <w:r>
        <w:t>Opravné uznesenie Krajského súdu Bratislava z 10. júna 2014, sp. zn. 2Cbi/2/2014, ECLI:SK:KSBA:2014:2113233853.4</w:t>
      </w:r>
    </w:p>
    <w:p>
      <w:r>
        <w:t>Súd: Krajský súd Bratislava</w:t>
      </w:r>
    </w:p>
    <w:p>
      <w:r>
        <w:t>Spisová značka: 2Cbi/2/2014</w:t>
      </w:r>
    </w:p>
    <w:p>
      <w:r>
        <w:t>ECLI: ECLI:SK:KSBA:2014:2113233853.4</w:t>
      </w:r>
    </w:p>
    <w:p>
      <w:r>
        <w:t>Dátum vydania: 10. 6. 2014</w:t>
      </w:r>
    </w:p>
    <w:p>
      <w:r>
        <w:t>Forma: Opravné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2Cbi/2/2014 Identifikačné číslo súdneho spisu: 2113233853 Dátum vydania rozhodnutia: 11. 06. 2014 Meno a priezvisko sudcu, VSÚ: Mgr. Štefan Zelenák ECLI: ECLI:SK:KSBA:2014:2113233853.4 Opravné uznesenie Krajský súd v Bratislave v právnej veci žalobcu: Všeobecná zdravotná poisťovňa, a.s., Mamateyova 17, Bratislava, IČO: 35 937 874, proti žalovanému: Mgr. Roman Desát, Námestie SNP 3, Trnava, správca konkurznej podstaty úpadcu: ALEX.L, s.r.o., 925 84 Vlčany 992, IČO: 36 367 362, zastúpený Advokátskou kanceláriou Pacalaj, Palla a partneri, s.r.o., Námestie SNP 3, Trnava, IČO: 36 857 548, o určenie pravosti pohľadávky, takto r o z h o d o l : Súd opravuje výrokovú časť uznesenia Krajského súdu v Bratislave č. k. 2Cbi 2/2014 - 29 zo dňa 25.03.2014 tak, že namiesto: ... Upravuje sa učtáreň Okresného súdu v Trnave, aby po právoplatnosti tohto uznesenia vrátila žalobcovi zaplatený preddavok na trovy konania z pol. reg. 184, rok 2013, č. účtovného dokladu XXXXXXXX v sume 300,35 EUR na účet žalobcu, č.ú. SK XX XXXX XXXXXX XXXX XXXXXX, var. symbol XXXXXXXXXX, konšt. symbol XXXX. ..... má správne byť: ... Upravuje sa učtáreň Krajského súdu v Bratislave, aby po právoplatnosti tohto uznesenia vrátila žalobcovi zaplatený preddavok na trovy konania z pol. reg. 2, rok 2014, č. účtovného dokladu XXXXXXXX v sume 300,35 EUR na účet žalobcu, č.ú. SK XX XXXX XXXXXX XXXX XXXXXX, var. symbol XXXXXXXXXX, konšt. symbol XXXX. ..... o d ô v o d n e n i e : Tunajší súd uznesením č. k. 2Cbi 2/2014-29 zastavil konanie vo veci samej a upravil učtáreň Okresného súdu v Trnave, aby po právoplatnosti tohto uznesenia vrátila žalobcovi zaplatený preddavok na trovy konania. Okresný súd Trnava preúčtoval dňa 12.05.2014 zaplatený preddavok na trovy konania v sume 300,35 EUR na účet tunajšieho súdu. Podľa § 164 O.s.p. predseda senátu opraví v rozsudku kedykoľvek i bez návrhu chyby v písaní a počítaní ako i iné zrejmé nesprávnosti. Ak sa oprava týka výroku rozhodnutia, vydá predseda senátu opravné uznesenie, ktoré doručí účastníkom, pritom môže odložiť vykonateľnosť rozsudku, pokiaľ opravné uznesenie nenadobudne právoplatnosť. S poukazom na uvedené skutočnosti súd opravil v uznesení označenie súdu, ktorý má vrátiť zaplatený preddavok na trovy konania. Poučenie: Proti tomuto uzneseniu možno podať odvolanie do 15 dní odo dňa jeho doručenia na Najvyšší súd SR, cestou podpísaného súdu, písomne, trojmo.</w:t>
      </w:r>
    </w:p>
    <w:p/>
    <w:p>
      <w:r>
        <w:t>Zdroj: KAUZIS.SK – https://www.kauzis.sk/judikatura/r/ECLI:SK:KSBA:2014:2113233853.4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