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1S/13/2013 z 11. 6. 2014</w:t>
      </w:r>
    </w:p>
    <w:p>
      <w:r>
        <w:t>Uznesenie Krajského súdu Bratislava z 11. júna 2014, sp. zn. 1S/13/2013, ECLI:SK:KSBA:2014:4012200930.5</w:t>
      </w:r>
    </w:p>
    <w:p>
      <w:r>
        <w:t>Súd: Krajský súd Bratislava</w:t>
      </w:r>
    </w:p>
    <w:p>
      <w:r>
        <w:t>Spisová značka: 1S/13/2013</w:t>
      </w:r>
    </w:p>
    <w:p>
      <w:r>
        <w:t>ECLI: ECLI:SK:KSBA:2014:4012200930.5</w:t>
      </w:r>
    </w:p>
    <w:p>
      <w:r>
        <w:t>Dátum vydania: 11. 6. 2014</w:t>
      </w:r>
    </w:p>
    <w:p>
      <w:r>
        <w:t>Forma: Uznesenie</w:t>
      </w:r>
    </w:p>
    <w:p>
      <w:pPr>
        <w:pStyle w:val="Heading2"/>
      </w:pPr>
      <w:r>
        <w:t>Text rozhodnutia</w:t>
      </w:r>
    </w:p>
    <w:p>
      <w:r>
        <w:t>Súd: Krajský súd Bratislava Spisová značka: 1S/13/2013 Identifikačné číslo súdneho spisu: 4012200930 Dátum vydania rozhodnutia: 12. 06. 2014 Meno a priezvisko sudcu, VSÚ: JUDr. Nora Halmová ECLI: ECLI:SK:KSBA:2014:4012200930.5 Uznesenie Krajský súd v Bratislave v právnej veci žalobcu: NRK, s.r.o., Štúrova 12, 949 01 Nitra, IČO: 35 918 951, zastúpený: JUDr. Svorad Petruška, advokát, Kopecká 18, 949 01 Nitra, proti žalovanému: Ministerstvo kultúry Slovenskej republiky, Námestie SNP 33, 813 31 Bratislava, o preskúmanie zákonnosti rozhodnutia č. MK-1881/2012-51/10908 zo dňa 31.07.2012 , takto r o z h o d o l : Krajský súd v Bratislave konanie z a s t a v u j e . Žiaden z účastníkov n e m á právo na náhradu trov konania. Súd v r a c i a žalobcovi preplatok na súdnom poplatku za žalobu vo výške 63,37 eur, prostredníctvom Daňového úradu Bratislava, po právoplatnosti rozhodnutia. o d ô v o d n e n i e : Žalobou doručenou tunajšiemu súdu dňa 02.04.2013 sa žalobca domáhal preskúmania zákonnosti rozhodnutia žalovaného č. MK-1881/2012-51/10908 zo dňa 31.07.2012, ktorým žalovaný nevyhovel odvolaniu žalobcu a potvrdil prvostupňové rozhodnutie Pamiatkového úradu Slovenskej republiky č. PÚ 12/464-6/3315/BRO zo dňa 17.04.2012, o vyhlásení domu meštianskeho na N. ul. č. XX-XX v H., okr. H., k.ú. H., súpis. č. XX, parc. č. XXXX/X, za národnú kultúrnu pamiatku. Ešte pred pojednávaním, podaním doručeným tunajšiemu súdu dňa 11.06.2014, vzal žalobca podanú žalobu späť v celom rozsahu. Podľa § 250h ods. 2 O.s.p. až do rozhodnutia súdu môže žalobca vziať žalobu späť; ak žalovanému medzitým vznikli trovy konania, rozhodne súd o ich náhrade. Podľa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Podľa § 11 ods. 3 zákona č. 71/1992 Zb. o súdnych poplatkoch poplatok splatný podaním návrhu na začatie konania, podaním odvolania alebo dovolania sa vráti, ak sa konanie zastavilo, ak sa podanie vrátane odvolania a dovolania odmietlo alebo ak sa návrh, odvolanie alebo dovolanie vzali späť pred prvým pojednávaním bez ohľadu na to, či bol vydaný platobný rozkaz alebo rozkaz na plnenie. Ak sa návrh na začatie konania o rozvode manželstva vzal späť po prvom pojednávaní na príslušnom stupni súdov, vráti sa polovica všetkých zaplatených poplatkov. V konaní o preskúmaní rozhodnutia orgánu verejnej správy sa poplatok vráti, ak sa návrh na začatie konania vzal späť pred prejednaním veci alebo ak bolo konanie zastavené z dôvodu, že účastník nebol v konaní riadne zastúpený. Podľa § 11 ods. 4 zákona o súdnych poplatkoch okrem poplatku v rozvodovom konaní a poplatku, ktorý sa vracia podľa odseku 1, sa poplatok alebo jeho časť (preplatok) vracia krátený o 1 %, najmenej však 6, 63 eura. Ak sa návrh vzal späť pred zaplatením poplatku, poplatok sa nevyrubuje. Podľa § 11 ods. 6 zákona o súdnych poplatkoch ak sa má vrátiť poplatok alebo preplatok poplatku, súd alebo orgán štátnej správy súdov zašle odpis právoplatného rozhodnutia o jeho vrátení daňovému úradu príslušnému podľa trvalého pobytu (sídla) poplatníka, ktorý poplatok alebo preplatok poplatku vráti; v prípade, že orgán štátnej správy súdov nevydal rozhodnutie, zašle písomné upovedomenie o spôsobe vybavenia sťažnosti podľa osobitného zákona. Nakoľko žalobca vzal späť žalobu pred rozhodnutím veci, súd v súlade s ustanovením § 250d ods. 3 O.s.p. konanie zastavil. O náhrade trov konania súd rozhodol podľa § 146 ods. 1 písm. c) O.s.p. s použitím ustanovenia § 246c O.s.p. tak, že žiaden z účastníkov nemá právo na náhradu trov konania, nakoľko konanie vo veci bolo zastavené a žalovanému trovy nevznikli. Keďže žalobca vzal návrh späť pred prvým pojednávaním, postupoval súd podľa § 11 ods. 3 v spojení s §11 ods. 4 zákona o súdnych poplatkoch a vrátil žalobcovi zaplatený súdny poplatok krátený o 6,63 eur, teda vo výške 63,37 eur a to prostredníctvom Daňového úradu Bratislava, po nadobudnutí právoplatnosti tohto rozhodnutia Toto rozhodnutie prijal senát Krajského súdu v Bratislave v pomere hlasov 3:0(podľa § 3 ods. 9 zákona č. 757/2004 Z.z. o súdoch a o zmene a doplnení niektorých zákonov v znení účinnom ku dňu 1.5.2011) Poučenie: Proti tomuto rozhodnutiu možno podať odvolanie do 15 dní odo dňa jeho doručenia na Krajský súd v Bratislave, písomne, dvojmo.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https://www.kauzis.sk/judikatura/r/ECLI:SK:KSBA:2014:4012200930.5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