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4Sp/121/2012 z 25. 2. 2014</w:t>
      </w:r>
    </w:p>
    <w:p>
      <w:r>
        <w:t>Rozsudok Krajského súdu Bratislava z 25. februára 2014, sp. zn. 4Sp/121/2012, ECLI:SK:KSBA:2014:6012200624.1</w:t>
      </w:r>
    </w:p>
    <w:p>
      <w:r>
        <w:t>Súd: Krajský súd Bratislava</w:t>
      </w:r>
    </w:p>
    <w:p>
      <w:r>
        <w:t>Spisová značka: 4Sp/121/2012</w:t>
      </w:r>
    </w:p>
    <w:p>
      <w:r>
        <w:t>ECLI: ECLI:SK:KSBA:2014:6012200624.1</w:t>
      </w:r>
    </w:p>
    <w:p>
      <w:r>
        <w:t>Dátum vydania: 25. 2. 2014</w:t>
      </w:r>
    </w:p>
    <w:p>
      <w:r>
        <w:t>Forma: Rozsudok</w:t>
      </w:r>
    </w:p>
    <w:p>
      <w:r>
        <w:t>Oblasť práva: Správne právo</w:t>
      </w:r>
    </w:p>
    <w:p>
      <w:pPr>
        <w:pStyle w:val="Heading2"/>
      </w:pPr>
      <w:r>
        <w:t>Text rozhodnutia</w:t>
      </w:r>
    </w:p>
    <w:p>
      <w:r>
        <w:t>Súd: Krajský súd Bratislava Spisová značka: 4Sp/121/2012 Identifikačné číslo súdneho spisu: 6012200624 Dátum vydania rozhodnutia: 26. 02. 2014 Meno a priezvisko sudcu, VSÚ: JUDr. Ľubomír Šramko ECLI: ECLI:SK:KSBA:2014:6012200624.1 ROZSUDOK V MENE SLOVENSKEJ REPUBLIKY Krajský súd v Bratislave v konaní pred sudcom JUDr. Ľubomírom Šramkom v právnej veci navrhovateľa: pána A. J., trvale bytom X. XXXX/X-XX, Z. I., proti odporcovi: Centrum právnej pomoci, Kancelária Žilina so sídlom Národná 34, Žilina, o opravnom prostriedku navrhovateľa zo dňa 13.6.2012 proti rozhodnutiu odporcu sp. zn. 1N 685/12 zo dňa 29.5.2012 takto r o z h o d o l : Krajský súd v Bratislave napadnuté rozhodnutie odporcu sp. zn. 1N 685/12 zo dňa 29.5.2012 z r u š u j e podľa ustanovenia § 250j ods. 2 písm. a) Občianskeho súdneho poriadku a vec v r a c i a odporcovi na ďalšie konanie. Navrhovateľovi nepriznáva právo na náhradu trov konania. o d ô v o d n e n i e : Napadnutým rozhodnutím sp. zn. 1N 685/12 zo dňa 29.5.2012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podania návrhu na preskúmanie oznámenia Daňového riaditeľstva Slovenskej republiky, oddelenie daňového konania Trenčín (ďalej len „daňové riaditeľstvo“) o preskúmaní rozhodnutia mimo odvolacieho konania zn. I/226/3916-45022/2011/Hil zo dňa 11.4.2011 vydaného v zmysle § 53 ods. 4 zákona č. 511/1992 Zb. o správe daní a poplatkov a o zmenách v sústave územných finančných orgánov (ďalej len „zákon o správe daní“), a to z dôvodu nesplnenia kumulatívnej podmienky v zmysle § 6 ods. 1 písm. b) zákona o poskytovaní právnej pomoci, t.j. podmienky vylúčenia zrejmej bezúspešnosti sporu. Odporca opísal zistený stav veci, podľa ktorého správca dane navrhovateľa po vykonaní daňovej kontroly u navrhovateľa vydal platobné výmery za zdaňovacie obdobia október až december 2006, pričom tieto navrhovateľ žiadal preskúmať mimo odvolacieho konania postupom podľa § 53 zákona o správe daní. Nakoľko daňové riaditeľstvo nezistilo rozpor vydaných platobných výmerov so všeobecne záväznými predpismi, v zmysle § 53 ods. 4 zákona o správe daní zaslalo o tejto skutočnosti navrhovateľovi písomné vyrozumenie zo dňa 11.4.2011 označené ako oznámenie o preskúmaní rozhodnutia mimo odvolacieho konania zn. I/226/3916-45022/2011/Hil. Navrhovateľ žalobou podanou dňa 27.7.2011 v zmysle druhej hlavy piatej časti zákona č. 99/1963 Zb. Občiansky súdny poriadok - O.s.p. (t.j. vec, v ktorej žiada odporcu o poskytovanie právnej pomoci), navrhuje Krajskému súdu v Trenčíne uvedené oznámenie zrušiť. Podľa názoru odporcu je však oznámenie o preskúmaní rozhodnutia mimo odvolacieho konania vydané v zmysle § 53 ods. 4 zákona o správe daní vylúčené z preskúmania súdom, nakoľko nie sú splnené základné predpoklady ustanovené v § 247 ods. 2 O.s.p., t.j. nejde o rozhodnutie, ktoré po vyčerpaní riadnych opravných prostriedkov (návrh na preskúmanie rozhodnutia mimo odvolacieho konania odporca pritom za opravný prostriedok nepovažuje) nadobudlo právoplatnosť. Z uvedeného dôvodu odporca nevylúčil zrejmú bezúspešnosť sporu a vydal negatívne rozhodnutie vo veci poskytovania právnej pomoci. Proti tomuto rozhodnutiu podal navrhovateľ v zákonnej lehote opravný prostriedok - návrh zo dňa 13.6.2012, ktorým sa domáhal jeho zrušenia v celom rozsahu a vrátenia veci odporcovi na ďalšie konanie. Uviedol v ňom, že rozhodnutie odporcu považuje za nezákonné, nakoľko v danom prípade nejde o zrejmú bezúspešnosť sporu v zmysle § 6 ods. 1 písm. b) zákona o poskytovaní právnej pomoci. Podľa názoru navrhovateľa je každé rozhodnutie správneho orgánu preskúmateľné súdom a v jeho prípade je tento postup nutnosťou, nakoľko po riadnom preskúmaní sporného oznámenia toto možno preukázateľne označiť za nezákonné. Navrhovateľ má za to, že táto nezákonnosť spočíva v nedostatočnom prieskume zo strany daňového riaditeľstva, čo malo za následok nevydanie rozhodnutia o zmene alebo zrušení vydaných platobných výmerov. Tieto skutočnosti je však podľa názoru navrhovateľa oprávnený preskúmať výlučne súd a nie odporca, ktorý v napadnutom rozhodnutí vyslovuje názor na úspešnosť sporu ešte pred samotným prejednaním merita veci. Odporca navrhol vo svojom vyjadrení k návrhu navrhovateľa zo dňa 29.6.2012 napadnuté rozhodnutie v celom rozsahu potvrdiť a to s poukazom na skutočnosti už v ňom obsiahnuté. Zotrval na dôvodoch napadnutého rozhodnutia. Navrhovateľ oproti tomu naďalej dôvodil, že posúdenie skutočností, na základe ktorých odporca nevylúčil zrejmú bezúspešnosť sporu, prináleží výlučne súdu. Súd podaný návrh prejednal a rozhodol podľa ust. § 250q O.s.p. ako miestne a vecne príslušný súd (§ 246a ods. 2 O.s.p.) v neprítomnosti odporcu, pretože tento sa i napriek riadne doručenému predvolaniu na pojednávanie nedostavil (§ 250g ods. 2 O.s.p.), pričom svoju neúčasť na pojednávaní ospravedlnil a súhlasil s prejednaním veci v jeho neprítomnosti. Po riadnom preskúmaní napadnutého rozhodnutia a postupu správneho orgánu v rozsahu podaného návrhu - opravného prostriedku dospel súd k záveru, že napadnuté rozhodnutie odporcu je potrebné zrušiť podľa ust. § 250j ods. 2 písm. a) O.s.p. a vec vrátiť odporcovi na ďalšie konanie. Súd v prejednávanej veci dokazovanie nedoplnil, oboznámil sa však s obsahom pripojeného administratívneho spisu odporcu, z ktorého zistil, že odporca napadnutým rozhodnutím odmietol navrhovateľovi poskytnúť právnu pomoc v súdnom konaní sp. zn. 11S/70/2011 vedenom na Krajskom súde v Trenčíne o preskúmanie oznámenia zn. I/226/3916-45022/2011/Hil zo dňa 11.4.2011, ktoré považuje navrhovateľ za nezákonné, nakoľko daňové riaditeľstvo nezrušilo platobné výmery za zdaňovacie obdobie október - december 2006, podľa názoru navrhovateľa zjavne vydané a doručované v rozpore so zákonom o správe daní. Zo samotného návrhu na začatie konania podaného na Krajský súd v Trenčíne však aj napriek zneniu žalobného petitu vyplýva, že navrhovateľ nenavrhuje zrušiť len oznámenie daňového riaditeľstva č. I/226/3916-45022/2011/Hil zo dňa 11.4.2011, predmetom ktorého bolo preskúmanie postupu pri vydaní platobného výmeru za zdaňovacie obdobie november 2006, ale aj oznámenie č. I/226/3916-45024/2011/Hil zo dňa 11.4.2011 týkajúce sa platobného výmeru za zdaňovacie obdobie október 2006 a oznámenie č. č. I/226/3916-44807/2011/Hil zo dňa 11.4.2011 týkajúce sa platobného výmeru za zdaňovacie obdobie december 2006 (ďalej uvedené oznámenia spoločne len ako „oznámenie o preskúmaní rozhodnutia mimo odvolacieho konania“).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pričom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 nenaplnenie požiadavky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Odporca síce nepristúpil k hmotnoprávnemu skúmaniu žaloby navrhovateľa, avšak s prihliadnutím na charakter napadnutého oznámenia o preskúmaní rozhodnutia mimo odvolacieho konania dospel k záveru, že toto oznámenie vydané v zmysle § 53 ods. 4 zákona o správe daní nie je rozhodnutím v zmysle § 247 ods. 2 O.s.p. a jeho preskúmanie súdom je teda vylúčené. Z uvedeného dôvodu nemožno podľa odporcu v danej veci vylúčiť zrejmú bezúspešnosť sporu. V zmysle § 247 ods. 1 O.s.p., podľa ustanovení tejto hlavy sa postupuje v prípadoch, v ktorých fyzická alebo právnická osoba tvrdí, že bola na svojich právach ukrátená rozhodnutím a postupom správneho orgánu, a žiada, aby súd preskúmal zákonnosť tohto rozhodnutia a postupu. V zmysle § 247 ods. 2 O.s.p., pri rozhodnutí správneho orgánu vydaného v správnom konaní je predpokladom postupu podľa tejto hlavy, aby išlo o rozhodnutie, ktoré po vyčerpaní riadnych opravných prostriedkov, ktoré sa preň pripúšťajú, nadobudlo právoplatnosť. V zmysle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V zmysle čl. 46 ods. 2 zákona č. 460/1992 Zb. Ústava Slovenskej republiky (ďalej len „ústava“),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V správnom súdnictve podľa druhej hlavy piatej časti O.s.p. je právo na prístup k súdu vymedzené princípom generálnej klauzuly s negatívnou enumeráciou, z ktorého vyplýva, že súdy v zásade preskúmavajú všetky rozhodnutia orgánov verejnej správy okrem tých, ktoré zákon výslovne z prieskumu vylučuje. Pod pojmom zákon pritom v tomto prípade rozumieme všeobecné ustanovenia § 248 O.s.p. a s poukazom na písm. d) uvedeného paragrafu aj osobitný zákon, t.j. zákon, ktorý obsahuje definíciu rozhodnutia, ktoré má byť preskúmané súdom, resp. je z tohto prieskumu vylúčené. Vychádzajúc z citovaných ustanovení má súd za to, že ústavne súladný výklad ustanovenia § 248 O.s.p. vyžaduje, aby súd zisťoval, či sa rozhodnutie napadnuté podľa druhej hlavy piatej časti O.s.p. svojim obsahom súčasne nedotýka niektorého zo základných práv alebo slobôd. Základnému právu uvedenému v čl. 46 ods. 2 ústavy preto zodpovedá taký postup súdu, v rámci ktorého z úradnej povinnosti skúma, či sa napadnuté rozhodnutie svojim obsahom nedotýka niektorého zo základných práv alebo slobôd účastníka konania a teda či môže byť vylúčené z preskúmania súdom. V rámci uvedeného prieskumu súd hodnotí aj formálne znaky rozhodnutia predloženého mu na súdne preskúmanie, t.j. či je napadnuté rozhodnutie rozhodnutím spôsobilým na preskúmanie podľa druhej hlavy piatej časti O.s.p., pričom vždy je rozhodujúci vecný obsah individuálneho správneho aktu, a nie jeho terminologické/formálne označenie v zákone. Zákonodarca vylúčenie akéhokoľvek rozhodnutia, resp. správneho aktu správneho orgánu zo súdneho preskúmania vníma veľmi citlivo a je zrejmé, že otázku právnej možnosti podania návrhu na začatie konania a preskúmanie rozhodnutia správneho orgánu ponecháva výlučne príslušnému súdu, aby z úradnej povinnosti zistil, či sa napadnuté rozhodnutie netýka základných práv a slobôd účastníka konania. Námietku navrhovateľa, že posúdenie právnej stránky žaloby podanej v zmysle § 247 a nasl. O.s.p. je vo výlučnej kompetencii Krajského súdu v Trenčíne, ktorý vedie konanie pod sp. zn. 11S/70/2011, teda súd vyhodnotil ako dôvodnú. Len u konajúceho súdu je daná právomoc skúmať, či napadnuté oznámenie o preskúmaní rozhodnutia mimo odvolacieho konania je rozhodnutím tak ako vyžaduje § 247 O.s.p. (konkrétne či je právne významné, že zákon o správe daní neupravil inštitút oznámenia ako rozhodnutie) a či v prípade vecného posúdenia predmetného oznámenia ako spôsobilého právneho aktu nie je toto rozhodnutie vylúčené z preskúmania podľa § 248 O.s.p., a to vždy riadiac sa čl. 46 ods. 2 ústavy. V konaniach, kde zákon ukladá súdu z úradnej povinnosti zisťovať skutočnosti potrebné pre zistenie obsahu žaloby je zrejmá bezúspešnosť, tak ako je definovaná v § 8 zákona o bezplatnej právnej pomoci, povahou veci vylúčená.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riadne posúdiť žiadosť navrhovateľa o poskytovanie právnej pomoci, v zmysle správnych predpisov objektívne vyhodnotiť kumulatívne splnenie podmienok pre priznanie nároku na poskytovanie právnej pomoci podľa zákona o poskytovaní právnej pomoci a v meritórnom rozhodnutí svoj záver náležitým a zákonným spôsobom odôvodniť.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https://www.kauzis.sk/judikatura/r/ECLI:SK:KSBA:2014:6012200624.1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