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3S/195/2011 z 7. 1. 2014</w:t>
      </w:r>
    </w:p>
    <w:p>
      <w:r>
        <w:t>Uznesenie Krajského súdu Bratislava z 7. januára 2014, sp. zn. 3S/195/2011, ECLI:SK:KSBA:2014:9011010198.4</w:t>
      </w:r>
    </w:p>
    <w:p>
      <w:r>
        <w:t>Súd: Krajský súd Bratislava</w:t>
      </w:r>
    </w:p>
    <w:p>
      <w:r>
        <w:t>Spisová značka: 3S/195/2011</w:t>
      </w:r>
    </w:p>
    <w:p>
      <w:r>
        <w:t>ECLI: ECLI:SK:KSBA:2014:9011010198.4</w:t>
      </w:r>
    </w:p>
    <w:p>
      <w:r>
        <w:t>Dátum vydania: 7.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3S/195/2011 Identifikačné číslo súdneho spisu: 9011010198 Dátum vydania rozhodnutia: 08. 01. 2014 Meno a priezvisko sudcu, VSÚ: Mgr. Helena Marcinkechová ECLI: ECLI:SK:KSBA:2014:9011010198.4 Uznesenie Krajský súd v Bratislave v právnej veci žalobcu: L.. M. C., bytom Y. XXX, U., zastúpený: JUDr. Zuzana Kollárová, advokátka, Zimná 59, 052 01 Spišská Nová Ves, proti žalovanému: Ministerstvo životného prostredia Slovenskej republiky, Námestie Ľudovíta Štúra 1, 812 35 Bratislava, o preskúmanie zákonnosti rozhodnutia žalovaného č. 42297/V/2011-1.1.1 zo dňa 21.07.2011, takto r o z h o d o l : Súd opravuje výrok rozsudku č.k. 3S/195/2011-174 zo dňa 2.7.2013 v časti o trovách tak, že výrok správne znie: Žalovaný je povinný zaplatiť žalobcovi náhradu trov konania v sume 66,- eur ako náhradu súdneho poplatku a 945,91 eur ako náhradu právneho zastúpenia k rukám právneho zástupcu žalobcu do troch dní od právoplatnosti tohto rozsudku. o d ô v o d n e n i e : Pri písomnom vyhotovení rozsudku č.k. 3S/195/2011-174 zo dňa 2.7.2013 došlo k pisárskej chybe, keď vo výrokovej časti rozsudku v časti o trovách bolo uvedené: Žalovaný je povinný zaplatiť žalobcovi náhradu trov právneho zastúpenia v sume 1 011,91 eur k rukám právneho zástupcu žalobcu do troch dní od právoplatnosti tohto rozsudku. Výrok rozsudku v časti trov správne znie: Žalovaný je povinný zaplatiť žalobcovi náhradu trov konania v sume 66,- eur ako náhradu súdneho poplatku a 945,91 eur ako náhradu právneho zastúpenia k rukám právneho zástupcu žalobcu do troch dní od právoplatnosti tohto rozsudku. Suma náhrady trov konania, na ktorú bol žalovaný zaviazaný, uvedená vo výroku rozsudku bola chybou v písaní, keď výrok rozsudku o trovách konania neobsahoval osobitné vyjadrenie trov právneho zastúpenia a iných trov konania, ktorých náhrada sa žalobcovi priznala.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https://www.kauzis.sk/judikatura/r/ECLI:SK:KSBA:2014:9011010198.4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