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7K/97/2000 z 28. 4. 2015</w:t>
      </w:r>
    </w:p>
    <w:p>
      <w:r>
        <w:t>Uznesenie Krajského súdu Bratislava z 28. apríla 2015, sp. zn. 7K/97/2000, ECLI:SK:KSBA:2015:1000898538.4</w:t>
      </w:r>
    </w:p>
    <w:p>
      <w:r>
        <w:t>Súd: Krajský súd Bratislava</w:t>
      </w:r>
    </w:p>
    <w:p>
      <w:r>
        <w:t>Spisová značka: 7K/97/2000</w:t>
      </w:r>
    </w:p>
    <w:p>
      <w:r>
        <w:t>ECLI: ECLI:SK:KSBA:2015:1000898538.4</w:t>
      </w:r>
    </w:p>
    <w:p>
      <w:r>
        <w:t>Dátum vydania: 28. 4. 2015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7K/97/2000 Identifikačné číslo súdneho spisu: 1000898538 Dátum vydania rozhodnutia: 29. 04. 2015 Meno a priezvisko sudcu, VSÚ: JUDr. Boris Tóth ECLI: ECLI:SK:KSBA:2015:1000898538.4 Uznesenie Krajský súd v Bratislave v konkurznej veci úpadcu: ALKOP, s.r.o. v likvidácii, Ráztočná 59, 822 06 Bratislava, IČO: 31 341 811, s ustanoveným správcom konkurznej podstaty Ing. Ľudovítom Brestovanským, Sch. Trnavského 20, 841 01 Bratislava 42, takto r o z h o d o l : Súd z r u š u j e konkurz vyhlásený na majetok úpadcu: ALKOP, s.r.o. v likvidácii, Ráztočná 59, 822 06 Bratislava, IČO: 31 341 811, po splnení rozvrhového uznesenia. Súd z b a v u j e Ing. Ľudovíta Brestovanského, Sch. Trnavského 20, 841 01 Bratislava 42, funkcie správcu konkurznej podstaty. o d ô v o d n e n i e : Uznesením tunajšieho súdu pod č. k. 7K 97/2000-34 zo dňa 06.06.2000 bol vyhlásený konkurz na majetok dlžníka: ALKOP, s.r.o. v likvidácii, Ráztočná 59, 822 06 Bratislava, IČO: 31 341 811. Súd zároveň v predmetnom uznesení ustanovil do funkcie správcu konkurznej podstaty Ing. Ľudovíta Brestovanského, Sch. Trnavského 20, 841 01 Bratislava 42. Uznesením č. k. 7K 97/2000-755 zo dňa 21.07.2014, súd na návrh správcu konkurznej podstaty rozhodol o rozdelení finančných prostriedkov získaných speňažením konkurznej podstaty. Z majetku úpadcu patriaceho do konkurznej podstaty nebol žiaden vylúčený v zmysle ust. § 27 ods. 12 ZKV. Podaním zo dňa 07.04.2015 správca konkurznej podstaty predložil súdu správu, ktorá obsahuje informáciu o zrealizovaní uznesenia o rozvrhu č. k. 7K 97/2000-755 zo dňa 21.07.2014, ktoré nadobudlo právoplatnosť dňa 28.08.2014. V zmysle § 44 ods. 1 písm. b) zák. č. 328/1991 Zb. o konkurze a vyrovnaní v platnom znení, súd zruší konkurz, v ktorom nedošlo k potvrdeniu núteného vyrovnania, po splnení rozvrhového uznesenia a podľa ods. 4 citovaného ustanovenia, súd zbaví správcu funkcie. Keďže správca konkurznej podstaty preukázal splnenie rozvrhového uznesenia, v zmysle týchto ustanovení súd zrušil konkurz a správcu konkurznej podstaty zbavil funkcie. Poučenie: Proti tomuto uzneseniu je možné podať odvolanie v lehote 30 dní od jeho zverejnenia v Obchodnom vestníku na Krajskom súde v Bratislave. V odvolaní je potrebné uviesť okrem všeobecných náležitostí (§ 42 ods. 3 O.s.p. v nadväznosti na § 66e ods. 1 ZKV) v akom rozsahu sa napáda, v čom sa toto rozhodnutie alebo postup súdu považuje za nesprávny a čoho sa odvolateľ domáha (§ 204 ods. 1 a § 205 ods. 1 a 2 O.s.p. v nadväznosti na § 66 ods. 1 ZKV). Zrušením konkurzu zanikajú účinky vyhlásenia konkurzu uvedené v § 14 ZKV, platnosť a účinnosť úkonov vykonaných počas konkurzu tým nie je dotknutá (§ 45 ods. 1 ZKV). Na základe zoznamu prihlášok možno po právoplatnosti uznesenia o zrušení konkurzu viesť pre zistenú pohľadávku výkon rozhodnutia alebo exekúciu na majetok úpadcu (§ 45 ods. 2 ZKV).</w:t>
      </w:r>
    </w:p>
    <w:p/>
    <w:p>
      <w:r>
        <w:t>Zdroj: KAUZIS.SK – https://www.kauzis.sk/judikatura/r/ECLI:SK:KSBA:2015:1000898538.4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