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7K/214/2001 z 13. 10. 2015</w:t>
      </w:r>
    </w:p>
    <w:p>
      <w:r>
        <w:t>Uznesenie Krajského súdu Bratislava z 13. októbra 2015, sp. zn. 7K/214/2001, ECLI:SK:KSBA:2015:1001898000.2</w:t>
      </w:r>
    </w:p>
    <w:p>
      <w:r>
        <w:t>Súd: Krajský súd Bratislava</w:t>
      </w:r>
    </w:p>
    <w:p>
      <w:r>
        <w:t>Spisová značka: 7K/214/2001</w:t>
      </w:r>
    </w:p>
    <w:p>
      <w:r>
        <w:t>ECLI: ECLI:SK:KSBA:2015:1001898000.2</w:t>
      </w:r>
    </w:p>
    <w:p>
      <w:r>
        <w:t>Dátum vydania: 13. 10. 2015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7K/214/2001 Identifikačné číslo súdneho spisu: 1001898000 Dátum vydania rozhodnutia: 14. 10. 2015 Meno a priezvisko sudcu, VSÚ: JUDr. Eugen Palášthy ECLI: ECLI:SK:KSBA:2015:1001898000.2 Uznesenie Krajský súd v Bratislave v konkurznej veci úpadcu: Slovakoturist a.s., sídlom Trnavská cesta 37, 832 66 Bratislava, IČO: 31 342 981, takto r o z h o d o l : Súd zrušuje konkurz vyhlásený uznesením tunajšieho súdu zo dňa 20.12.2001 pod č.k. 7K/214/2001-41 z dôvodu, že tu nie sú predpoklady pre konkurz. Zbavuje JUDr. Petra Hercega, sídlom AK, Košická 56, 821 08 Bratislava, funkcie správcu konkurznej podstaty. o d ô v o d n e n i e : Správca konkurznej podstaty JUDr. Peter Herceg dal dňa 01.10.2015 návrh na zrušenie vyhláseného konkurzu v zmysle § 44 ods. 1 písm. a/ zák. č. 328/1991 Zb. v znení neskorších predpisov. Uznesením Krajského súdu v Bratislave č.k. 7K/214/2001-618 bola dňa 19.05.2015 schválená konečná správa o speňažovaní konkurznej podstaty a o vyúčtovaní odmeny a výdavkov správcu konkurznej podstaty tak, ako ju predložil správca konkurznej podstaty JUDr. Peter Herceg dňa 20.01.2015 (právoplatná dňa 23.06.2015), pričom po odpočítaní nákladov na správu majetku a vyplatení pohľadávok proti podstate už nezostali ďalšie finančné prostriedky na vedenie konkurzu. Súd v priebehu celého konania skúma, či sú splnené podmienky na to, aby sa mohlo v konaní pokračovať. Jednou z podmienok je, aby dlžník mal majetok postačujúci aspoň na úhradu trov konania. Súd na základe správy zistil, že úpadca nemá majetok, ktorý by postačoval na ďalšie krytie nákladov konania, a preto v súlade s ustanovením § 44 ods. 1 písm. a/ zák. č. 328/1991 Zb. v znení neskorších predpisov skonštatoval, že nie sú predpoklady pre konkurz a konkurz zrušil a správcu konkurznej podstaty v zmysle ods. 4 citovaného ustanovenia zbavil funkcie. Zrušením konkurzu zanikajú účinky vyhlásenia konkurzu uvedené v § 14 zák. č. 328/1991 Zb. v znení neskorších predpisov. Na základe zoznamu prihlášok možno pre zabezpečenú pohľadávku po právoplatnosti uznesenia o zrušení konkurzu viesť výkon rozhodnutia na úpadcovo imanie.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https://www.kauzis.sk/judikatura/r/ECLI:SK:KSBA:2015:1001898000.2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